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BF215" w14:textId="77777777" w:rsidR="00E56632" w:rsidRDefault="00283FCF">
      <w:pPr>
        <w:pStyle w:val="Title"/>
        <w:spacing w:after="140" w:line="625" w:lineRule="exact"/>
      </w:pPr>
      <w:r>
        <w:rPr>
          <w:rFonts w:ascii="Lora Medium" w:eastAsia="Lora Medium" w:hAnsi="Lora Medium" w:cs="Lora Medium"/>
          <w:color w:val="39352D"/>
          <w:sz w:val="50"/>
        </w:rPr>
        <w:t>Staff application form</w:t>
      </w:r>
    </w:p>
    <w:p w14:paraId="7D230710" w14:textId="77777777" w:rsidR="00E56632" w:rsidRDefault="00283FCF">
      <w:pPr>
        <w:spacing w:line="262" w:lineRule="exact"/>
      </w:pPr>
      <w:r>
        <w:rPr>
          <w:rFonts w:eastAsia="DM Sans" w:cs="DM Sans"/>
          <w:sz w:val="21"/>
        </w:rPr>
        <w:t>Please type or use black ink. Complete relevant sections and write N/A where a question does not apply. Optional questions are marked. Give at least one telephone number or email address.</w:t>
      </w:r>
    </w:p>
    <w:p w14:paraId="43D2DF2F" w14:textId="77777777" w:rsidR="00E56632" w:rsidRDefault="00283FCF">
      <w:pPr>
        <w:spacing w:line="262" w:lineRule="exact"/>
      </w:pPr>
      <w:r>
        <w:rPr>
          <w:rFonts w:eastAsia="DM Sans" w:cs="DM Sans"/>
          <w:sz w:val="21"/>
        </w:rPr>
        <w:t>Use the continuation spaces or attach extra sheets with your name and section heading. Do not include photographs, identity documents, bank details or confidential information about children.</w:t>
      </w:r>
    </w:p>
    <w:p w14:paraId="0BC8D6FC" w14:textId="77777777" w:rsidR="00E56632" w:rsidRDefault="00283FCF">
      <w:pPr>
        <w:pStyle w:val="Heading2"/>
        <w:shd w:val="clear" w:color="auto" w:fill="E6D2B5"/>
        <w:spacing w:before="140" w:after="120" w:line="300" w:lineRule="exact"/>
        <w:ind w:left="113" w:right="113"/>
      </w:pPr>
      <w:r>
        <w:rPr>
          <w:rFonts w:ascii="DM Sans" w:eastAsia="DM Sans" w:hAnsi="DM Sans" w:cs="DM Sans"/>
          <w:sz w:val="24"/>
        </w:rPr>
        <w:t>1 Your application and contact details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5" w:type="dxa"/>
          <w:bottom w:w="65" w:type="dxa"/>
          <w:right w:w="105" w:type="dxa"/>
        </w:tblCellMar>
        <w:tblLook w:val="04A0" w:firstRow="1" w:lastRow="0" w:firstColumn="1" w:lastColumn="0" w:noHBand="0" w:noVBand="1"/>
      </w:tblPr>
      <w:tblGrid>
        <w:gridCol w:w="2608"/>
        <w:gridCol w:w="7257"/>
      </w:tblGrid>
      <w:tr w:rsidR="00E56632" w14:paraId="3AC7C559" w14:textId="77777777">
        <w:trPr>
          <w:cantSplit/>
          <w:trHeight w:val="567"/>
        </w:trPr>
        <w:tc>
          <w:tcPr>
            <w:tcW w:w="2608" w:type="dxa"/>
            <w:shd w:val="clear" w:color="auto" w:fill="FAF7F1"/>
            <w:vAlign w:val="center"/>
          </w:tcPr>
          <w:p w14:paraId="32EC2AE9" w14:textId="77777777" w:rsidR="00E56632" w:rsidRDefault="00283FCF">
            <w:pPr>
              <w:spacing w:after="0" w:line="252" w:lineRule="exact"/>
            </w:pPr>
            <w:r>
              <w:rPr>
                <w:rFonts w:eastAsia="DM Sans" w:cs="DM Sans"/>
                <w:sz w:val="21"/>
              </w:rPr>
              <w:t>Position applied for</w:t>
            </w:r>
          </w:p>
        </w:tc>
        <w:tc>
          <w:tcPr>
            <w:tcW w:w="7257" w:type="dxa"/>
            <w:vAlign w:val="center"/>
          </w:tcPr>
          <w:p w14:paraId="2936EA50" w14:textId="77777777" w:rsidR="00E56632" w:rsidRDefault="00E56632">
            <w:pPr>
              <w:spacing w:after="0" w:line="252" w:lineRule="exact"/>
            </w:pPr>
          </w:p>
        </w:tc>
      </w:tr>
      <w:tr w:rsidR="00E56632" w14:paraId="5B202B30" w14:textId="77777777">
        <w:trPr>
          <w:cantSplit/>
          <w:trHeight w:val="567"/>
        </w:trPr>
        <w:tc>
          <w:tcPr>
            <w:tcW w:w="2608" w:type="dxa"/>
            <w:shd w:val="clear" w:color="auto" w:fill="FAF7F1"/>
            <w:vAlign w:val="center"/>
          </w:tcPr>
          <w:p w14:paraId="1CEAA959" w14:textId="77777777" w:rsidR="00E56632" w:rsidRDefault="00283FCF">
            <w:pPr>
              <w:spacing w:after="0" w:line="252" w:lineRule="exact"/>
            </w:pPr>
            <w:r>
              <w:rPr>
                <w:rFonts w:eastAsia="DM Sans" w:cs="DM Sans"/>
                <w:sz w:val="21"/>
              </w:rPr>
              <w:t>Full name</w:t>
            </w:r>
          </w:p>
        </w:tc>
        <w:tc>
          <w:tcPr>
            <w:tcW w:w="7257" w:type="dxa"/>
            <w:vAlign w:val="center"/>
          </w:tcPr>
          <w:p w14:paraId="716F6FC7" w14:textId="77777777" w:rsidR="00E56632" w:rsidRDefault="00E56632">
            <w:pPr>
              <w:spacing w:after="0" w:line="252" w:lineRule="exact"/>
            </w:pPr>
          </w:p>
        </w:tc>
      </w:tr>
      <w:tr w:rsidR="00E56632" w14:paraId="7FB46887" w14:textId="77777777">
        <w:trPr>
          <w:cantSplit/>
          <w:trHeight w:val="510"/>
        </w:trPr>
        <w:tc>
          <w:tcPr>
            <w:tcW w:w="2608" w:type="dxa"/>
            <w:shd w:val="clear" w:color="auto" w:fill="FAF7F1"/>
            <w:vAlign w:val="center"/>
          </w:tcPr>
          <w:p w14:paraId="7C25C10D" w14:textId="77777777" w:rsidR="00E56632" w:rsidRDefault="00283FCF">
            <w:pPr>
              <w:spacing w:after="0" w:line="252" w:lineRule="exact"/>
            </w:pPr>
            <w:r>
              <w:rPr>
                <w:rFonts w:eastAsia="DM Sans" w:cs="DM Sans"/>
                <w:sz w:val="21"/>
              </w:rPr>
              <w:t>Preferred name optional</w:t>
            </w:r>
          </w:p>
        </w:tc>
        <w:tc>
          <w:tcPr>
            <w:tcW w:w="7257" w:type="dxa"/>
            <w:vAlign w:val="center"/>
          </w:tcPr>
          <w:p w14:paraId="4F6C1026" w14:textId="77777777" w:rsidR="00E56632" w:rsidRDefault="00E56632">
            <w:pPr>
              <w:spacing w:after="0" w:line="252" w:lineRule="exact"/>
            </w:pPr>
          </w:p>
        </w:tc>
      </w:tr>
      <w:tr w:rsidR="00E56632" w14:paraId="38969071" w14:textId="77777777">
        <w:trPr>
          <w:cantSplit/>
          <w:trHeight w:val="567"/>
        </w:trPr>
        <w:tc>
          <w:tcPr>
            <w:tcW w:w="2608" w:type="dxa"/>
            <w:shd w:val="clear" w:color="auto" w:fill="FAF7F1"/>
            <w:vAlign w:val="center"/>
          </w:tcPr>
          <w:p w14:paraId="471B045E" w14:textId="77777777" w:rsidR="00E56632" w:rsidRDefault="00283FCF">
            <w:pPr>
              <w:spacing w:after="0" w:line="252" w:lineRule="exact"/>
            </w:pPr>
            <w:r>
              <w:rPr>
                <w:rFonts w:eastAsia="DM Sans" w:cs="DM Sans"/>
                <w:sz w:val="21"/>
              </w:rPr>
              <w:t>Home town and postcode</w:t>
            </w:r>
          </w:p>
        </w:tc>
        <w:tc>
          <w:tcPr>
            <w:tcW w:w="7257" w:type="dxa"/>
            <w:vAlign w:val="center"/>
          </w:tcPr>
          <w:p w14:paraId="728377C4" w14:textId="77777777" w:rsidR="00E56632" w:rsidRDefault="00E56632">
            <w:pPr>
              <w:spacing w:after="0" w:line="252" w:lineRule="exact"/>
            </w:pPr>
          </w:p>
        </w:tc>
      </w:tr>
      <w:tr w:rsidR="00E56632" w14:paraId="635EA872" w14:textId="77777777">
        <w:trPr>
          <w:cantSplit/>
          <w:trHeight w:val="567"/>
        </w:trPr>
        <w:tc>
          <w:tcPr>
            <w:tcW w:w="2608" w:type="dxa"/>
            <w:shd w:val="clear" w:color="auto" w:fill="FAF7F1"/>
            <w:vAlign w:val="center"/>
          </w:tcPr>
          <w:p w14:paraId="03300ACF" w14:textId="77777777" w:rsidR="00E56632" w:rsidRDefault="00283FCF">
            <w:pPr>
              <w:spacing w:after="0" w:line="252" w:lineRule="exact"/>
            </w:pPr>
            <w:r>
              <w:rPr>
                <w:rFonts w:eastAsia="DM Sans" w:cs="DM Sans"/>
                <w:sz w:val="21"/>
              </w:rPr>
              <w:t>Telephone</w:t>
            </w:r>
          </w:p>
        </w:tc>
        <w:tc>
          <w:tcPr>
            <w:tcW w:w="7257" w:type="dxa"/>
            <w:vAlign w:val="center"/>
          </w:tcPr>
          <w:p w14:paraId="651B4CD0" w14:textId="77777777" w:rsidR="00E56632" w:rsidRDefault="00E56632">
            <w:pPr>
              <w:spacing w:after="0" w:line="252" w:lineRule="exact"/>
            </w:pPr>
          </w:p>
        </w:tc>
      </w:tr>
      <w:tr w:rsidR="00E56632" w14:paraId="057A4A1C" w14:textId="77777777">
        <w:trPr>
          <w:cantSplit/>
          <w:trHeight w:val="567"/>
        </w:trPr>
        <w:tc>
          <w:tcPr>
            <w:tcW w:w="2608" w:type="dxa"/>
            <w:shd w:val="clear" w:color="auto" w:fill="FAF7F1"/>
            <w:vAlign w:val="center"/>
          </w:tcPr>
          <w:p w14:paraId="417108F0" w14:textId="77777777" w:rsidR="00E56632" w:rsidRDefault="00283FCF">
            <w:pPr>
              <w:spacing w:after="0" w:line="252" w:lineRule="exact"/>
            </w:pPr>
            <w:r>
              <w:rPr>
                <w:rFonts w:eastAsia="DM Sans" w:cs="DM Sans"/>
                <w:sz w:val="21"/>
              </w:rPr>
              <w:t>Email</w:t>
            </w:r>
          </w:p>
        </w:tc>
        <w:tc>
          <w:tcPr>
            <w:tcW w:w="7257" w:type="dxa"/>
            <w:vAlign w:val="center"/>
          </w:tcPr>
          <w:p w14:paraId="2870ABC4" w14:textId="77777777" w:rsidR="00E56632" w:rsidRDefault="00E56632">
            <w:pPr>
              <w:spacing w:after="0" w:line="252" w:lineRule="exact"/>
            </w:pPr>
          </w:p>
        </w:tc>
      </w:tr>
    </w:tbl>
    <w:p w14:paraId="3F79C7B9" w14:textId="77777777" w:rsidR="00E56632" w:rsidRDefault="00283FCF">
      <w:pPr>
        <w:pStyle w:val="Heading2"/>
        <w:shd w:val="clear" w:color="auto" w:fill="E6D2B5"/>
        <w:spacing w:before="140" w:after="120" w:line="300" w:lineRule="exact"/>
        <w:ind w:left="113" w:right="113"/>
      </w:pPr>
      <w:r>
        <w:rPr>
          <w:rFonts w:ascii="DM Sans" w:eastAsia="DM Sans" w:hAnsi="DM Sans" w:cs="DM Sans"/>
          <w:sz w:val="24"/>
        </w:rPr>
        <w:t>2 Your availability</w:t>
      </w:r>
    </w:p>
    <w:p w14:paraId="3DEFDCD9" w14:textId="77777777" w:rsidR="00E56632" w:rsidRDefault="00283FCF">
      <w:pPr>
        <w:spacing w:after="160" w:line="250" w:lineRule="exact"/>
      </w:pPr>
      <w:r>
        <w:rPr>
          <w:rFonts w:eastAsia="DM Sans" w:cs="DM Sans"/>
          <w:sz w:val="20"/>
          <w:bdr w:val="single" w:sz="6" w:space="1" w:color="39352D"/>
        </w:rPr>
        <w:t xml:space="preserve">    </w:t>
      </w:r>
      <w:r>
        <w:rPr>
          <w:rFonts w:eastAsia="DM Sans" w:cs="DM Sans"/>
          <w:sz w:val="20"/>
        </w:rPr>
        <w:t xml:space="preserve">  Full time    </w:t>
      </w:r>
      <w:r>
        <w:rPr>
          <w:rFonts w:eastAsia="DM Sans" w:cs="DM Sans"/>
          <w:sz w:val="20"/>
          <w:bdr w:val="single" w:sz="6" w:space="1" w:color="39352D"/>
        </w:rPr>
        <w:t xml:space="preserve">    </w:t>
      </w:r>
      <w:r>
        <w:rPr>
          <w:rFonts w:eastAsia="DM Sans" w:cs="DM Sans"/>
          <w:sz w:val="20"/>
        </w:rPr>
        <w:t xml:space="preserve">  Part time    </w:t>
      </w:r>
      <w:r>
        <w:rPr>
          <w:rFonts w:eastAsia="DM Sans" w:cs="DM Sans"/>
          <w:sz w:val="20"/>
          <w:bdr w:val="single" w:sz="6" w:space="1" w:color="39352D"/>
        </w:rPr>
        <w:t xml:space="preserve">    </w:t>
      </w:r>
      <w:r>
        <w:rPr>
          <w:rFonts w:eastAsia="DM Sans" w:cs="DM Sans"/>
          <w:sz w:val="20"/>
        </w:rPr>
        <w:t xml:space="preserve">  Bank    </w:t>
      </w:r>
      <w:r>
        <w:rPr>
          <w:rFonts w:eastAsia="DM Sans" w:cs="DM Sans"/>
          <w:sz w:val="20"/>
          <w:bdr w:val="single" w:sz="6" w:space="1" w:color="39352D"/>
        </w:rPr>
        <w:t xml:space="preserve">    </w:t>
      </w:r>
      <w:r>
        <w:rPr>
          <w:rFonts w:eastAsia="DM Sans" w:cs="DM Sans"/>
          <w:sz w:val="20"/>
        </w:rPr>
        <w:t xml:space="preserve">  Apprenticeship    </w:t>
      </w:r>
      <w:r>
        <w:rPr>
          <w:rFonts w:eastAsia="DM Sans" w:cs="DM Sans"/>
          <w:sz w:val="20"/>
          <w:bdr w:val="single" w:sz="6" w:space="1" w:color="39352D"/>
        </w:rPr>
        <w:t xml:space="preserve">    </w:t>
      </w:r>
      <w:r>
        <w:rPr>
          <w:rFonts w:eastAsia="DM Sans" w:cs="DM Sans"/>
          <w:sz w:val="20"/>
        </w:rPr>
        <w:t xml:space="preserve">  Other</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5" w:type="dxa"/>
          <w:bottom w:w="65" w:type="dxa"/>
          <w:right w:w="105" w:type="dxa"/>
        </w:tblCellMar>
        <w:tblLook w:val="04A0" w:firstRow="1" w:lastRow="0" w:firstColumn="1" w:lastColumn="0" w:noHBand="0" w:noVBand="1"/>
      </w:tblPr>
      <w:tblGrid>
        <w:gridCol w:w="2608"/>
        <w:gridCol w:w="7257"/>
      </w:tblGrid>
      <w:tr w:rsidR="00E56632" w14:paraId="5074EE97" w14:textId="77777777">
        <w:trPr>
          <w:cantSplit/>
          <w:trHeight w:val="567"/>
        </w:trPr>
        <w:tc>
          <w:tcPr>
            <w:tcW w:w="2608" w:type="dxa"/>
            <w:shd w:val="clear" w:color="auto" w:fill="FAF7F1"/>
            <w:vAlign w:val="center"/>
          </w:tcPr>
          <w:p w14:paraId="35F8461A" w14:textId="77777777" w:rsidR="00E56632" w:rsidRDefault="00283FCF">
            <w:pPr>
              <w:spacing w:after="0" w:line="252" w:lineRule="exact"/>
            </w:pPr>
            <w:r>
              <w:rPr>
                <w:rFonts w:eastAsia="DM Sans" w:cs="DM Sans"/>
                <w:sz w:val="21"/>
              </w:rPr>
              <w:t>Preferred weekly hours</w:t>
            </w:r>
          </w:p>
        </w:tc>
        <w:tc>
          <w:tcPr>
            <w:tcW w:w="7257" w:type="dxa"/>
            <w:vAlign w:val="center"/>
          </w:tcPr>
          <w:p w14:paraId="10A6220C" w14:textId="77777777" w:rsidR="00E56632" w:rsidRDefault="00E56632">
            <w:pPr>
              <w:spacing w:after="0" w:line="252" w:lineRule="exact"/>
            </w:pPr>
          </w:p>
        </w:tc>
      </w:tr>
      <w:tr w:rsidR="00E56632" w14:paraId="579974F2" w14:textId="77777777">
        <w:trPr>
          <w:cantSplit/>
          <w:trHeight w:val="1191"/>
        </w:trPr>
        <w:tc>
          <w:tcPr>
            <w:tcW w:w="2608" w:type="dxa"/>
            <w:shd w:val="clear" w:color="auto" w:fill="FAF7F1"/>
            <w:vAlign w:val="center"/>
          </w:tcPr>
          <w:p w14:paraId="30F1F498" w14:textId="77777777" w:rsidR="00E56632" w:rsidRDefault="00283FCF">
            <w:pPr>
              <w:spacing w:after="0" w:line="252" w:lineRule="exact"/>
            </w:pPr>
            <w:r>
              <w:rPr>
                <w:rFonts w:eastAsia="DM Sans" w:cs="DM Sans"/>
                <w:sz w:val="21"/>
              </w:rPr>
              <w:t>Available days and times</w:t>
            </w:r>
          </w:p>
        </w:tc>
        <w:tc>
          <w:tcPr>
            <w:tcW w:w="7257" w:type="dxa"/>
            <w:vAlign w:val="center"/>
          </w:tcPr>
          <w:p w14:paraId="4D41279C" w14:textId="77777777" w:rsidR="00E56632" w:rsidRDefault="00E56632">
            <w:pPr>
              <w:spacing w:after="0" w:line="252" w:lineRule="exact"/>
            </w:pPr>
          </w:p>
        </w:tc>
      </w:tr>
      <w:tr w:rsidR="00E56632" w14:paraId="59DC18ED" w14:textId="77777777">
        <w:trPr>
          <w:cantSplit/>
          <w:trHeight w:val="567"/>
        </w:trPr>
        <w:tc>
          <w:tcPr>
            <w:tcW w:w="2608" w:type="dxa"/>
            <w:shd w:val="clear" w:color="auto" w:fill="FAF7F1"/>
            <w:vAlign w:val="center"/>
          </w:tcPr>
          <w:p w14:paraId="3528499F" w14:textId="77777777" w:rsidR="00E56632" w:rsidRDefault="00283FCF">
            <w:pPr>
              <w:spacing w:after="0" w:line="252" w:lineRule="exact"/>
            </w:pPr>
            <w:r>
              <w:rPr>
                <w:rFonts w:eastAsia="DM Sans" w:cs="DM Sans"/>
                <w:sz w:val="21"/>
              </w:rPr>
              <w:t>Notice period if applicable</w:t>
            </w:r>
          </w:p>
        </w:tc>
        <w:tc>
          <w:tcPr>
            <w:tcW w:w="7257" w:type="dxa"/>
            <w:vAlign w:val="center"/>
          </w:tcPr>
          <w:p w14:paraId="659D2D34" w14:textId="77777777" w:rsidR="00E56632" w:rsidRDefault="00E56632">
            <w:pPr>
              <w:spacing w:after="0" w:line="252" w:lineRule="exact"/>
            </w:pPr>
          </w:p>
        </w:tc>
      </w:tr>
      <w:tr w:rsidR="00E56632" w14:paraId="080A01DC" w14:textId="77777777">
        <w:trPr>
          <w:cantSplit/>
          <w:trHeight w:val="567"/>
        </w:trPr>
        <w:tc>
          <w:tcPr>
            <w:tcW w:w="2608" w:type="dxa"/>
            <w:shd w:val="clear" w:color="auto" w:fill="FAF7F1"/>
            <w:vAlign w:val="center"/>
          </w:tcPr>
          <w:p w14:paraId="6BB531A8" w14:textId="77777777" w:rsidR="00E56632" w:rsidRDefault="00283FCF">
            <w:pPr>
              <w:spacing w:after="0" w:line="252" w:lineRule="exact"/>
            </w:pPr>
            <w:r>
              <w:rPr>
                <w:rFonts w:eastAsia="DM Sans" w:cs="DM Sans"/>
                <w:sz w:val="21"/>
              </w:rPr>
              <w:t>Earliest possible start date</w:t>
            </w:r>
          </w:p>
        </w:tc>
        <w:tc>
          <w:tcPr>
            <w:tcW w:w="7257" w:type="dxa"/>
            <w:vAlign w:val="center"/>
          </w:tcPr>
          <w:p w14:paraId="213EFA03" w14:textId="77777777" w:rsidR="00E56632" w:rsidRDefault="00E56632">
            <w:pPr>
              <w:spacing w:after="0" w:line="252" w:lineRule="exact"/>
            </w:pPr>
          </w:p>
        </w:tc>
      </w:tr>
    </w:tbl>
    <w:p w14:paraId="02F61451" w14:textId="77777777" w:rsidR="00E56632" w:rsidRDefault="00283FCF">
      <w:pPr>
        <w:spacing w:before="140" w:line="250" w:lineRule="exact"/>
      </w:pPr>
      <w:r>
        <w:rPr>
          <w:rFonts w:eastAsia="DM Sans" w:cs="DM Sans"/>
          <w:sz w:val="20"/>
        </w:rPr>
        <w:t>For recruitment support or questions, call 020 8166 6395 or email enquiries@cedargrovenursery.org.</w:t>
      </w:r>
    </w:p>
    <w:p w14:paraId="35760E2A" w14:textId="77777777" w:rsidR="00E56632" w:rsidRDefault="00283FCF">
      <w:pPr>
        <w:pStyle w:val="Heading1"/>
        <w:pageBreakBefore/>
        <w:spacing w:before="0" w:after="140" w:line="525" w:lineRule="exact"/>
      </w:pPr>
      <w:r>
        <w:rPr>
          <w:rFonts w:ascii="Lora Medium" w:eastAsia="Lora Medium" w:hAnsi="Lora Medium" w:cs="Lora Medium"/>
          <w:b w:val="0"/>
          <w:sz w:val="42"/>
        </w:rPr>
        <w:lastRenderedPageBreak/>
        <w:t>Qualifications and training</w:t>
      </w:r>
    </w:p>
    <w:p w14:paraId="0D0A3795" w14:textId="77777777" w:rsidR="00E56632" w:rsidRDefault="00283FCF">
      <w:pPr>
        <w:spacing w:after="140" w:line="237" w:lineRule="exact"/>
      </w:pPr>
      <w:r>
        <w:rPr>
          <w:rFonts w:eastAsia="DM Sans" w:cs="DM Sans"/>
          <w:sz w:val="19"/>
        </w:rPr>
        <w:t>Applicant name __________________________________________</w:t>
      </w:r>
    </w:p>
    <w:p w14:paraId="5C02FCD5" w14:textId="77777777" w:rsidR="00E56632" w:rsidRDefault="00283FCF">
      <w:pPr>
        <w:spacing w:after="140" w:line="262" w:lineRule="exact"/>
      </w:pPr>
      <w:r>
        <w:rPr>
          <w:rFonts w:eastAsia="DM Sans" w:cs="DM Sans"/>
          <w:sz w:val="21"/>
        </w:rPr>
        <w:t>Start with the most recent. Include relevant qualifications, their level and grade, and English or mathematics where required for the job.</w:t>
      </w:r>
    </w:p>
    <w:p w14:paraId="79AA6FEF" w14:textId="77777777" w:rsidR="00E56632" w:rsidRDefault="00283FCF">
      <w:pPr>
        <w:pStyle w:val="Heading2"/>
        <w:shd w:val="clear" w:color="auto" w:fill="E6D2B5"/>
        <w:spacing w:before="140" w:after="120" w:line="300" w:lineRule="exact"/>
        <w:ind w:left="113" w:right="113"/>
      </w:pPr>
      <w:r>
        <w:rPr>
          <w:rFonts w:ascii="DM Sans" w:eastAsia="DM Sans" w:hAnsi="DM Sans" w:cs="DM Sans"/>
          <w:sz w:val="24"/>
        </w:rPr>
        <w:t>3 Qualifications and education</w:t>
      </w:r>
    </w:p>
    <w:p w14:paraId="1A952DFF" w14:textId="77777777" w:rsidR="00E56632" w:rsidRDefault="00283FCF">
      <w:pPr>
        <w:spacing w:line="262" w:lineRule="exact"/>
      </w:pPr>
      <w:r>
        <w:rPr>
          <w:rFonts w:eastAsia="DM Sans" w:cs="DM Sans"/>
          <w:sz w:val="21"/>
        </w:rPr>
        <w:t>Mark each qualification achieved or in progress and give its completion or expected date. Use page 6 for additional entries.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5" w:type="dxa"/>
          <w:bottom w:w="65" w:type="dxa"/>
          <w:right w:w="105" w:type="dxa"/>
        </w:tblCellMar>
        <w:tblLook w:val="04A0" w:firstRow="1" w:lastRow="0" w:firstColumn="1" w:lastColumn="0" w:noHBand="0" w:noVBand="1"/>
      </w:tblPr>
      <w:tblGrid>
        <w:gridCol w:w="3288"/>
        <w:gridCol w:w="3005"/>
        <w:gridCol w:w="1701"/>
        <w:gridCol w:w="1871"/>
      </w:tblGrid>
      <w:tr w:rsidR="00E56632" w14:paraId="60C6360A" w14:textId="77777777">
        <w:trPr>
          <w:cantSplit/>
          <w:trHeight w:val="680"/>
          <w:tblHeader/>
        </w:trPr>
        <w:tc>
          <w:tcPr>
            <w:tcW w:w="3288" w:type="dxa"/>
            <w:shd w:val="clear" w:color="auto" w:fill="E6D2B5"/>
            <w:vAlign w:val="center"/>
          </w:tcPr>
          <w:p w14:paraId="68124103" w14:textId="77777777" w:rsidR="00E56632" w:rsidRDefault="00283FCF">
            <w:pPr>
              <w:spacing w:after="0" w:line="240" w:lineRule="exact"/>
            </w:pPr>
            <w:r>
              <w:rPr>
                <w:rFonts w:eastAsia="DM Sans" w:cs="DM Sans"/>
                <w:b/>
                <w:sz w:val="20"/>
              </w:rPr>
              <w:t>Qualification or course</w:t>
            </w:r>
            <w:r>
              <w:rPr>
                <w:rFonts w:eastAsia="DM Sans" w:cs="DM Sans"/>
                <w:b/>
                <w:sz w:val="20"/>
              </w:rPr>
              <w:br/>
              <w:t>Level and grade</w:t>
            </w:r>
          </w:p>
        </w:tc>
        <w:tc>
          <w:tcPr>
            <w:tcW w:w="3005" w:type="dxa"/>
            <w:shd w:val="clear" w:color="auto" w:fill="E6D2B5"/>
            <w:vAlign w:val="center"/>
          </w:tcPr>
          <w:p w14:paraId="1F5504D5" w14:textId="77777777" w:rsidR="00E56632" w:rsidRDefault="00283FCF">
            <w:pPr>
              <w:spacing w:after="0" w:line="240" w:lineRule="exact"/>
            </w:pPr>
            <w:r>
              <w:rPr>
                <w:rFonts w:eastAsia="DM Sans" w:cs="DM Sans"/>
                <w:b/>
                <w:sz w:val="20"/>
              </w:rPr>
              <w:t>Awarding body and college or provider</w:t>
            </w:r>
          </w:p>
        </w:tc>
        <w:tc>
          <w:tcPr>
            <w:tcW w:w="1701" w:type="dxa"/>
            <w:shd w:val="clear" w:color="auto" w:fill="E6D2B5"/>
            <w:vAlign w:val="center"/>
          </w:tcPr>
          <w:p w14:paraId="1BA712B5" w14:textId="77777777" w:rsidR="00E56632" w:rsidRDefault="00283FCF">
            <w:pPr>
              <w:spacing w:after="0" w:line="240" w:lineRule="exact"/>
            </w:pPr>
            <w:r>
              <w:rPr>
                <w:rFonts w:eastAsia="DM Sans" w:cs="DM Sans"/>
                <w:b/>
                <w:sz w:val="20"/>
              </w:rPr>
              <w:t>From and to</w:t>
            </w:r>
            <w:r>
              <w:rPr>
                <w:rFonts w:eastAsia="DM Sans" w:cs="DM Sans"/>
                <w:b/>
                <w:sz w:val="20"/>
              </w:rPr>
              <w:br/>
              <w:t>MM/YYYY</w:t>
            </w:r>
          </w:p>
        </w:tc>
        <w:tc>
          <w:tcPr>
            <w:tcW w:w="1871" w:type="dxa"/>
            <w:shd w:val="clear" w:color="auto" w:fill="E6D2B5"/>
            <w:vAlign w:val="center"/>
          </w:tcPr>
          <w:p w14:paraId="73856D7C" w14:textId="77777777" w:rsidR="00E56632" w:rsidRDefault="00283FCF">
            <w:pPr>
              <w:spacing w:after="0" w:line="240" w:lineRule="exact"/>
            </w:pPr>
            <w:r>
              <w:rPr>
                <w:rFonts w:eastAsia="DM Sans" w:cs="DM Sans"/>
                <w:b/>
                <w:sz w:val="20"/>
              </w:rPr>
              <w:t>Achieved or in progress</w:t>
            </w:r>
          </w:p>
        </w:tc>
      </w:tr>
      <w:tr w:rsidR="00E56632" w14:paraId="1E77CBE5" w14:textId="77777777">
        <w:trPr>
          <w:cantSplit/>
          <w:trHeight w:val="1020"/>
        </w:trPr>
        <w:tc>
          <w:tcPr>
            <w:tcW w:w="3288" w:type="dxa"/>
            <w:vAlign w:val="center"/>
          </w:tcPr>
          <w:p w14:paraId="2F14118C" w14:textId="77777777" w:rsidR="00E56632" w:rsidRDefault="00E56632">
            <w:pPr>
              <w:spacing w:after="0" w:line="252" w:lineRule="exact"/>
            </w:pPr>
          </w:p>
        </w:tc>
        <w:tc>
          <w:tcPr>
            <w:tcW w:w="3005" w:type="dxa"/>
            <w:vAlign w:val="center"/>
          </w:tcPr>
          <w:p w14:paraId="2FF201A0" w14:textId="77777777" w:rsidR="00E56632" w:rsidRDefault="00E56632">
            <w:pPr>
              <w:spacing w:after="0" w:line="252" w:lineRule="exact"/>
            </w:pPr>
          </w:p>
        </w:tc>
        <w:tc>
          <w:tcPr>
            <w:tcW w:w="1701" w:type="dxa"/>
            <w:vAlign w:val="center"/>
          </w:tcPr>
          <w:p w14:paraId="723521D3" w14:textId="77777777" w:rsidR="00E56632" w:rsidRDefault="00E56632">
            <w:pPr>
              <w:spacing w:after="0" w:line="252" w:lineRule="exact"/>
            </w:pPr>
          </w:p>
        </w:tc>
        <w:tc>
          <w:tcPr>
            <w:tcW w:w="1871" w:type="dxa"/>
            <w:vAlign w:val="center"/>
          </w:tcPr>
          <w:p w14:paraId="7B5F9F86" w14:textId="77777777" w:rsidR="00E56632" w:rsidRDefault="00E56632">
            <w:pPr>
              <w:spacing w:after="0" w:line="252" w:lineRule="exact"/>
            </w:pPr>
          </w:p>
        </w:tc>
      </w:tr>
      <w:tr w:rsidR="00E56632" w14:paraId="55B8A380" w14:textId="77777777">
        <w:trPr>
          <w:cantSplit/>
          <w:trHeight w:val="1020"/>
        </w:trPr>
        <w:tc>
          <w:tcPr>
            <w:tcW w:w="3288" w:type="dxa"/>
            <w:vAlign w:val="center"/>
          </w:tcPr>
          <w:p w14:paraId="74D5DF8A" w14:textId="77777777" w:rsidR="00E56632" w:rsidRDefault="00E56632">
            <w:pPr>
              <w:spacing w:after="0" w:line="252" w:lineRule="exact"/>
            </w:pPr>
          </w:p>
        </w:tc>
        <w:tc>
          <w:tcPr>
            <w:tcW w:w="3005" w:type="dxa"/>
            <w:vAlign w:val="center"/>
          </w:tcPr>
          <w:p w14:paraId="4BED98AF" w14:textId="77777777" w:rsidR="00E56632" w:rsidRDefault="00E56632">
            <w:pPr>
              <w:spacing w:after="0" w:line="252" w:lineRule="exact"/>
            </w:pPr>
          </w:p>
        </w:tc>
        <w:tc>
          <w:tcPr>
            <w:tcW w:w="1701" w:type="dxa"/>
            <w:vAlign w:val="center"/>
          </w:tcPr>
          <w:p w14:paraId="75074C9C" w14:textId="77777777" w:rsidR="00E56632" w:rsidRDefault="00E56632">
            <w:pPr>
              <w:spacing w:after="0" w:line="252" w:lineRule="exact"/>
            </w:pPr>
          </w:p>
        </w:tc>
        <w:tc>
          <w:tcPr>
            <w:tcW w:w="1871" w:type="dxa"/>
            <w:vAlign w:val="center"/>
          </w:tcPr>
          <w:p w14:paraId="3412F11D" w14:textId="77777777" w:rsidR="00E56632" w:rsidRDefault="00E56632">
            <w:pPr>
              <w:spacing w:after="0" w:line="252" w:lineRule="exact"/>
            </w:pPr>
          </w:p>
        </w:tc>
      </w:tr>
      <w:tr w:rsidR="00E56632" w14:paraId="249667B0" w14:textId="77777777">
        <w:trPr>
          <w:cantSplit/>
          <w:trHeight w:val="1020"/>
        </w:trPr>
        <w:tc>
          <w:tcPr>
            <w:tcW w:w="3288" w:type="dxa"/>
            <w:vAlign w:val="center"/>
          </w:tcPr>
          <w:p w14:paraId="276547A8" w14:textId="77777777" w:rsidR="00E56632" w:rsidRDefault="00E56632">
            <w:pPr>
              <w:spacing w:after="0" w:line="252" w:lineRule="exact"/>
            </w:pPr>
          </w:p>
        </w:tc>
        <w:tc>
          <w:tcPr>
            <w:tcW w:w="3005" w:type="dxa"/>
            <w:vAlign w:val="center"/>
          </w:tcPr>
          <w:p w14:paraId="737ACFEB" w14:textId="77777777" w:rsidR="00E56632" w:rsidRDefault="00E56632">
            <w:pPr>
              <w:spacing w:after="0" w:line="252" w:lineRule="exact"/>
            </w:pPr>
          </w:p>
        </w:tc>
        <w:tc>
          <w:tcPr>
            <w:tcW w:w="1701" w:type="dxa"/>
            <w:vAlign w:val="center"/>
          </w:tcPr>
          <w:p w14:paraId="49876D0C" w14:textId="77777777" w:rsidR="00E56632" w:rsidRDefault="00E56632">
            <w:pPr>
              <w:spacing w:after="0" w:line="252" w:lineRule="exact"/>
            </w:pPr>
          </w:p>
        </w:tc>
        <w:tc>
          <w:tcPr>
            <w:tcW w:w="1871" w:type="dxa"/>
            <w:vAlign w:val="center"/>
          </w:tcPr>
          <w:p w14:paraId="6B6F36CE" w14:textId="77777777" w:rsidR="00E56632" w:rsidRDefault="00E56632">
            <w:pPr>
              <w:spacing w:after="0" w:line="252" w:lineRule="exact"/>
            </w:pPr>
          </w:p>
        </w:tc>
      </w:tr>
      <w:tr w:rsidR="00E56632" w14:paraId="3AB641AA" w14:textId="77777777">
        <w:trPr>
          <w:cantSplit/>
          <w:trHeight w:val="1020"/>
        </w:trPr>
        <w:tc>
          <w:tcPr>
            <w:tcW w:w="3288" w:type="dxa"/>
            <w:vAlign w:val="center"/>
          </w:tcPr>
          <w:p w14:paraId="39147F50" w14:textId="77777777" w:rsidR="00E56632" w:rsidRDefault="00E56632">
            <w:pPr>
              <w:spacing w:after="0" w:line="252" w:lineRule="exact"/>
            </w:pPr>
          </w:p>
        </w:tc>
        <w:tc>
          <w:tcPr>
            <w:tcW w:w="3005" w:type="dxa"/>
            <w:vAlign w:val="center"/>
          </w:tcPr>
          <w:p w14:paraId="6264F8A0" w14:textId="77777777" w:rsidR="00E56632" w:rsidRDefault="00E56632">
            <w:pPr>
              <w:spacing w:after="0" w:line="252" w:lineRule="exact"/>
            </w:pPr>
          </w:p>
        </w:tc>
        <w:tc>
          <w:tcPr>
            <w:tcW w:w="1701" w:type="dxa"/>
            <w:vAlign w:val="center"/>
          </w:tcPr>
          <w:p w14:paraId="56A306CA" w14:textId="77777777" w:rsidR="00E56632" w:rsidRDefault="00E56632">
            <w:pPr>
              <w:spacing w:after="0" w:line="252" w:lineRule="exact"/>
            </w:pPr>
          </w:p>
        </w:tc>
        <w:tc>
          <w:tcPr>
            <w:tcW w:w="1871" w:type="dxa"/>
            <w:vAlign w:val="center"/>
          </w:tcPr>
          <w:p w14:paraId="4748461B" w14:textId="77777777" w:rsidR="00E56632" w:rsidRDefault="00E56632">
            <w:pPr>
              <w:spacing w:after="0" w:line="252" w:lineRule="exact"/>
            </w:pPr>
          </w:p>
        </w:tc>
      </w:tr>
    </w:tbl>
    <w:p w14:paraId="7D01F803" w14:textId="77777777" w:rsidR="00E56632" w:rsidRDefault="00283FCF">
      <w:pPr>
        <w:pStyle w:val="Heading2"/>
        <w:shd w:val="clear" w:color="auto" w:fill="E6D2B5"/>
        <w:spacing w:before="140" w:after="120" w:line="300" w:lineRule="exact"/>
        <w:ind w:left="113" w:right="113"/>
      </w:pPr>
      <w:r>
        <w:rPr>
          <w:rFonts w:ascii="DM Sans" w:eastAsia="DM Sans" w:hAnsi="DM Sans" w:cs="DM Sans"/>
          <w:sz w:val="24"/>
        </w:rPr>
        <w:t>4 Relevant training</w:t>
      </w:r>
    </w:p>
    <w:p w14:paraId="4F948273" w14:textId="77777777" w:rsidR="00E56632" w:rsidRDefault="00283FCF">
      <w:pPr>
        <w:spacing w:line="262" w:lineRule="exact"/>
      </w:pPr>
      <w:r>
        <w:rPr>
          <w:rFonts w:eastAsia="DM Sans" w:cs="DM Sans"/>
          <w:sz w:val="21"/>
        </w:rPr>
        <w:t>Include safeguarding and paediatric first aid where relevant. Write not yet completed if appropriate. Give renewal or expiry dates only where applicable.</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5" w:type="dxa"/>
          <w:bottom w:w="65" w:type="dxa"/>
          <w:right w:w="105" w:type="dxa"/>
        </w:tblCellMar>
        <w:tblLook w:val="04A0" w:firstRow="1" w:lastRow="0" w:firstColumn="1" w:lastColumn="0" w:noHBand="0" w:noVBand="1"/>
      </w:tblPr>
      <w:tblGrid>
        <w:gridCol w:w="2665"/>
        <w:gridCol w:w="3288"/>
        <w:gridCol w:w="1928"/>
        <w:gridCol w:w="1984"/>
      </w:tblGrid>
      <w:tr w:rsidR="00E56632" w14:paraId="7FA3FDD8" w14:textId="77777777">
        <w:trPr>
          <w:cantSplit/>
          <w:trHeight w:val="680"/>
          <w:tblHeader/>
        </w:trPr>
        <w:tc>
          <w:tcPr>
            <w:tcW w:w="2665" w:type="dxa"/>
            <w:shd w:val="clear" w:color="auto" w:fill="E6D2B5"/>
            <w:vAlign w:val="center"/>
          </w:tcPr>
          <w:p w14:paraId="0F5D5D42" w14:textId="77777777" w:rsidR="00E56632" w:rsidRDefault="00283FCF">
            <w:pPr>
              <w:spacing w:after="0" w:line="240" w:lineRule="exact"/>
            </w:pPr>
            <w:r>
              <w:rPr>
                <w:rFonts w:eastAsia="DM Sans" w:cs="DM Sans"/>
                <w:b/>
                <w:sz w:val="20"/>
              </w:rPr>
              <w:t>Training</w:t>
            </w:r>
          </w:p>
        </w:tc>
        <w:tc>
          <w:tcPr>
            <w:tcW w:w="3288" w:type="dxa"/>
            <w:shd w:val="clear" w:color="auto" w:fill="E6D2B5"/>
            <w:vAlign w:val="center"/>
          </w:tcPr>
          <w:p w14:paraId="0BCF5A89" w14:textId="77777777" w:rsidR="00E56632" w:rsidRDefault="00283FCF">
            <w:pPr>
              <w:spacing w:after="0" w:line="240" w:lineRule="exact"/>
            </w:pPr>
            <w:r>
              <w:rPr>
                <w:rFonts w:eastAsia="DM Sans" w:cs="DM Sans"/>
                <w:b/>
                <w:sz w:val="20"/>
              </w:rPr>
              <w:t>Training provider</w:t>
            </w:r>
          </w:p>
        </w:tc>
        <w:tc>
          <w:tcPr>
            <w:tcW w:w="1928" w:type="dxa"/>
            <w:shd w:val="clear" w:color="auto" w:fill="E6D2B5"/>
            <w:vAlign w:val="center"/>
          </w:tcPr>
          <w:p w14:paraId="2CD0FE08" w14:textId="77777777" w:rsidR="00E56632" w:rsidRDefault="00283FCF">
            <w:pPr>
              <w:spacing w:after="0" w:line="240" w:lineRule="exact"/>
            </w:pPr>
            <w:r>
              <w:rPr>
                <w:rFonts w:eastAsia="DM Sans" w:cs="DM Sans"/>
                <w:b/>
                <w:sz w:val="20"/>
              </w:rPr>
              <w:t>Completed or expected date</w:t>
            </w:r>
          </w:p>
        </w:tc>
        <w:tc>
          <w:tcPr>
            <w:tcW w:w="1984" w:type="dxa"/>
            <w:shd w:val="clear" w:color="auto" w:fill="E6D2B5"/>
            <w:vAlign w:val="center"/>
          </w:tcPr>
          <w:p w14:paraId="68AE3E96" w14:textId="77777777" w:rsidR="00E56632" w:rsidRDefault="00283FCF">
            <w:pPr>
              <w:spacing w:after="0" w:line="240" w:lineRule="exact"/>
            </w:pPr>
            <w:r>
              <w:rPr>
                <w:rFonts w:eastAsia="DM Sans" w:cs="DM Sans"/>
                <w:b/>
                <w:sz w:val="20"/>
              </w:rPr>
              <w:t>Expiry or renewal date</w:t>
            </w:r>
          </w:p>
        </w:tc>
      </w:tr>
      <w:tr w:rsidR="00E56632" w14:paraId="64816359" w14:textId="77777777">
        <w:trPr>
          <w:cantSplit/>
          <w:trHeight w:val="680"/>
        </w:trPr>
        <w:tc>
          <w:tcPr>
            <w:tcW w:w="2665" w:type="dxa"/>
            <w:vAlign w:val="center"/>
          </w:tcPr>
          <w:p w14:paraId="514E4340" w14:textId="77777777" w:rsidR="00E56632" w:rsidRDefault="00283FCF">
            <w:pPr>
              <w:spacing w:after="0" w:line="252" w:lineRule="exact"/>
            </w:pPr>
            <w:r>
              <w:rPr>
                <w:rFonts w:eastAsia="DM Sans" w:cs="DM Sans"/>
                <w:sz w:val="21"/>
              </w:rPr>
              <w:t>Safeguarding</w:t>
            </w:r>
          </w:p>
        </w:tc>
        <w:tc>
          <w:tcPr>
            <w:tcW w:w="3288" w:type="dxa"/>
            <w:vAlign w:val="center"/>
          </w:tcPr>
          <w:p w14:paraId="4276CAC9" w14:textId="77777777" w:rsidR="00E56632" w:rsidRDefault="00E56632">
            <w:pPr>
              <w:spacing w:after="0" w:line="252" w:lineRule="exact"/>
            </w:pPr>
          </w:p>
        </w:tc>
        <w:tc>
          <w:tcPr>
            <w:tcW w:w="1928" w:type="dxa"/>
            <w:vAlign w:val="center"/>
          </w:tcPr>
          <w:p w14:paraId="624E675F" w14:textId="77777777" w:rsidR="00E56632" w:rsidRDefault="00E56632">
            <w:pPr>
              <w:spacing w:after="0" w:line="252" w:lineRule="exact"/>
            </w:pPr>
          </w:p>
        </w:tc>
        <w:tc>
          <w:tcPr>
            <w:tcW w:w="1984" w:type="dxa"/>
            <w:vAlign w:val="center"/>
          </w:tcPr>
          <w:p w14:paraId="74E085FE" w14:textId="77777777" w:rsidR="00E56632" w:rsidRDefault="00E56632">
            <w:pPr>
              <w:spacing w:after="0" w:line="252" w:lineRule="exact"/>
            </w:pPr>
          </w:p>
        </w:tc>
      </w:tr>
      <w:tr w:rsidR="00E56632" w14:paraId="39A1539D" w14:textId="77777777">
        <w:trPr>
          <w:cantSplit/>
          <w:trHeight w:val="680"/>
        </w:trPr>
        <w:tc>
          <w:tcPr>
            <w:tcW w:w="2665" w:type="dxa"/>
            <w:vAlign w:val="center"/>
          </w:tcPr>
          <w:p w14:paraId="52CD33C2" w14:textId="77777777" w:rsidR="00E56632" w:rsidRDefault="00283FCF">
            <w:pPr>
              <w:spacing w:after="0" w:line="252" w:lineRule="exact"/>
            </w:pPr>
            <w:r>
              <w:rPr>
                <w:rFonts w:eastAsia="DM Sans" w:cs="DM Sans"/>
                <w:sz w:val="21"/>
              </w:rPr>
              <w:t>Paediatric first aid</w:t>
            </w:r>
          </w:p>
        </w:tc>
        <w:tc>
          <w:tcPr>
            <w:tcW w:w="3288" w:type="dxa"/>
            <w:vAlign w:val="center"/>
          </w:tcPr>
          <w:p w14:paraId="25477EEE" w14:textId="77777777" w:rsidR="00E56632" w:rsidRDefault="00E56632">
            <w:pPr>
              <w:spacing w:after="0" w:line="252" w:lineRule="exact"/>
            </w:pPr>
          </w:p>
        </w:tc>
        <w:tc>
          <w:tcPr>
            <w:tcW w:w="1928" w:type="dxa"/>
            <w:vAlign w:val="center"/>
          </w:tcPr>
          <w:p w14:paraId="42DD480D" w14:textId="77777777" w:rsidR="00E56632" w:rsidRDefault="00E56632">
            <w:pPr>
              <w:spacing w:after="0" w:line="252" w:lineRule="exact"/>
            </w:pPr>
          </w:p>
        </w:tc>
        <w:tc>
          <w:tcPr>
            <w:tcW w:w="1984" w:type="dxa"/>
            <w:vAlign w:val="center"/>
          </w:tcPr>
          <w:p w14:paraId="3E220186" w14:textId="77777777" w:rsidR="00E56632" w:rsidRDefault="00E56632">
            <w:pPr>
              <w:spacing w:after="0" w:line="252" w:lineRule="exact"/>
            </w:pPr>
          </w:p>
        </w:tc>
      </w:tr>
      <w:tr w:rsidR="00E56632" w14:paraId="3DF52EEC" w14:textId="77777777">
        <w:trPr>
          <w:cantSplit/>
          <w:trHeight w:val="680"/>
        </w:trPr>
        <w:tc>
          <w:tcPr>
            <w:tcW w:w="2665" w:type="dxa"/>
            <w:vAlign w:val="center"/>
          </w:tcPr>
          <w:p w14:paraId="7D117105" w14:textId="77777777" w:rsidR="00E56632" w:rsidRDefault="00283FCF">
            <w:pPr>
              <w:spacing w:after="0" w:line="252" w:lineRule="exact"/>
            </w:pPr>
            <w:r>
              <w:rPr>
                <w:rFonts w:eastAsia="DM Sans" w:cs="DM Sans"/>
                <w:sz w:val="21"/>
              </w:rPr>
              <w:t>Other</w:t>
            </w:r>
          </w:p>
        </w:tc>
        <w:tc>
          <w:tcPr>
            <w:tcW w:w="3288" w:type="dxa"/>
            <w:vAlign w:val="center"/>
          </w:tcPr>
          <w:p w14:paraId="2129B57E" w14:textId="77777777" w:rsidR="00E56632" w:rsidRDefault="00E56632">
            <w:pPr>
              <w:spacing w:after="0" w:line="252" w:lineRule="exact"/>
            </w:pPr>
          </w:p>
        </w:tc>
        <w:tc>
          <w:tcPr>
            <w:tcW w:w="1928" w:type="dxa"/>
            <w:vAlign w:val="center"/>
          </w:tcPr>
          <w:p w14:paraId="5824732C" w14:textId="77777777" w:rsidR="00E56632" w:rsidRDefault="00E56632">
            <w:pPr>
              <w:spacing w:after="0" w:line="252" w:lineRule="exact"/>
            </w:pPr>
          </w:p>
        </w:tc>
        <w:tc>
          <w:tcPr>
            <w:tcW w:w="1984" w:type="dxa"/>
            <w:vAlign w:val="center"/>
          </w:tcPr>
          <w:p w14:paraId="09633501" w14:textId="77777777" w:rsidR="00E56632" w:rsidRDefault="00E56632">
            <w:pPr>
              <w:spacing w:after="0" w:line="252" w:lineRule="exact"/>
            </w:pPr>
          </w:p>
        </w:tc>
      </w:tr>
      <w:tr w:rsidR="00E56632" w14:paraId="5C9E3545" w14:textId="77777777">
        <w:trPr>
          <w:cantSplit/>
          <w:trHeight w:val="680"/>
        </w:trPr>
        <w:tc>
          <w:tcPr>
            <w:tcW w:w="2665" w:type="dxa"/>
            <w:vAlign w:val="center"/>
          </w:tcPr>
          <w:p w14:paraId="0215D91F" w14:textId="77777777" w:rsidR="00E56632" w:rsidRDefault="00283FCF">
            <w:pPr>
              <w:spacing w:after="0" w:line="252" w:lineRule="exact"/>
            </w:pPr>
            <w:r>
              <w:rPr>
                <w:rFonts w:eastAsia="DM Sans" w:cs="DM Sans"/>
                <w:sz w:val="21"/>
              </w:rPr>
              <w:t>Other</w:t>
            </w:r>
          </w:p>
        </w:tc>
        <w:tc>
          <w:tcPr>
            <w:tcW w:w="3288" w:type="dxa"/>
            <w:vAlign w:val="center"/>
          </w:tcPr>
          <w:p w14:paraId="1B373562" w14:textId="77777777" w:rsidR="00E56632" w:rsidRDefault="00E56632">
            <w:pPr>
              <w:spacing w:after="0" w:line="252" w:lineRule="exact"/>
            </w:pPr>
          </w:p>
        </w:tc>
        <w:tc>
          <w:tcPr>
            <w:tcW w:w="1928" w:type="dxa"/>
            <w:vAlign w:val="center"/>
          </w:tcPr>
          <w:p w14:paraId="3007B025" w14:textId="77777777" w:rsidR="00E56632" w:rsidRDefault="00E56632">
            <w:pPr>
              <w:spacing w:after="0" w:line="252" w:lineRule="exact"/>
            </w:pPr>
          </w:p>
        </w:tc>
        <w:tc>
          <w:tcPr>
            <w:tcW w:w="1984" w:type="dxa"/>
            <w:vAlign w:val="center"/>
          </w:tcPr>
          <w:p w14:paraId="31FD471F" w14:textId="77777777" w:rsidR="00E56632" w:rsidRDefault="00E56632">
            <w:pPr>
              <w:spacing w:after="0" w:line="252" w:lineRule="exact"/>
            </w:pPr>
          </w:p>
        </w:tc>
      </w:tr>
    </w:tbl>
    <w:p w14:paraId="3C6E7D12" w14:textId="77777777" w:rsidR="00E56632" w:rsidRDefault="00283FCF">
      <w:pPr>
        <w:spacing w:before="140" w:line="250" w:lineRule="exact"/>
      </w:pPr>
      <w:r>
        <w:rPr>
          <w:rFonts w:eastAsia="DM Sans" w:cs="DM Sans"/>
          <w:sz w:val="20"/>
        </w:rPr>
        <w:t>We will ask to verify relevant qualifications and training later. Do not attach original certificates to this application.</w:t>
      </w:r>
    </w:p>
    <w:p w14:paraId="75C0EFAE" w14:textId="77777777" w:rsidR="00E56632" w:rsidRDefault="00283FCF">
      <w:pPr>
        <w:pStyle w:val="Heading1"/>
        <w:pageBreakBefore/>
        <w:spacing w:before="0" w:after="140" w:line="525" w:lineRule="exact"/>
      </w:pPr>
      <w:r>
        <w:rPr>
          <w:rFonts w:ascii="Lora Medium" w:eastAsia="Lora Medium" w:hAnsi="Lora Medium" w:cs="Lora Medium"/>
          <w:b w:val="0"/>
          <w:sz w:val="42"/>
        </w:rPr>
        <w:lastRenderedPageBreak/>
        <w:t>Employment and education history</w:t>
      </w:r>
    </w:p>
    <w:p w14:paraId="05B7E5BE" w14:textId="77777777" w:rsidR="00E56632" w:rsidRDefault="00283FCF">
      <w:pPr>
        <w:spacing w:after="140" w:line="237" w:lineRule="exact"/>
      </w:pPr>
      <w:r>
        <w:rPr>
          <w:rFonts w:eastAsia="DM Sans" w:cs="DM Sans"/>
          <w:sz w:val="19"/>
        </w:rPr>
        <w:t>Applicant name __________________________________________</w:t>
      </w:r>
    </w:p>
    <w:p w14:paraId="7AF5637D" w14:textId="77777777" w:rsidR="00E56632" w:rsidRDefault="00283FCF">
      <w:pPr>
        <w:spacing w:after="140" w:line="262" w:lineRule="exact"/>
      </w:pPr>
      <w:r>
        <w:rPr>
          <w:rFonts w:eastAsia="DM Sans" w:cs="DM Sans"/>
          <w:sz w:val="21"/>
        </w:rPr>
        <w:t>Give a continuous history since leaving secondary school, starting with the most recent activity. Include paid work, volunteering, placements, study, self-employment and other activities. Use month and year dates and write Present where appropriate.</w:t>
      </w:r>
    </w:p>
    <w:p w14:paraId="32F6BED4" w14:textId="77777777" w:rsidR="00E56632" w:rsidRDefault="00283FCF">
      <w:pPr>
        <w:spacing w:line="262" w:lineRule="exact"/>
      </w:pPr>
      <w:r>
        <w:rPr>
          <w:rFonts w:eastAsia="DM Sans" w:cs="DM Sans"/>
          <w:sz w:val="21"/>
        </w:rPr>
        <w:t>Continue on page 4 or copy that page as often as needed. Explain any gaps in the space on page 4; brief explanations are enough and no medical or private family details are needed.</w:t>
      </w:r>
    </w:p>
    <w:p w14:paraId="3F038DC7" w14:textId="77777777" w:rsidR="00E56632" w:rsidRDefault="00283FCF">
      <w:pPr>
        <w:pStyle w:val="Heading2"/>
        <w:shd w:val="clear" w:color="auto" w:fill="E6D2B5"/>
        <w:spacing w:before="140" w:after="120" w:line="300" w:lineRule="exact"/>
        <w:ind w:left="113" w:right="113"/>
      </w:pPr>
      <w:r>
        <w:rPr>
          <w:rFonts w:ascii="DM Sans" w:eastAsia="DM Sans" w:hAnsi="DM Sans" w:cs="DM Sans"/>
          <w:sz w:val="24"/>
        </w:rPr>
        <w:t>5 Your history</w:t>
      </w:r>
    </w:p>
    <w:p w14:paraId="0662DF11" w14:textId="77777777" w:rsidR="00E56632" w:rsidRDefault="00283FCF">
      <w:pPr>
        <w:pStyle w:val="Heading2"/>
        <w:shd w:val="clear" w:color="auto" w:fill="E6D2B5"/>
        <w:spacing w:before="140" w:after="120" w:line="300" w:lineRule="exact"/>
        <w:ind w:left="113" w:right="113"/>
      </w:pPr>
      <w:r>
        <w:rPr>
          <w:rFonts w:ascii="DM Sans" w:eastAsia="DM Sans" w:hAnsi="DM Sans" w:cs="DM Sans"/>
          <w:sz w:val="24"/>
        </w:rPr>
        <w:t>History entry 1</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5" w:type="dxa"/>
          <w:bottom w:w="65" w:type="dxa"/>
          <w:right w:w="105" w:type="dxa"/>
        </w:tblCellMar>
        <w:tblLook w:val="04A0" w:firstRow="1" w:lastRow="0" w:firstColumn="1" w:lastColumn="0" w:noHBand="0" w:noVBand="1"/>
      </w:tblPr>
      <w:tblGrid>
        <w:gridCol w:w="3005"/>
        <w:gridCol w:w="6860"/>
      </w:tblGrid>
      <w:tr w:rsidR="00E56632" w14:paraId="20FEE4D8" w14:textId="77777777">
        <w:trPr>
          <w:cantSplit/>
          <w:trHeight w:val="510"/>
        </w:trPr>
        <w:tc>
          <w:tcPr>
            <w:tcW w:w="3005" w:type="dxa"/>
            <w:shd w:val="clear" w:color="auto" w:fill="FAF7F1"/>
            <w:vAlign w:val="center"/>
          </w:tcPr>
          <w:p w14:paraId="1A144580" w14:textId="77777777" w:rsidR="00E56632" w:rsidRDefault="00283FCF">
            <w:pPr>
              <w:spacing w:after="0" w:line="252" w:lineRule="exact"/>
            </w:pPr>
            <w:r>
              <w:rPr>
                <w:rFonts w:eastAsia="DM Sans" w:cs="DM Sans"/>
                <w:sz w:val="21"/>
              </w:rPr>
              <w:t>From and to MM/YYYY</w:t>
            </w:r>
          </w:p>
        </w:tc>
        <w:tc>
          <w:tcPr>
            <w:tcW w:w="6860" w:type="dxa"/>
            <w:vAlign w:val="center"/>
          </w:tcPr>
          <w:p w14:paraId="16BB0D6E" w14:textId="77777777" w:rsidR="00E56632" w:rsidRDefault="00E56632">
            <w:pPr>
              <w:spacing w:after="0" w:line="252" w:lineRule="exact"/>
            </w:pPr>
          </w:p>
        </w:tc>
      </w:tr>
      <w:tr w:rsidR="00E56632" w14:paraId="56C03C21" w14:textId="77777777">
        <w:trPr>
          <w:cantSplit/>
          <w:trHeight w:val="624"/>
        </w:trPr>
        <w:tc>
          <w:tcPr>
            <w:tcW w:w="3005" w:type="dxa"/>
            <w:shd w:val="clear" w:color="auto" w:fill="FAF7F1"/>
            <w:vAlign w:val="center"/>
          </w:tcPr>
          <w:p w14:paraId="6D9DE891" w14:textId="77777777" w:rsidR="00E56632" w:rsidRDefault="00283FCF">
            <w:pPr>
              <w:spacing w:after="0" w:line="252" w:lineRule="exact"/>
            </w:pPr>
            <w:r>
              <w:rPr>
                <w:rFonts w:eastAsia="DM Sans" w:cs="DM Sans"/>
                <w:sz w:val="21"/>
              </w:rPr>
              <w:t>Employer or education provider and location</w:t>
            </w:r>
          </w:p>
        </w:tc>
        <w:tc>
          <w:tcPr>
            <w:tcW w:w="6860" w:type="dxa"/>
            <w:vAlign w:val="center"/>
          </w:tcPr>
          <w:p w14:paraId="5DEFE20F" w14:textId="77777777" w:rsidR="00E56632" w:rsidRDefault="00E56632">
            <w:pPr>
              <w:spacing w:after="0" w:line="252" w:lineRule="exact"/>
            </w:pPr>
          </w:p>
        </w:tc>
      </w:tr>
      <w:tr w:rsidR="00E56632" w14:paraId="732B03F8" w14:textId="77777777">
        <w:trPr>
          <w:cantSplit/>
          <w:trHeight w:val="510"/>
        </w:trPr>
        <w:tc>
          <w:tcPr>
            <w:tcW w:w="3005" w:type="dxa"/>
            <w:shd w:val="clear" w:color="auto" w:fill="FAF7F1"/>
            <w:vAlign w:val="center"/>
          </w:tcPr>
          <w:p w14:paraId="27CFA04C" w14:textId="77777777" w:rsidR="00E56632" w:rsidRDefault="00283FCF">
            <w:pPr>
              <w:spacing w:after="0" w:line="252" w:lineRule="exact"/>
            </w:pPr>
            <w:r>
              <w:rPr>
                <w:rFonts w:eastAsia="DM Sans" w:cs="DM Sans"/>
                <w:sz w:val="21"/>
              </w:rPr>
              <w:t>Role or course</w:t>
            </w:r>
          </w:p>
        </w:tc>
        <w:tc>
          <w:tcPr>
            <w:tcW w:w="6860" w:type="dxa"/>
            <w:vAlign w:val="center"/>
          </w:tcPr>
          <w:p w14:paraId="63454312" w14:textId="77777777" w:rsidR="00E56632" w:rsidRDefault="00E56632">
            <w:pPr>
              <w:spacing w:after="0" w:line="252" w:lineRule="exact"/>
            </w:pPr>
          </w:p>
        </w:tc>
      </w:tr>
      <w:tr w:rsidR="00E56632" w14:paraId="27499C92" w14:textId="77777777">
        <w:trPr>
          <w:cantSplit/>
          <w:trHeight w:val="1247"/>
        </w:trPr>
        <w:tc>
          <w:tcPr>
            <w:tcW w:w="3005" w:type="dxa"/>
            <w:shd w:val="clear" w:color="auto" w:fill="FAF7F1"/>
            <w:vAlign w:val="center"/>
          </w:tcPr>
          <w:p w14:paraId="544439A7" w14:textId="77777777" w:rsidR="00E56632" w:rsidRDefault="00283FCF">
            <w:pPr>
              <w:spacing w:after="0" w:line="252" w:lineRule="exact"/>
            </w:pPr>
            <w:r>
              <w:rPr>
                <w:rFonts w:eastAsia="DM Sans" w:cs="DM Sans"/>
                <w:sz w:val="21"/>
              </w:rPr>
              <w:t>Main responsibilities or activity</w:t>
            </w:r>
          </w:p>
        </w:tc>
        <w:tc>
          <w:tcPr>
            <w:tcW w:w="6860" w:type="dxa"/>
            <w:vAlign w:val="center"/>
          </w:tcPr>
          <w:p w14:paraId="58649F8C" w14:textId="77777777" w:rsidR="00E56632" w:rsidRDefault="00E56632">
            <w:pPr>
              <w:spacing w:after="0" w:line="252" w:lineRule="exact"/>
            </w:pPr>
          </w:p>
        </w:tc>
      </w:tr>
      <w:tr w:rsidR="00E56632" w14:paraId="5C0A6746" w14:textId="77777777">
        <w:trPr>
          <w:cantSplit/>
          <w:trHeight w:val="624"/>
        </w:trPr>
        <w:tc>
          <w:tcPr>
            <w:tcW w:w="3005" w:type="dxa"/>
            <w:shd w:val="clear" w:color="auto" w:fill="FAF7F1"/>
            <w:vAlign w:val="center"/>
          </w:tcPr>
          <w:p w14:paraId="4E08574B" w14:textId="77777777" w:rsidR="00E56632" w:rsidRDefault="00283FCF">
            <w:pPr>
              <w:spacing w:after="0" w:line="252" w:lineRule="exact"/>
            </w:pPr>
            <w:r>
              <w:rPr>
                <w:rFonts w:eastAsia="DM Sans" w:cs="DM Sans"/>
                <w:sz w:val="21"/>
              </w:rPr>
              <w:t>Reason for leaving or ending</w:t>
            </w:r>
          </w:p>
        </w:tc>
        <w:tc>
          <w:tcPr>
            <w:tcW w:w="6860" w:type="dxa"/>
            <w:vAlign w:val="center"/>
          </w:tcPr>
          <w:p w14:paraId="3109B250" w14:textId="77777777" w:rsidR="00E56632" w:rsidRDefault="00E56632">
            <w:pPr>
              <w:spacing w:after="0" w:line="252" w:lineRule="exact"/>
            </w:pPr>
          </w:p>
        </w:tc>
      </w:tr>
    </w:tbl>
    <w:p w14:paraId="1628DBD2" w14:textId="77777777" w:rsidR="00E56632" w:rsidRDefault="00283FCF">
      <w:pPr>
        <w:spacing w:line="250" w:lineRule="exact"/>
      </w:pPr>
      <w:r>
        <w:rPr>
          <w:rFonts w:eastAsia="DM Sans" w:cs="DM Sans"/>
          <w:b/>
          <w:sz w:val="20"/>
        </w:rPr>
        <w:t xml:space="preserve">Work with children  </w:t>
      </w:r>
      <w:r>
        <w:rPr>
          <w:rFonts w:eastAsia="DM Sans" w:cs="DM Sans"/>
          <w:sz w:val="20"/>
          <w:bdr w:val="single" w:sz="6" w:space="1" w:color="39352D"/>
        </w:rPr>
        <w:t xml:space="preserve">    </w:t>
      </w:r>
      <w:r>
        <w:rPr>
          <w:rFonts w:eastAsia="DM Sans" w:cs="DM Sans"/>
          <w:sz w:val="20"/>
        </w:rPr>
        <w:t xml:space="preserve">  Yes    </w:t>
      </w:r>
      <w:r>
        <w:rPr>
          <w:rFonts w:eastAsia="DM Sans" w:cs="DM Sans"/>
          <w:sz w:val="20"/>
          <w:bdr w:val="single" w:sz="6" w:space="1" w:color="39352D"/>
        </w:rPr>
        <w:t xml:space="preserve">    </w:t>
      </w:r>
      <w:r>
        <w:rPr>
          <w:rFonts w:eastAsia="DM Sans" w:cs="DM Sans"/>
          <w:sz w:val="20"/>
        </w:rPr>
        <w:t xml:space="preserve">  No   If yes, ages __________________</w:t>
      </w:r>
    </w:p>
    <w:p w14:paraId="3885D6A4" w14:textId="77777777" w:rsidR="00E56632" w:rsidRDefault="00283FCF">
      <w:pPr>
        <w:pStyle w:val="Heading2"/>
        <w:shd w:val="clear" w:color="auto" w:fill="E6D2B5"/>
        <w:spacing w:before="140" w:after="120" w:line="300" w:lineRule="exact"/>
        <w:ind w:left="113" w:right="113"/>
      </w:pPr>
      <w:r>
        <w:rPr>
          <w:rFonts w:ascii="DM Sans" w:eastAsia="DM Sans" w:hAnsi="DM Sans" w:cs="DM Sans"/>
          <w:sz w:val="24"/>
        </w:rPr>
        <w:t>History entry 2</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5" w:type="dxa"/>
          <w:bottom w:w="65" w:type="dxa"/>
          <w:right w:w="105" w:type="dxa"/>
        </w:tblCellMar>
        <w:tblLook w:val="04A0" w:firstRow="1" w:lastRow="0" w:firstColumn="1" w:lastColumn="0" w:noHBand="0" w:noVBand="1"/>
      </w:tblPr>
      <w:tblGrid>
        <w:gridCol w:w="3005"/>
        <w:gridCol w:w="6860"/>
      </w:tblGrid>
      <w:tr w:rsidR="00E56632" w14:paraId="55238CDC" w14:textId="77777777">
        <w:trPr>
          <w:cantSplit/>
          <w:trHeight w:val="510"/>
        </w:trPr>
        <w:tc>
          <w:tcPr>
            <w:tcW w:w="3005" w:type="dxa"/>
            <w:shd w:val="clear" w:color="auto" w:fill="FAF7F1"/>
            <w:vAlign w:val="center"/>
          </w:tcPr>
          <w:p w14:paraId="018812C5" w14:textId="77777777" w:rsidR="00E56632" w:rsidRDefault="00283FCF">
            <w:pPr>
              <w:spacing w:after="0" w:line="252" w:lineRule="exact"/>
            </w:pPr>
            <w:r>
              <w:rPr>
                <w:rFonts w:eastAsia="DM Sans" w:cs="DM Sans"/>
                <w:sz w:val="21"/>
              </w:rPr>
              <w:t>From and to MM/YYYY</w:t>
            </w:r>
          </w:p>
        </w:tc>
        <w:tc>
          <w:tcPr>
            <w:tcW w:w="6860" w:type="dxa"/>
            <w:vAlign w:val="center"/>
          </w:tcPr>
          <w:p w14:paraId="5C44C417" w14:textId="77777777" w:rsidR="00E56632" w:rsidRDefault="00E56632">
            <w:pPr>
              <w:spacing w:after="0" w:line="252" w:lineRule="exact"/>
            </w:pPr>
          </w:p>
        </w:tc>
      </w:tr>
      <w:tr w:rsidR="00E56632" w14:paraId="52B2081D" w14:textId="77777777">
        <w:trPr>
          <w:cantSplit/>
          <w:trHeight w:val="624"/>
        </w:trPr>
        <w:tc>
          <w:tcPr>
            <w:tcW w:w="3005" w:type="dxa"/>
            <w:shd w:val="clear" w:color="auto" w:fill="FAF7F1"/>
            <w:vAlign w:val="center"/>
          </w:tcPr>
          <w:p w14:paraId="4FDFA571" w14:textId="77777777" w:rsidR="00E56632" w:rsidRDefault="00283FCF">
            <w:pPr>
              <w:spacing w:after="0" w:line="252" w:lineRule="exact"/>
            </w:pPr>
            <w:r>
              <w:rPr>
                <w:rFonts w:eastAsia="DM Sans" w:cs="DM Sans"/>
                <w:sz w:val="21"/>
              </w:rPr>
              <w:t>Employer or education provider and location</w:t>
            </w:r>
          </w:p>
        </w:tc>
        <w:tc>
          <w:tcPr>
            <w:tcW w:w="6860" w:type="dxa"/>
            <w:vAlign w:val="center"/>
          </w:tcPr>
          <w:p w14:paraId="51DAD1DE" w14:textId="77777777" w:rsidR="00E56632" w:rsidRDefault="00E56632">
            <w:pPr>
              <w:spacing w:after="0" w:line="252" w:lineRule="exact"/>
            </w:pPr>
          </w:p>
        </w:tc>
      </w:tr>
      <w:tr w:rsidR="00E56632" w14:paraId="4C3E03EB" w14:textId="77777777">
        <w:trPr>
          <w:cantSplit/>
          <w:trHeight w:val="510"/>
        </w:trPr>
        <w:tc>
          <w:tcPr>
            <w:tcW w:w="3005" w:type="dxa"/>
            <w:shd w:val="clear" w:color="auto" w:fill="FAF7F1"/>
            <w:vAlign w:val="center"/>
          </w:tcPr>
          <w:p w14:paraId="12EE31E8" w14:textId="77777777" w:rsidR="00E56632" w:rsidRDefault="00283FCF">
            <w:pPr>
              <w:spacing w:after="0" w:line="252" w:lineRule="exact"/>
            </w:pPr>
            <w:r>
              <w:rPr>
                <w:rFonts w:eastAsia="DM Sans" w:cs="DM Sans"/>
                <w:sz w:val="21"/>
              </w:rPr>
              <w:t>Role or course</w:t>
            </w:r>
          </w:p>
        </w:tc>
        <w:tc>
          <w:tcPr>
            <w:tcW w:w="6860" w:type="dxa"/>
            <w:vAlign w:val="center"/>
          </w:tcPr>
          <w:p w14:paraId="56FD3DF0" w14:textId="77777777" w:rsidR="00E56632" w:rsidRDefault="00E56632">
            <w:pPr>
              <w:spacing w:after="0" w:line="252" w:lineRule="exact"/>
            </w:pPr>
          </w:p>
        </w:tc>
      </w:tr>
      <w:tr w:rsidR="00E56632" w14:paraId="59D6F081" w14:textId="77777777">
        <w:trPr>
          <w:cantSplit/>
          <w:trHeight w:val="1247"/>
        </w:trPr>
        <w:tc>
          <w:tcPr>
            <w:tcW w:w="3005" w:type="dxa"/>
            <w:shd w:val="clear" w:color="auto" w:fill="FAF7F1"/>
            <w:vAlign w:val="center"/>
          </w:tcPr>
          <w:p w14:paraId="02291F26" w14:textId="77777777" w:rsidR="00E56632" w:rsidRDefault="00283FCF">
            <w:pPr>
              <w:spacing w:after="0" w:line="252" w:lineRule="exact"/>
            </w:pPr>
            <w:r>
              <w:rPr>
                <w:rFonts w:eastAsia="DM Sans" w:cs="DM Sans"/>
                <w:sz w:val="21"/>
              </w:rPr>
              <w:t>Main responsibilities or activity</w:t>
            </w:r>
          </w:p>
        </w:tc>
        <w:tc>
          <w:tcPr>
            <w:tcW w:w="6860" w:type="dxa"/>
            <w:vAlign w:val="center"/>
          </w:tcPr>
          <w:p w14:paraId="7E9CA0EF" w14:textId="77777777" w:rsidR="00E56632" w:rsidRDefault="00E56632">
            <w:pPr>
              <w:spacing w:after="0" w:line="252" w:lineRule="exact"/>
            </w:pPr>
          </w:p>
        </w:tc>
      </w:tr>
      <w:tr w:rsidR="00E56632" w14:paraId="16139DA5" w14:textId="77777777">
        <w:trPr>
          <w:cantSplit/>
          <w:trHeight w:val="624"/>
        </w:trPr>
        <w:tc>
          <w:tcPr>
            <w:tcW w:w="3005" w:type="dxa"/>
            <w:shd w:val="clear" w:color="auto" w:fill="FAF7F1"/>
            <w:vAlign w:val="center"/>
          </w:tcPr>
          <w:p w14:paraId="25D56333" w14:textId="77777777" w:rsidR="00E56632" w:rsidRDefault="00283FCF">
            <w:pPr>
              <w:spacing w:after="0" w:line="252" w:lineRule="exact"/>
            </w:pPr>
            <w:r>
              <w:rPr>
                <w:rFonts w:eastAsia="DM Sans" w:cs="DM Sans"/>
                <w:sz w:val="21"/>
              </w:rPr>
              <w:t>Reason for leaving or ending</w:t>
            </w:r>
          </w:p>
        </w:tc>
        <w:tc>
          <w:tcPr>
            <w:tcW w:w="6860" w:type="dxa"/>
            <w:vAlign w:val="center"/>
          </w:tcPr>
          <w:p w14:paraId="064B694F" w14:textId="77777777" w:rsidR="00E56632" w:rsidRDefault="00E56632">
            <w:pPr>
              <w:spacing w:after="0" w:line="252" w:lineRule="exact"/>
            </w:pPr>
          </w:p>
        </w:tc>
      </w:tr>
    </w:tbl>
    <w:p w14:paraId="09938149" w14:textId="77777777" w:rsidR="00E56632" w:rsidRDefault="00283FCF">
      <w:pPr>
        <w:spacing w:line="250" w:lineRule="exact"/>
      </w:pPr>
      <w:r>
        <w:rPr>
          <w:rFonts w:eastAsia="DM Sans" w:cs="DM Sans"/>
          <w:b/>
          <w:sz w:val="20"/>
        </w:rPr>
        <w:t xml:space="preserve">Work with children  </w:t>
      </w:r>
      <w:r>
        <w:rPr>
          <w:rFonts w:eastAsia="DM Sans" w:cs="DM Sans"/>
          <w:sz w:val="20"/>
          <w:bdr w:val="single" w:sz="6" w:space="1" w:color="39352D"/>
        </w:rPr>
        <w:t xml:space="preserve">    </w:t>
      </w:r>
      <w:r>
        <w:rPr>
          <w:rFonts w:eastAsia="DM Sans" w:cs="DM Sans"/>
          <w:sz w:val="20"/>
        </w:rPr>
        <w:t xml:space="preserve">  Yes    </w:t>
      </w:r>
      <w:r>
        <w:rPr>
          <w:rFonts w:eastAsia="DM Sans" w:cs="DM Sans"/>
          <w:sz w:val="20"/>
          <w:bdr w:val="single" w:sz="6" w:space="1" w:color="39352D"/>
        </w:rPr>
        <w:t xml:space="preserve">    </w:t>
      </w:r>
      <w:r>
        <w:rPr>
          <w:rFonts w:eastAsia="DM Sans" w:cs="DM Sans"/>
          <w:sz w:val="20"/>
        </w:rPr>
        <w:t xml:space="preserve">  No   If yes, ages __________________</w:t>
      </w:r>
    </w:p>
    <w:p w14:paraId="7AD385CA" w14:textId="77777777" w:rsidR="00E56632" w:rsidRDefault="00283FCF">
      <w:pPr>
        <w:pStyle w:val="Heading1"/>
        <w:pageBreakBefore/>
        <w:spacing w:before="0" w:after="140" w:line="525" w:lineRule="exact"/>
      </w:pPr>
      <w:r>
        <w:rPr>
          <w:rFonts w:ascii="Lora Medium" w:eastAsia="Lora Medium" w:hAnsi="Lora Medium" w:cs="Lora Medium"/>
          <w:b w:val="0"/>
          <w:sz w:val="42"/>
        </w:rPr>
        <w:lastRenderedPageBreak/>
        <w:t>History continuation</w:t>
      </w:r>
    </w:p>
    <w:p w14:paraId="1FC08009" w14:textId="77777777" w:rsidR="00E56632" w:rsidRDefault="00283FCF">
      <w:pPr>
        <w:spacing w:after="140" w:line="237" w:lineRule="exact"/>
      </w:pPr>
      <w:r>
        <w:rPr>
          <w:rFonts w:eastAsia="DM Sans" w:cs="DM Sans"/>
          <w:sz w:val="19"/>
        </w:rPr>
        <w:t>Applicant name __________________________________________</w:t>
      </w:r>
    </w:p>
    <w:p w14:paraId="36FC913E" w14:textId="77777777" w:rsidR="00E56632" w:rsidRDefault="00283FCF">
      <w:pPr>
        <w:spacing w:after="140" w:line="262" w:lineRule="exact"/>
      </w:pPr>
      <w:r>
        <w:rPr>
          <w:rFonts w:eastAsia="DM Sans" w:cs="DM Sans"/>
          <w:sz w:val="21"/>
        </w:rPr>
        <w:t>Continue your history in the same order. Copy this page for further entries and number them in sequence. If you do not need it, write N/A.</w:t>
      </w:r>
    </w:p>
    <w:p w14:paraId="125CC54D" w14:textId="77777777" w:rsidR="00E56632" w:rsidRDefault="00283FCF">
      <w:pPr>
        <w:pStyle w:val="Heading2"/>
        <w:shd w:val="clear" w:color="auto" w:fill="E6D2B5"/>
        <w:spacing w:before="140" w:after="120" w:line="300" w:lineRule="exact"/>
        <w:ind w:left="113" w:right="113"/>
      </w:pPr>
      <w:r>
        <w:rPr>
          <w:rFonts w:ascii="DM Sans" w:eastAsia="DM Sans" w:hAnsi="DM Sans" w:cs="DM Sans"/>
          <w:sz w:val="24"/>
        </w:rPr>
        <w:t>History entry 3</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5" w:type="dxa"/>
          <w:bottom w:w="65" w:type="dxa"/>
          <w:right w:w="105" w:type="dxa"/>
        </w:tblCellMar>
        <w:tblLook w:val="04A0" w:firstRow="1" w:lastRow="0" w:firstColumn="1" w:lastColumn="0" w:noHBand="0" w:noVBand="1"/>
      </w:tblPr>
      <w:tblGrid>
        <w:gridCol w:w="3005"/>
        <w:gridCol w:w="6860"/>
      </w:tblGrid>
      <w:tr w:rsidR="00E56632" w14:paraId="0E3689C6" w14:textId="77777777">
        <w:trPr>
          <w:cantSplit/>
          <w:trHeight w:val="454"/>
        </w:trPr>
        <w:tc>
          <w:tcPr>
            <w:tcW w:w="3005" w:type="dxa"/>
            <w:shd w:val="clear" w:color="auto" w:fill="FAF7F1"/>
            <w:vAlign w:val="center"/>
          </w:tcPr>
          <w:p w14:paraId="0C09E348" w14:textId="77777777" w:rsidR="00E56632" w:rsidRDefault="00283FCF">
            <w:pPr>
              <w:spacing w:after="0" w:line="252" w:lineRule="exact"/>
            </w:pPr>
            <w:r>
              <w:rPr>
                <w:rFonts w:eastAsia="DM Sans" w:cs="DM Sans"/>
                <w:sz w:val="21"/>
              </w:rPr>
              <w:t>From and to MM/YYYY</w:t>
            </w:r>
          </w:p>
        </w:tc>
        <w:tc>
          <w:tcPr>
            <w:tcW w:w="6860" w:type="dxa"/>
            <w:vAlign w:val="center"/>
          </w:tcPr>
          <w:p w14:paraId="7260FF7E" w14:textId="77777777" w:rsidR="00E56632" w:rsidRDefault="00E56632">
            <w:pPr>
              <w:spacing w:after="0" w:line="252" w:lineRule="exact"/>
            </w:pPr>
          </w:p>
        </w:tc>
      </w:tr>
      <w:tr w:rsidR="00E56632" w14:paraId="48899B5A" w14:textId="77777777">
        <w:trPr>
          <w:cantSplit/>
          <w:trHeight w:val="510"/>
        </w:trPr>
        <w:tc>
          <w:tcPr>
            <w:tcW w:w="3005" w:type="dxa"/>
            <w:shd w:val="clear" w:color="auto" w:fill="FAF7F1"/>
            <w:vAlign w:val="center"/>
          </w:tcPr>
          <w:p w14:paraId="5D50344A" w14:textId="77777777" w:rsidR="00E56632" w:rsidRDefault="00283FCF">
            <w:pPr>
              <w:spacing w:after="0" w:line="252" w:lineRule="exact"/>
            </w:pPr>
            <w:r>
              <w:rPr>
                <w:rFonts w:eastAsia="DM Sans" w:cs="DM Sans"/>
                <w:sz w:val="21"/>
              </w:rPr>
              <w:t>Employer or education provider and location</w:t>
            </w:r>
          </w:p>
        </w:tc>
        <w:tc>
          <w:tcPr>
            <w:tcW w:w="6860" w:type="dxa"/>
            <w:vAlign w:val="center"/>
          </w:tcPr>
          <w:p w14:paraId="68F2E009" w14:textId="77777777" w:rsidR="00E56632" w:rsidRDefault="00E56632">
            <w:pPr>
              <w:spacing w:after="0" w:line="252" w:lineRule="exact"/>
            </w:pPr>
          </w:p>
        </w:tc>
      </w:tr>
      <w:tr w:rsidR="00E56632" w14:paraId="36A97174" w14:textId="77777777">
        <w:trPr>
          <w:cantSplit/>
          <w:trHeight w:val="454"/>
        </w:trPr>
        <w:tc>
          <w:tcPr>
            <w:tcW w:w="3005" w:type="dxa"/>
            <w:shd w:val="clear" w:color="auto" w:fill="FAF7F1"/>
            <w:vAlign w:val="center"/>
          </w:tcPr>
          <w:p w14:paraId="62199C9E" w14:textId="77777777" w:rsidR="00E56632" w:rsidRDefault="00283FCF">
            <w:pPr>
              <w:spacing w:after="0" w:line="252" w:lineRule="exact"/>
            </w:pPr>
            <w:r>
              <w:rPr>
                <w:rFonts w:eastAsia="DM Sans" w:cs="DM Sans"/>
                <w:sz w:val="21"/>
              </w:rPr>
              <w:t>Role or course</w:t>
            </w:r>
          </w:p>
        </w:tc>
        <w:tc>
          <w:tcPr>
            <w:tcW w:w="6860" w:type="dxa"/>
            <w:vAlign w:val="center"/>
          </w:tcPr>
          <w:p w14:paraId="0B9A39D6" w14:textId="77777777" w:rsidR="00E56632" w:rsidRDefault="00E56632">
            <w:pPr>
              <w:spacing w:after="0" w:line="252" w:lineRule="exact"/>
            </w:pPr>
          </w:p>
        </w:tc>
      </w:tr>
      <w:tr w:rsidR="00E56632" w14:paraId="293FB6F9" w14:textId="77777777">
        <w:trPr>
          <w:cantSplit/>
          <w:trHeight w:val="1020"/>
        </w:trPr>
        <w:tc>
          <w:tcPr>
            <w:tcW w:w="3005" w:type="dxa"/>
            <w:shd w:val="clear" w:color="auto" w:fill="FAF7F1"/>
            <w:vAlign w:val="center"/>
          </w:tcPr>
          <w:p w14:paraId="1D723726" w14:textId="77777777" w:rsidR="00E56632" w:rsidRDefault="00283FCF">
            <w:pPr>
              <w:spacing w:after="0" w:line="252" w:lineRule="exact"/>
            </w:pPr>
            <w:r>
              <w:rPr>
                <w:rFonts w:eastAsia="DM Sans" w:cs="DM Sans"/>
                <w:sz w:val="21"/>
              </w:rPr>
              <w:t>Main responsibilities or activity</w:t>
            </w:r>
          </w:p>
        </w:tc>
        <w:tc>
          <w:tcPr>
            <w:tcW w:w="6860" w:type="dxa"/>
            <w:vAlign w:val="center"/>
          </w:tcPr>
          <w:p w14:paraId="41BA75A3" w14:textId="77777777" w:rsidR="00E56632" w:rsidRDefault="00E56632">
            <w:pPr>
              <w:spacing w:after="0" w:line="252" w:lineRule="exact"/>
            </w:pPr>
          </w:p>
        </w:tc>
      </w:tr>
      <w:tr w:rsidR="00E56632" w14:paraId="1449A5A5" w14:textId="77777777">
        <w:trPr>
          <w:cantSplit/>
          <w:trHeight w:val="510"/>
        </w:trPr>
        <w:tc>
          <w:tcPr>
            <w:tcW w:w="3005" w:type="dxa"/>
            <w:shd w:val="clear" w:color="auto" w:fill="FAF7F1"/>
            <w:vAlign w:val="center"/>
          </w:tcPr>
          <w:p w14:paraId="0C5B303F" w14:textId="77777777" w:rsidR="00E56632" w:rsidRDefault="00283FCF">
            <w:pPr>
              <w:spacing w:after="0" w:line="252" w:lineRule="exact"/>
            </w:pPr>
            <w:r>
              <w:rPr>
                <w:rFonts w:eastAsia="DM Sans" w:cs="DM Sans"/>
                <w:sz w:val="21"/>
              </w:rPr>
              <w:t>Reason for leaving or ending</w:t>
            </w:r>
          </w:p>
        </w:tc>
        <w:tc>
          <w:tcPr>
            <w:tcW w:w="6860" w:type="dxa"/>
            <w:vAlign w:val="center"/>
          </w:tcPr>
          <w:p w14:paraId="2156A6CC" w14:textId="77777777" w:rsidR="00E56632" w:rsidRDefault="00E56632">
            <w:pPr>
              <w:spacing w:after="0" w:line="252" w:lineRule="exact"/>
            </w:pPr>
          </w:p>
        </w:tc>
      </w:tr>
    </w:tbl>
    <w:p w14:paraId="686473FF" w14:textId="77777777" w:rsidR="00E56632" w:rsidRDefault="00283FCF">
      <w:pPr>
        <w:spacing w:line="250" w:lineRule="exact"/>
      </w:pPr>
      <w:r>
        <w:rPr>
          <w:rFonts w:eastAsia="DM Sans" w:cs="DM Sans"/>
          <w:b/>
          <w:sz w:val="20"/>
        </w:rPr>
        <w:t xml:space="preserve">Work with children  </w:t>
      </w:r>
      <w:r>
        <w:rPr>
          <w:rFonts w:eastAsia="DM Sans" w:cs="DM Sans"/>
          <w:sz w:val="20"/>
          <w:bdr w:val="single" w:sz="6" w:space="1" w:color="39352D"/>
        </w:rPr>
        <w:t xml:space="preserve">    </w:t>
      </w:r>
      <w:r>
        <w:rPr>
          <w:rFonts w:eastAsia="DM Sans" w:cs="DM Sans"/>
          <w:sz w:val="20"/>
        </w:rPr>
        <w:t xml:space="preserve">  Yes    </w:t>
      </w:r>
      <w:r>
        <w:rPr>
          <w:rFonts w:eastAsia="DM Sans" w:cs="DM Sans"/>
          <w:sz w:val="20"/>
          <w:bdr w:val="single" w:sz="6" w:space="1" w:color="39352D"/>
        </w:rPr>
        <w:t xml:space="preserve">    </w:t>
      </w:r>
      <w:r>
        <w:rPr>
          <w:rFonts w:eastAsia="DM Sans" w:cs="DM Sans"/>
          <w:sz w:val="20"/>
        </w:rPr>
        <w:t xml:space="preserve">  No   If yes, ages __________________</w:t>
      </w:r>
    </w:p>
    <w:p w14:paraId="70C2DB4B" w14:textId="77777777" w:rsidR="00E56632" w:rsidRDefault="00283FCF">
      <w:pPr>
        <w:pStyle w:val="Heading2"/>
        <w:shd w:val="clear" w:color="auto" w:fill="E6D2B5"/>
        <w:spacing w:before="140" w:after="120" w:line="300" w:lineRule="exact"/>
        <w:ind w:left="113" w:right="113"/>
      </w:pPr>
      <w:r>
        <w:rPr>
          <w:rFonts w:ascii="DM Sans" w:eastAsia="DM Sans" w:hAnsi="DM Sans" w:cs="DM Sans"/>
          <w:sz w:val="24"/>
        </w:rPr>
        <w:t>History entry 4</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5" w:type="dxa"/>
          <w:bottom w:w="65" w:type="dxa"/>
          <w:right w:w="105" w:type="dxa"/>
        </w:tblCellMar>
        <w:tblLook w:val="04A0" w:firstRow="1" w:lastRow="0" w:firstColumn="1" w:lastColumn="0" w:noHBand="0" w:noVBand="1"/>
      </w:tblPr>
      <w:tblGrid>
        <w:gridCol w:w="3005"/>
        <w:gridCol w:w="6860"/>
      </w:tblGrid>
      <w:tr w:rsidR="00E56632" w14:paraId="3C179B45" w14:textId="77777777">
        <w:trPr>
          <w:cantSplit/>
          <w:trHeight w:val="454"/>
        </w:trPr>
        <w:tc>
          <w:tcPr>
            <w:tcW w:w="3005" w:type="dxa"/>
            <w:shd w:val="clear" w:color="auto" w:fill="FAF7F1"/>
            <w:vAlign w:val="center"/>
          </w:tcPr>
          <w:p w14:paraId="7E63CE65" w14:textId="77777777" w:rsidR="00E56632" w:rsidRDefault="00283FCF">
            <w:pPr>
              <w:spacing w:after="0" w:line="252" w:lineRule="exact"/>
            </w:pPr>
            <w:r>
              <w:rPr>
                <w:rFonts w:eastAsia="DM Sans" w:cs="DM Sans"/>
                <w:sz w:val="21"/>
              </w:rPr>
              <w:t>From and to MM/YYYY</w:t>
            </w:r>
          </w:p>
        </w:tc>
        <w:tc>
          <w:tcPr>
            <w:tcW w:w="6860" w:type="dxa"/>
            <w:vAlign w:val="center"/>
          </w:tcPr>
          <w:p w14:paraId="55F1E629" w14:textId="77777777" w:rsidR="00E56632" w:rsidRDefault="00E56632">
            <w:pPr>
              <w:spacing w:after="0" w:line="252" w:lineRule="exact"/>
            </w:pPr>
          </w:p>
        </w:tc>
      </w:tr>
      <w:tr w:rsidR="00E56632" w14:paraId="375EA2AF" w14:textId="77777777">
        <w:trPr>
          <w:cantSplit/>
          <w:trHeight w:val="510"/>
        </w:trPr>
        <w:tc>
          <w:tcPr>
            <w:tcW w:w="3005" w:type="dxa"/>
            <w:shd w:val="clear" w:color="auto" w:fill="FAF7F1"/>
            <w:vAlign w:val="center"/>
          </w:tcPr>
          <w:p w14:paraId="70AC80E0" w14:textId="77777777" w:rsidR="00E56632" w:rsidRDefault="00283FCF">
            <w:pPr>
              <w:spacing w:after="0" w:line="252" w:lineRule="exact"/>
            </w:pPr>
            <w:r>
              <w:rPr>
                <w:rFonts w:eastAsia="DM Sans" w:cs="DM Sans"/>
                <w:sz w:val="21"/>
              </w:rPr>
              <w:t>Employer or education provider and location</w:t>
            </w:r>
          </w:p>
        </w:tc>
        <w:tc>
          <w:tcPr>
            <w:tcW w:w="6860" w:type="dxa"/>
            <w:vAlign w:val="center"/>
          </w:tcPr>
          <w:p w14:paraId="24D91746" w14:textId="77777777" w:rsidR="00E56632" w:rsidRDefault="00E56632">
            <w:pPr>
              <w:spacing w:after="0" w:line="252" w:lineRule="exact"/>
            </w:pPr>
          </w:p>
        </w:tc>
      </w:tr>
      <w:tr w:rsidR="00E56632" w14:paraId="632A74C5" w14:textId="77777777">
        <w:trPr>
          <w:cantSplit/>
          <w:trHeight w:val="454"/>
        </w:trPr>
        <w:tc>
          <w:tcPr>
            <w:tcW w:w="3005" w:type="dxa"/>
            <w:shd w:val="clear" w:color="auto" w:fill="FAF7F1"/>
            <w:vAlign w:val="center"/>
          </w:tcPr>
          <w:p w14:paraId="4493EDA3" w14:textId="77777777" w:rsidR="00E56632" w:rsidRDefault="00283FCF">
            <w:pPr>
              <w:spacing w:after="0" w:line="252" w:lineRule="exact"/>
            </w:pPr>
            <w:r>
              <w:rPr>
                <w:rFonts w:eastAsia="DM Sans" w:cs="DM Sans"/>
                <w:sz w:val="21"/>
              </w:rPr>
              <w:t>Role or course</w:t>
            </w:r>
          </w:p>
        </w:tc>
        <w:tc>
          <w:tcPr>
            <w:tcW w:w="6860" w:type="dxa"/>
            <w:vAlign w:val="center"/>
          </w:tcPr>
          <w:p w14:paraId="7A106CCA" w14:textId="77777777" w:rsidR="00E56632" w:rsidRDefault="00E56632">
            <w:pPr>
              <w:spacing w:after="0" w:line="252" w:lineRule="exact"/>
            </w:pPr>
          </w:p>
        </w:tc>
      </w:tr>
      <w:tr w:rsidR="00E56632" w14:paraId="1DE76102" w14:textId="77777777">
        <w:trPr>
          <w:cantSplit/>
          <w:trHeight w:val="1020"/>
        </w:trPr>
        <w:tc>
          <w:tcPr>
            <w:tcW w:w="3005" w:type="dxa"/>
            <w:shd w:val="clear" w:color="auto" w:fill="FAF7F1"/>
            <w:vAlign w:val="center"/>
          </w:tcPr>
          <w:p w14:paraId="6ECE9F47" w14:textId="77777777" w:rsidR="00E56632" w:rsidRDefault="00283FCF">
            <w:pPr>
              <w:spacing w:after="0" w:line="252" w:lineRule="exact"/>
            </w:pPr>
            <w:r>
              <w:rPr>
                <w:rFonts w:eastAsia="DM Sans" w:cs="DM Sans"/>
                <w:sz w:val="21"/>
              </w:rPr>
              <w:t>Main responsibilities or activity</w:t>
            </w:r>
          </w:p>
        </w:tc>
        <w:tc>
          <w:tcPr>
            <w:tcW w:w="6860" w:type="dxa"/>
            <w:vAlign w:val="center"/>
          </w:tcPr>
          <w:p w14:paraId="07C14E59" w14:textId="77777777" w:rsidR="00E56632" w:rsidRDefault="00E56632">
            <w:pPr>
              <w:spacing w:after="0" w:line="252" w:lineRule="exact"/>
            </w:pPr>
          </w:p>
        </w:tc>
      </w:tr>
      <w:tr w:rsidR="00E56632" w14:paraId="0EEDD5E4" w14:textId="77777777">
        <w:trPr>
          <w:cantSplit/>
          <w:trHeight w:val="510"/>
        </w:trPr>
        <w:tc>
          <w:tcPr>
            <w:tcW w:w="3005" w:type="dxa"/>
            <w:shd w:val="clear" w:color="auto" w:fill="FAF7F1"/>
            <w:vAlign w:val="center"/>
          </w:tcPr>
          <w:p w14:paraId="508157CD" w14:textId="77777777" w:rsidR="00E56632" w:rsidRDefault="00283FCF">
            <w:pPr>
              <w:spacing w:after="0" w:line="252" w:lineRule="exact"/>
            </w:pPr>
            <w:r>
              <w:rPr>
                <w:rFonts w:eastAsia="DM Sans" w:cs="DM Sans"/>
                <w:sz w:val="21"/>
              </w:rPr>
              <w:t>Reason for leaving or ending</w:t>
            </w:r>
          </w:p>
        </w:tc>
        <w:tc>
          <w:tcPr>
            <w:tcW w:w="6860" w:type="dxa"/>
            <w:vAlign w:val="center"/>
          </w:tcPr>
          <w:p w14:paraId="0D1237A8" w14:textId="77777777" w:rsidR="00E56632" w:rsidRDefault="00E56632">
            <w:pPr>
              <w:spacing w:after="0" w:line="252" w:lineRule="exact"/>
            </w:pPr>
          </w:p>
        </w:tc>
      </w:tr>
    </w:tbl>
    <w:p w14:paraId="55334599" w14:textId="77777777" w:rsidR="00E56632" w:rsidRDefault="00283FCF">
      <w:pPr>
        <w:spacing w:line="250" w:lineRule="exact"/>
      </w:pPr>
      <w:r>
        <w:rPr>
          <w:rFonts w:eastAsia="DM Sans" w:cs="DM Sans"/>
          <w:b/>
          <w:sz w:val="20"/>
        </w:rPr>
        <w:t xml:space="preserve">Work with children  </w:t>
      </w:r>
      <w:r>
        <w:rPr>
          <w:rFonts w:eastAsia="DM Sans" w:cs="DM Sans"/>
          <w:sz w:val="20"/>
          <w:bdr w:val="single" w:sz="6" w:space="1" w:color="39352D"/>
        </w:rPr>
        <w:t xml:space="preserve">    </w:t>
      </w:r>
      <w:r>
        <w:rPr>
          <w:rFonts w:eastAsia="DM Sans" w:cs="DM Sans"/>
          <w:sz w:val="20"/>
        </w:rPr>
        <w:t xml:space="preserve">  Yes    </w:t>
      </w:r>
      <w:r>
        <w:rPr>
          <w:rFonts w:eastAsia="DM Sans" w:cs="DM Sans"/>
          <w:sz w:val="20"/>
          <w:bdr w:val="single" w:sz="6" w:space="1" w:color="39352D"/>
        </w:rPr>
        <w:t xml:space="preserve">    </w:t>
      </w:r>
      <w:r>
        <w:rPr>
          <w:rFonts w:eastAsia="DM Sans" w:cs="DM Sans"/>
          <w:sz w:val="20"/>
        </w:rPr>
        <w:t xml:space="preserve">  No   If yes, ages __________________</w:t>
      </w:r>
    </w:p>
    <w:p w14:paraId="2B01DA25" w14:textId="77777777" w:rsidR="00E56632" w:rsidRDefault="00283FCF">
      <w:pPr>
        <w:pStyle w:val="Heading2"/>
        <w:shd w:val="clear" w:color="auto" w:fill="E6D2B5"/>
        <w:spacing w:before="140" w:after="120" w:line="300" w:lineRule="exact"/>
        <w:ind w:left="113" w:right="113"/>
      </w:pPr>
      <w:r>
        <w:rPr>
          <w:rFonts w:ascii="DM Sans" w:eastAsia="DM Sans" w:hAnsi="DM Sans" w:cs="DM Sans"/>
          <w:sz w:val="24"/>
        </w:rPr>
        <w:t>6 Gaps in your history</w:t>
      </w:r>
    </w:p>
    <w:p w14:paraId="011A95F0" w14:textId="77777777" w:rsidR="00E56632" w:rsidRDefault="00283FCF">
      <w:pPr>
        <w:spacing w:line="250" w:lineRule="exact"/>
      </w:pPr>
      <w:r>
        <w:rPr>
          <w:rFonts w:eastAsia="DM Sans" w:cs="DM Sans"/>
          <w:sz w:val="20"/>
        </w:rPr>
        <w:t>Account for any period not covered above. If there are no gaps, write None.</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5" w:type="dxa"/>
          <w:bottom w:w="65" w:type="dxa"/>
          <w:right w:w="105" w:type="dxa"/>
        </w:tblCellMar>
        <w:tblLook w:val="04A0" w:firstRow="1" w:lastRow="0" w:firstColumn="1" w:lastColumn="0" w:noHBand="0" w:noVBand="1"/>
      </w:tblPr>
      <w:tblGrid>
        <w:gridCol w:w="2268"/>
        <w:gridCol w:w="7597"/>
      </w:tblGrid>
      <w:tr w:rsidR="00E56632" w14:paraId="76DCD7F8" w14:textId="77777777">
        <w:trPr>
          <w:cantSplit/>
          <w:trHeight w:val="510"/>
          <w:tblHeader/>
        </w:trPr>
        <w:tc>
          <w:tcPr>
            <w:tcW w:w="2268" w:type="dxa"/>
            <w:shd w:val="clear" w:color="auto" w:fill="E6D2B5"/>
            <w:vAlign w:val="center"/>
          </w:tcPr>
          <w:p w14:paraId="73F6B927" w14:textId="77777777" w:rsidR="00E56632" w:rsidRDefault="00283FCF">
            <w:pPr>
              <w:spacing w:after="0" w:line="240" w:lineRule="exact"/>
            </w:pPr>
            <w:r>
              <w:rPr>
                <w:rFonts w:eastAsia="DM Sans" w:cs="DM Sans"/>
                <w:b/>
                <w:sz w:val="20"/>
              </w:rPr>
              <w:t>From and to MM/YYYY</w:t>
            </w:r>
          </w:p>
        </w:tc>
        <w:tc>
          <w:tcPr>
            <w:tcW w:w="7597" w:type="dxa"/>
            <w:shd w:val="clear" w:color="auto" w:fill="E6D2B5"/>
            <w:vAlign w:val="center"/>
          </w:tcPr>
          <w:p w14:paraId="5B2A0A5F" w14:textId="77777777" w:rsidR="00E56632" w:rsidRDefault="00283FCF">
            <w:pPr>
              <w:spacing w:after="0" w:line="240" w:lineRule="exact"/>
            </w:pPr>
            <w:r>
              <w:rPr>
                <w:rFonts w:eastAsia="DM Sans" w:cs="DM Sans"/>
                <w:b/>
                <w:sz w:val="20"/>
              </w:rPr>
              <w:t>Brief explanation</w:t>
            </w:r>
          </w:p>
        </w:tc>
      </w:tr>
      <w:tr w:rsidR="00E56632" w14:paraId="327D5AED" w14:textId="77777777">
        <w:trPr>
          <w:cantSplit/>
          <w:trHeight w:val="680"/>
        </w:trPr>
        <w:tc>
          <w:tcPr>
            <w:tcW w:w="2268" w:type="dxa"/>
            <w:vAlign w:val="center"/>
          </w:tcPr>
          <w:p w14:paraId="11562FCB" w14:textId="77777777" w:rsidR="00E56632" w:rsidRDefault="00E56632">
            <w:pPr>
              <w:spacing w:after="0" w:line="252" w:lineRule="exact"/>
            </w:pPr>
          </w:p>
        </w:tc>
        <w:tc>
          <w:tcPr>
            <w:tcW w:w="7597" w:type="dxa"/>
            <w:vAlign w:val="center"/>
          </w:tcPr>
          <w:p w14:paraId="32744B66" w14:textId="77777777" w:rsidR="00E56632" w:rsidRDefault="00E56632">
            <w:pPr>
              <w:spacing w:after="0" w:line="252" w:lineRule="exact"/>
            </w:pPr>
          </w:p>
        </w:tc>
      </w:tr>
      <w:tr w:rsidR="00E56632" w14:paraId="0020EA38" w14:textId="77777777">
        <w:trPr>
          <w:cantSplit/>
          <w:trHeight w:val="680"/>
        </w:trPr>
        <w:tc>
          <w:tcPr>
            <w:tcW w:w="2268" w:type="dxa"/>
            <w:vAlign w:val="center"/>
          </w:tcPr>
          <w:p w14:paraId="0E160BE5" w14:textId="77777777" w:rsidR="00E56632" w:rsidRDefault="00E56632">
            <w:pPr>
              <w:spacing w:after="0" w:line="252" w:lineRule="exact"/>
            </w:pPr>
          </w:p>
        </w:tc>
        <w:tc>
          <w:tcPr>
            <w:tcW w:w="7597" w:type="dxa"/>
            <w:vAlign w:val="center"/>
          </w:tcPr>
          <w:p w14:paraId="7ED302D7" w14:textId="77777777" w:rsidR="00E56632" w:rsidRDefault="00E56632">
            <w:pPr>
              <w:spacing w:after="0" w:line="252" w:lineRule="exact"/>
            </w:pPr>
          </w:p>
        </w:tc>
      </w:tr>
    </w:tbl>
    <w:p w14:paraId="09C6206B" w14:textId="77777777" w:rsidR="00E56632" w:rsidRDefault="00283FCF">
      <w:pPr>
        <w:pStyle w:val="Heading1"/>
        <w:pageBreakBefore/>
        <w:spacing w:before="0" w:after="140" w:line="525" w:lineRule="exact"/>
      </w:pPr>
      <w:r>
        <w:rPr>
          <w:rFonts w:ascii="Lora Medium" w:eastAsia="Lora Medium" w:hAnsi="Lora Medium" w:cs="Lora Medium"/>
          <w:b w:val="0"/>
          <w:sz w:val="42"/>
        </w:rPr>
        <w:lastRenderedPageBreak/>
        <w:t>Experience and suitability</w:t>
      </w:r>
    </w:p>
    <w:p w14:paraId="10D65396" w14:textId="77777777" w:rsidR="00E56632" w:rsidRDefault="00283FCF">
      <w:pPr>
        <w:spacing w:after="140" w:line="237" w:lineRule="exact"/>
      </w:pPr>
      <w:r>
        <w:rPr>
          <w:rFonts w:eastAsia="DM Sans" w:cs="DM Sans"/>
          <w:sz w:val="19"/>
        </w:rPr>
        <w:t>Applicant name __________________________________________</w:t>
      </w:r>
    </w:p>
    <w:p w14:paraId="09515184" w14:textId="77777777" w:rsidR="00E56632" w:rsidRDefault="00283FCF">
      <w:pPr>
        <w:spacing w:after="140" w:line="262" w:lineRule="exact"/>
      </w:pPr>
      <w:r>
        <w:rPr>
          <w:rFonts w:eastAsia="DM Sans" w:cs="DM Sans"/>
          <w:sz w:val="21"/>
        </w:rPr>
        <w:t>Give brief examples, usually two to five sentences for each answer. Use examples from work, study or volunteering. If you are new to early years, describe transferable skills. For support roles, relate your answers to the duties of the job.</w:t>
      </w:r>
    </w:p>
    <w:p w14:paraId="0FB0E9BE" w14:textId="77777777" w:rsidR="00E56632" w:rsidRDefault="00283FCF">
      <w:pPr>
        <w:pStyle w:val="Heading2"/>
        <w:shd w:val="clear" w:color="auto" w:fill="E6D2B5"/>
        <w:spacing w:before="140" w:after="120" w:line="300" w:lineRule="exact"/>
        <w:ind w:left="113" w:right="113"/>
      </w:pPr>
      <w:r>
        <w:rPr>
          <w:rFonts w:ascii="DM Sans" w:eastAsia="DM Sans" w:hAnsi="DM Sans" w:cs="DM Sans"/>
          <w:sz w:val="24"/>
        </w:rPr>
        <w:t>7 Your experience and approach</w:t>
      </w:r>
    </w:p>
    <w:p w14:paraId="1103E35F" w14:textId="77777777" w:rsidR="00E56632" w:rsidRDefault="00283FCF">
      <w:pPr>
        <w:keepNext/>
        <w:spacing w:line="262" w:lineRule="exact"/>
      </w:pPr>
      <w:r>
        <w:rPr>
          <w:rFonts w:eastAsia="DM Sans" w:cs="DM Sans"/>
          <w:b/>
          <w:sz w:val="21"/>
        </w:rPr>
        <w:t>a  How do your experience, skills and qualities meet the job description and person specification? Include experience with children under five and the ages supported, if relevant.</w:t>
      </w:r>
    </w:p>
    <w:p w14:paraId="5D367E53" w14:textId="77777777" w:rsidR="00E56632" w:rsidRDefault="00E56632">
      <w:pPr>
        <w:keepNext/>
        <w:pBdr>
          <w:bottom w:val="single" w:sz="4" w:space="0" w:color="D9D9D9"/>
          <w:between w:val="single" w:sz="4" w:space="0" w:color="D9D9D9"/>
        </w:pBdr>
        <w:spacing w:after="0" w:line="420" w:lineRule="exact"/>
      </w:pPr>
    </w:p>
    <w:p w14:paraId="0E99314D" w14:textId="77777777" w:rsidR="00E56632" w:rsidRDefault="00E56632">
      <w:pPr>
        <w:keepNext/>
        <w:pBdr>
          <w:bottom w:val="single" w:sz="4" w:space="0" w:color="D9D9D9"/>
          <w:between w:val="single" w:sz="4" w:space="0" w:color="D9D9D9"/>
        </w:pBdr>
        <w:spacing w:after="0" w:line="420" w:lineRule="exact"/>
      </w:pPr>
    </w:p>
    <w:p w14:paraId="26050B6D" w14:textId="77777777" w:rsidR="00E56632" w:rsidRDefault="00E56632">
      <w:pPr>
        <w:keepNext/>
        <w:pBdr>
          <w:bottom w:val="single" w:sz="4" w:space="0" w:color="D9D9D9"/>
          <w:between w:val="single" w:sz="4" w:space="0" w:color="D9D9D9"/>
        </w:pBdr>
        <w:spacing w:after="0" w:line="420" w:lineRule="exact"/>
      </w:pPr>
    </w:p>
    <w:p w14:paraId="2A940DC5" w14:textId="77777777" w:rsidR="00E56632" w:rsidRDefault="00E56632">
      <w:pPr>
        <w:keepNext/>
        <w:pBdr>
          <w:bottom w:val="single" w:sz="4" w:space="0" w:color="D9D9D9"/>
          <w:between w:val="single" w:sz="4" w:space="0" w:color="D9D9D9"/>
        </w:pBdr>
        <w:spacing w:after="0" w:line="420" w:lineRule="exact"/>
      </w:pPr>
    </w:p>
    <w:p w14:paraId="0CE108C0" w14:textId="77777777" w:rsidR="00E56632" w:rsidRDefault="00E56632">
      <w:pPr>
        <w:pBdr>
          <w:bottom w:val="single" w:sz="4" w:space="0" w:color="D9D9D9"/>
          <w:between w:val="single" w:sz="4" w:space="0" w:color="D9D9D9"/>
        </w:pBdr>
        <w:spacing w:after="0" w:line="420" w:lineRule="exact"/>
      </w:pPr>
    </w:p>
    <w:p w14:paraId="30195A7C" w14:textId="77777777" w:rsidR="00E56632" w:rsidRDefault="00E56632">
      <w:pPr>
        <w:spacing w:after="20" w:line="75" w:lineRule="exact"/>
      </w:pPr>
    </w:p>
    <w:p w14:paraId="57B10B61" w14:textId="77777777" w:rsidR="00E56632" w:rsidRDefault="00283FCF">
      <w:pPr>
        <w:keepNext/>
        <w:spacing w:before="140" w:line="262" w:lineRule="exact"/>
      </w:pPr>
      <w:r>
        <w:rPr>
          <w:rFonts w:eastAsia="DM Sans" w:cs="DM Sans"/>
          <w:b/>
          <w:sz w:val="21"/>
        </w:rPr>
        <w:t>b  Give an example of how you have supported a child to learn, feel included or grow in confidence. For a support role, explain how your work helps children receive good care.</w:t>
      </w:r>
    </w:p>
    <w:p w14:paraId="3E0E7B41" w14:textId="77777777" w:rsidR="00E56632" w:rsidRDefault="00E56632">
      <w:pPr>
        <w:keepNext/>
        <w:pBdr>
          <w:bottom w:val="single" w:sz="4" w:space="0" w:color="D9D9D9"/>
          <w:between w:val="single" w:sz="4" w:space="0" w:color="D9D9D9"/>
        </w:pBdr>
        <w:spacing w:after="0" w:line="420" w:lineRule="exact"/>
      </w:pPr>
    </w:p>
    <w:p w14:paraId="4C9B3F7C" w14:textId="77777777" w:rsidR="00E56632" w:rsidRDefault="00E56632">
      <w:pPr>
        <w:keepNext/>
        <w:pBdr>
          <w:bottom w:val="single" w:sz="4" w:space="0" w:color="D9D9D9"/>
          <w:between w:val="single" w:sz="4" w:space="0" w:color="D9D9D9"/>
        </w:pBdr>
        <w:spacing w:after="0" w:line="420" w:lineRule="exact"/>
      </w:pPr>
    </w:p>
    <w:p w14:paraId="7ADF4DD6" w14:textId="77777777" w:rsidR="00E56632" w:rsidRDefault="00E56632">
      <w:pPr>
        <w:keepNext/>
        <w:pBdr>
          <w:bottom w:val="single" w:sz="4" w:space="0" w:color="D9D9D9"/>
          <w:between w:val="single" w:sz="4" w:space="0" w:color="D9D9D9"/>
        </w:pBdr>
        <w:spacing w:after="0" w:line="420" w:lineRule="exact"/>
      </w:pPr>
    </w:p>
    <w:p w14:paraId="63BA0A1E" w14:textId="77777777" w:rsidR="00E56632" w:rsidRDefault="00E56632">
      <w:pPr>
        <w:keepNext/>
        <w:pBdr>
          <w:bottom w:val="single" w:sz="4" w:space="0" w:color="D9D9D9"/>
          <w:between w:val="single" w:sz="4" w:space="0" w:color="D9D9D9"/>
        </w:pBdr>
        <w:spacing w:after="0" w:line="420" w:lineRule="exact"/>
      </w:pPr>
    </w:p>
    <w:p w14:paraId="73231901" w14:textId="77777777" w:rsidR="00E56632" w:rsidRDefault="00E56632">
      <w:pPr>
        <w:pBdr>
          <w:bottom w:val="single" w:sz="4" w:space="0" w:color="D9D9D9"/>
          <w:between w:val="single" w:sz="4" w:space="0" w:color="D9D9D9"/>
        </w:pBdr>
        <w:spacing w:after="0" w:line="420" w:lineRule="exact"/>
      </w:pPr>
    </w:p>
    <w:p w14:paraId="24834216" w14:textId="77777777" w:rsidR="00E56632" w:rsidRDefault="00E56632">
      <w:pPr>
        <w:spacing w:after="20" w:line="75" w:lineRule="exact"/>
      </w:pPr>
    </w:p>
    <w:p w14:paraId="5A8B103F" w14:textId="77777777" w:rsidR="00E56632" w:rsidRDefault="00283FCF">
      <w:pPr>
        <w:keepNext/>
        <w:spacing w:before="140" w:line="262" w:lineRule="exact"/>
      </w:pPr>
      <w:r>
        <w:rPr>
          <w:rFonts w:eastAsia="DM Sans" w:cs="DM Sans"/>
          <w:b/>
          <w:sz w:val="21"/>
        </w:rPr>
        <w:t>c  What would you do if you were concerned about a child's safety or an adult's behaviour towards a child? Do not identify any child or share confidential case details.</w:t>
      </w:r>
    </w:p>
    <w:p w14:paraId="23FB1AF4" w14:textId="77777777" w:rsidR="00E56632" w:rsidRDefault="00E56632">
      <w:pPr>
        <w:keepNext/>
        <w:pBdr>
          <w:bottom w:val="single" w:sz="4" w:space="0" w:color="D9D9D9"/>
          <w:between w:val="single" w:sz="4" w:space="0" w:color="D9D9D9"/>
        </w:pBdr>
        <w:spacing w:after="0" w:line="420" w:lineRule="exact"/>
      </w:pPr>
    </w:p>
    <w:p w14:paraId="7345C2DA" w14:textId="77777777" w:rsidR="00E56632" w:rsidRDefault="00E56632">
      <w:pPr>
        <w:keepNext/>
        <w:pBdr>
          <w:bottom w:val="single" w:sz="4" w:space="0" w:color="D9D9D9"/>
          <w:between w:val="single" w:sz="4" w:space="0" w:color="D9D9D9"/>
        </w:pBdr>
        <w:spacing w:after="0" w:line="420" w:lineRule="exact"/>
      </w:pPr>
    </w:p>
    <w:p w14:paraId="56511895" w14:textId="77777777" w:rsidR="00E56632" w:rsidRDefault="00E56632">
      <w:pPr>
        <w:keepNext/>
        <w:pBdr>
          <w:bottom w:val="single" w:sz="4" w:space="0" w:color="D9D9D9"/>
          <w:between w:val="single" w:sz="4" w:space="0" w:color="D9D9D9"/>
        </w:pBdr>
        <w:spacing w:after="0" w:line="420" w:lineRule="exact"/>
      </w:pPr>
    </w:p>
    <w:p w14:paraId="002901D8" w14:textId="77777777" w:rsidR="00E56632" w:rsidRDefault="00E56632">
      <w:pPr>
        <w:pBdr>
          <w:bottom w:val="single" w:sz="4" w:space="0" w:color="D9D9D9"/>
          <w:between w:val="single" w:sz="4" w:space="0" w:color="D9D9D9"/>
        </w:pBdr>
        <w:spacing w:after="0" w:line="420" w:lineRule="exact"/>
      </w:pPr>
    </w:p>
    <w:p w14:paraId="40387CA8" w14:textId="77777777" w:rsidR="00E56632" w:rsidRDefault="00E56632">
      <w:pPr>
        <w:spacing w:after="20" w:line="75" w:lineRule="exact"/>
      </w:pPr>
    </w:p>
    <w:p w14:paraId="521313EC" w14:textId="77777777" w:rsidR="00E56632" w:rsidRDefault="00283FCF">
      <w:pPr>
        <w:keepNext/>
        <w:spacing w:before="140" w:line="262" w:lineRule="exact"/>
      </w:pPr>
      <w:r>
        <w:rPr>
          <w:rFonts w:eastAsia="DM Sans" w:cs="DM Sans"/>
          <w:b/>
          <w:sz w:val="21"/>
        </w:rPr>
        <w:t>d  Give a brief example of working well with colleagues and communicating clearly with parents or carers, or other people relevant to your role.</w:t>
      </w:r>
    </w:p>
    <w:p w14:paraId="40F01342" w14:textId="77777777" w:rsidR="00E56632" w:rsidRDefault="00E56632">
      <w:pPr>
        <w:keepNext/>
        <w:pBdr>
          <w:bottom w:val="single" w:sz="4" w:space="0" w:color="D9D9D9"/>
          <w:between w:val="single" w:sz="4" w:space="0" w:color="D9D9D9"/>
        </w:pBdr>
        <w:spacing w:after="0" w:line="420" w:lineRule="exact"/>
      </w:pPr>
    </w:p>
    <w:p w14:paraId="551FB29A" w14:textId="77777777" w:rsidR="00E56632" w:rsidRDefault="00E56632">
      <w:pPr>
        <w:keepNext/>
        <w:pBdr>
          <w:bottom w:val="single" w:sz="4" w:space="0" w:color="D9D9D9"/>
          <w:between w:val="single" w:sz="4" w:space="0" w:color="D9D9D9"/>
        </w:pBdr>
        <w:spacing w:after="0" w:line="420" w:lineRule="exact"/>
      </w:pPr>
    </w:p>
    <w:p w14:paraId="3C139FCD" w14:textId="77777777" w:rsidR="00E56632" w:rsidRDefault="00E56632">
      <w:pPr>
        <w:keepNext/>
        <w:pBdr>
          <w:bottom w:val="single" w:sz="4" w:space="0" w:color="D9D9D9"/>
          <w:between w:val="single" w:sz="4" w:space="0" w:color="D9D9D9"/>
        </w:pBdr>
        <w:spacing w:after="0" w:line="420" w:lineRule="exact"/>
      </w:pPr>
    </w:p>
    <w:p w14:paraId="57E65DDA" w14:textId="77777777" w:rsidR="00E56632" w:rsidRDefault="00E56632">
      <w:pPr>
        <w:pBdr>
          <w:bottom w:val="single" w:sz="4" w:space="0" w:color="D9D9D9"/>
          <w:between w:val="single" w:sz="4" w:space="0" w:color="D9D9D9"/>
        </w:pBdr>
        <w:spacing w:after="0" w:line="420" w:lineRule="exact"/>
      </w:pPr>
    </w:p>
    <w:p w14:paraId="3BAB60FE" w14:textId="77777777" w:rsidR="00E56632" w:rsidRDefault="00E56632">
      <w:pPr>
        <w:spacing w:after="20" w:line="75" w:lineRule="exact"/>
      </w:pPr>
    </w:p>
    <w:p w14:paraId="38B4C039" w14:textId="77777777" w:rsidR="00E56632" w:rsidRDefault="00283FCF">
      <w:pPr>
        <w:pStyle w:val="Heading1"/>
        <w:pageBreakBefore/>
        <w:spacing w:before="0" w:after="140" w:line="525" w:lineRule="exact"/>
      </w:pPr>
      <w:r>
        <w:rPr>
          <w:rFonts w:ascii="Lora Medium" w:eastAsia="Lora Medium" w:hAnsi="Lora Medium" w:cs="Lora Medium"/>
          <w:b w:val="0"/>
          <w:sz w:val="42"/>
        </w:rPr>
        <w:lastRenderedPageBreak/>
        <w:t>Additional information and support</w:t>
      </w:r>
    </w:p>
    <w:p w14:paraId="093F1D48" w14:textId="77777777" w:rsidR="00E56632" w:rsidRDefault="00283FCF">
      <w:pPr>
        <w:spacing w:after="140" w:line="237" w:lineRule="exact"/>
      </w:pPr>
      <w:r>
        <w:rPr>
          <w:rFonts w:eastAsia="DM Sans" w:cs="DM Sans"/>
          <w:sz w:val="19"/>
        </w:rPr>
        <w:t>Applicant name __________________________________________</w:t>
      </w:r>
    </w:p>
    <w:p w14:paraId="55530D13" w14:textId="77777777" w:rsidR="00E56632" w:rsidRDefault="00283FCF">
      <w:pPr>
        <w:pStyle w:val="Heading2"/>
        <w:shd w:val="clear" w:color="auto" w:fill="E6D2B5"/>
        <w:spacing w:before="140" w:after="120" w:line="300" w:lineRule="exact"/>
        <w:ind w:left="113" w:right="113"/>
      </w:pPr>
      <w:r>
        <w:rPr>
          <w:rFonts w:ascii="DM Sans" w:eastAsia="DM Sans" w:hAnsi="DM Sans" w:cs="DM Sans"/>
          <w:sz w:val="24"/>
        </w:rPr>
        <w:t>8 Senior and management applicants only</w:t>
      </w:r>
    </w:p>
    <w:p w14:paraId="6E297B66" w14:textId="77777777" w:rsidR="00E56632" w:rsidRDefault="00283FCF">
      <w:pPr>
        <w:keepNext/>
        <w:spacing w:line="262" w:lineRule="exact"/>
      </w:pPr>
      <w:r>
        <w:rPr>
          <w:rFonts w:eastAsia="DM Sans" w:cs="DM Sans"/>
          <w:sz w:val="21"/>
        </w:rPr>
        <w:t>For room leader, deputy or manager roles only: give one brief example of supporting colleagues, improving practice or leading a team. Other applicants can leave this section blank.</w:t>
      </w:r>
    </w:p>
    <w:p w14:paraId="486FEEAA" w14:textId="77777777" w:rsidR="00E56632" w:rsidRDefault="00E56632">
      <w:pPr>
        <w:keepNext/>
        <w:pBdr>
          <w:bottom w:val="single" w:sz="4" w:space="0" w:color="D9D9D9"/>
          <w:between w:val="single" w:sz="4" w:space="0" w:color="D9D9D9"/>
        </w:pBdr>
        <w:spacing w:after="0" w:line="420" w:lineRule="exact"/>
      </w:pPr>
    </w:p>
    <w:p w14:paraId="0923DE48" w14:textId="77777777" w:rsidR="00E56632" w:rsidRDefault="00E56632">
      <w:pPr>
        <w:keepNext/>
        <w:pBdr>
          <w:bottom w:val="single" w:sz="4" w:space="0" w:color="D9D9D9"/>
          <w:between w:val="single" w:sz="4" w:space="0" w:color="D9D9D9"/>
        </w:pBdr>
        <w:spacing w:after="0" w:line="420" w:lineRule="exact"/>
      </w:pPr>
    </w:p>
    <w:p w14:paraId="4013208F" w14:textId="77777777" w:rsidR="00E56632" w:rsidRDefault="00E56632">
      <w:pPr>
        <w:keepNext/>
        <w:pBdr>
          <w:bottom w:val="single" w:sz="4" w:space="0" w:color="D9D9D9"/>
          <w:between w:val="single" w:sz="4" w:space="0" w:color="D9D9D9"/>
        </w:pBdr>
        <w:spacing w:after="0" w:line="420" w:lineRule="exact"/>
      </w:pPr>
    </w:p>
    <w:p w14:paraId="38D4F4D4" w14:textId="77777777" w:rsidR="00E56632" w:rsidRDefault="00E56632">
      <w:pPr>
        <w:keepNext/>
        <w:pBdr>
          <w:bottom w:val="single" w:sz="4" w:space="0" w:color="D9D9D9"/>
          <w:between w:val="single" w:sz="4" w:space="0" w:color="D9D9D9"/>
        </w:pBdr>
        <w:spacing w:after="0" w:line="420" w:lineRule="exact"/>
      </w:pPr>
    </w:p>
    <w:p w14:paraId="5CC12B8D" w14:textId="77777777" w:rsidR="00E56632" w:rsidRDefault="00E56632">
      <w:pPr>
        <w:pBdr>
          <w:bottom w:val="single" w:sz="4" w:space="0" w:color="D9D9D9"/>
          <w:between w:val="single" w:sz="4" w:space="0" w:color="D9D9D9"/>
        </w:pBdr>
        <w:spacing w:after="0" w:line="420" w:lineRule="exact"/>
      </w:pPr>
    </w:p>
    <w:p w14:paraId="79B0A573" w14:textId="77777777" w:rsidR="00E56632" w:rsidRDefault="00E56632">
      <w:pPr>
        <w:spacing w:after="20" w:line="75" w:lineRule="exact"/>
      </w:pPr>
    </w:p>
    <w:p w14:paraId="08C815D5" w14:textId="77777777" w:rsidR="00E56632" w:rsidRDefault="00283FCF">
      <w:pPr>
        <w:pStyle w:val="Heading2"/>
        <w:shd w:val="clear" w:color="auto" w:fill="E6D2B5"/>
        <w:spacing w:before="140" w:after="120" w:line="300" w:lineRule="exact"/>
        <w:ind w:left="113" w:right="113"/>
      </w:pPr>
      <w:r>
        <w:rPr>
          <w:rFonts w:ascii="DM Sans" w:eastAsia="DM Sans" w:hAnsi="DM Sans" w:cs="DM Sans"/>
          <w:sz w:val="24"/>
        </w:rPr>
        <w:t>9 Continuation space</w:t>
      </w:r>
    </w:p>
    <w:p w14:paraId="7EFA32F7" w14:textId="77777777" w:rsidR="00E56632" w:rsidRDefault="00283FCF">
      <w:pPr>
        <w:keepNext/>
        <w:spacing w:line="262" w:lineRule="exact"/>
      </w:pPr>
      <w:r>
        <w:rPr>
          <w:rFonts w:eastAsia="DM Sans" w:cs="DM Sans"/>
          <w:sz w:val="21"/>
        </w:rPr>
        <w:t>Use this space to continue an earlier answer or add relevant qualifications or training. State the section or question. Copy this page or attach further sheets if needed.</w:t>
      </w:r>
    </w:p>
    <w:p w14:paraId="5F821C79" w14:textId="77777777" w:rsidR="00E56632" w:rsidRDefault="00E56632">
      <w:pPr>
        <w:keepNext/>
        <w:pBdr>
          <w:bottom w:val="single" w:sz="4" w:space="0" w:color="D9D9D9"/>
          <w:between w:val="single" w:sz="4" w:space="0" w:color="D9D9D9"/>
        </w:pBdr>
        <w:spacing w:after="0" w:line="420" w:lineRule="exact"/>
      </w:pPr>
    </w:p>
    <w:p w14:paraId="1D8B39C8" w14:textId="77777777" w:rsidR="00E56632" w:rsidRDefault="00E56632">
      <w:pPr>
        <w:keepNext/>
        <w:pBdr>
          <w:bottom w:val="single" w:sz="4" w:space="0" w:color="D9D9D9"/>
          <w:between w:val="single" w:sz="4" w:space="0" w:color="D9D9D9"/>
        </w:pBdr>
        <w:spacing w:after="0" w:line="420" w:lineRule="exact"/>
      </w:pPr>
    </w:p>
    <w:p w14:paraId="01346FBF" w14:textId="77777777" w:rsidR="00E56632" w:rsidRDefault="00E56632">
      <w:pPr>
        <w:keepNext/>
        <w:pBdr>
          <w:bottom w:val="single" w:sz="4" w:space="0" w:color="D9D9D9"/>
          <w:between w:val="single" w:sz="4" w:space="0" w:color="D9D9D9"/>
        </w:pBdr>
        <w:spacing w:after="0" w:line="420" w:lineRule="exact"/>
      </w:pPr>
    </w:p>
    <w:p w14:paraId="53AFADCE" w14:textId="77777777" w:rsidR="00E56632" w:rsidRDefault="00E56632">
      <w:pPr>
        <w:keepNext/>
        <w:pBdr>
          <w:bottom w:val="single" w:sz="4" w:space="0" w:color="D9D9D9"/>
          <w:between w:val="single" w:sz="4" w:space="0" w:color="D9D9D9"/>
        </w:pBdr>
        <w:spacing w:after="0" w:line="420" w:lineRule="exact"/>
      </w:pPr>
    </w:p>
    <w:p w14:paraId="15AB9341" w14:textId="77777777" w:rsidR="00E56632" w:rsidRDefault="00E56632">
      <w:pPr>
        <w:keepNext/>
        <w:pBdr>
          <w:bottom w:val="single" w:sz="4" w:space="0" w:color="D9D9D9"/>
          <w:between w:val="single" w:sz="4" w:space="0" w:color="D9D9D9"/>
        </w:pBdr>
        <w:spacing w:after="0" w:line="420" w:lineRule="exact"/>
      </w:pPr>
    </w:p>
    <w:p w14:paraId="723CD444" w14:textId="77777777" w:rsidR="00E56632" w:rsidRDefault="00E56632">
      <w:pPr>
        <w:keepNext/>
        <w:pBdr>
          <w:bottom w:val="single" w:sz="4" w:space="0" w:color="D9D9D9"/>
          <w:between w:val="single" w:sz="4" w:space="0" w:color="D9D9D9"/>
        </w:pBdr>
        <w:spacing w:after="0" w:line="420" w:lineRule="exact"/>
      </w:pPr>
    </w:p>
    <w:p w14:paraId="22A822A0" w14:textId="77777777" w:rsidR="00E56632" w:rsidRDefault="00E56632">
      <w:pPr>
        <w:keepNext/>
        <w:pBdr>
          <w:bottom w:val="single" w:sz="4" w:space="0" w:color="D9D9D9"/>
          <w:between w:val="single" w:sz="4" w:space="0" w:color="D9D9D9"/>
        </w:pBdr>
        <w:spacing w:after="0" w:line="420" w:lineRule="exact"/>
      </w:pPr>
    </w:p>
    <w:p w14:paraId="27451996" w14:textId="77777777" w:rsidR="00E56632" w:rsidRDefault="00E56632">
      <w:pPr>
        <w:keepNext/>
        <w:pBdr>
          <w:bottom w:val="single" w:sz="4" w:space="0" w:color="D9D9D9"/>
          <w:between w:val="single" w:sz="4" w:space="0" w:color="D9D9D9"/>
        </w:pBdr>
        <w:spacing w:after="0" w:line="420" w:lineRule="exact"/>
      </w:pPr>
    </w:p>
    <w:p w14:paraId="20F35195" w14:textId="77777777" w:rsidR="00E56632" w:rsidRDefault="00E56632">
      <w:pPr>
        <w:pBdr>
          <w:bottom w:val="single" w:sz="4" w:space="0" w:color="D9D9D9"/>
          <w:between w:val="single" w:sz="4" w:space="0" w:color="D9D9D9"/>
        </w:pBdr>
        <w:spacing w:after="0" w:line="420" w:lineRule="exact"/>
      </w:pPr>
    </w:p>
    <w:p w14:paraId="318D7C8C" w14:textId="77777777" w:rsidR="00E56632" w:rsidRDefault="00E56632">
      <w:pPr>
        <w:spacing w:after="20" w:line="75" w:lineRule="exact"/>
      </w:pPr>
    </w:p>
    <w:p w14:paraId="1BEFE246" w14:textId="77777777" w:rsidR="00E56632" w:rsidRDefault="00283FCF">
      <w:pPr>
        <w:pStyle w:val="Heading2"/>
        <w:shd w:val="clear" w:color="auto" w:fill="E6D2B5"/>
        <w:spacing w:before="140" w:after="120" w:line="300" w:lineRule="exact"/>
        <w:ind w:left="113" w:right="113"/>
      </w:pPr>
      <w:r>
        <w:rPr>
          <w:rFonts w:ascii="DM Sans" w:eastAsia="DM Sans" w:hAnsi="DM Sans" w:cs="DM Sans"/>
          <w:sz w:val="24"/>
        </w:rPr>
        <w:t>10 Recruitment adjustments optional</w:t>
      </w:r>
    </w:p>
    <w:p w14:paraId="5CC861FB" w14:textId="77777777" w:rsidR="00E56632" w:rsidRDefault="00283FCF">
      <w:pPr>
        <w:keepNext/>
        <w:spacing w:line="262" w:lineRule="exact"/>
      </w:pPr>
      <w:r>
        <w:rPr>
          <w:rFonts w:eastAsia="DM Sans" w:cs="DM Sans"/>
          <w:sz w:val="21"/>
        </w:rPr>
        <w:t>Do you need any reasonable adjustments to complete this application or take part in an interview or assessment? Describe the support you need. You do not need to give a diagnosis. You may discuss this with the Nursery Manager instead.</w:t>
      </w:r>
    </w:p>
    <w:p w14:paraId="0E63D020" w14:textId="77777777" w:rsidR="00E56632" w:rsidRDefault="00E56632">
      <w:pPr>
        <w:keepNext/>
        <w:pBdr>
          <w:bottom w:val="single" w:sz="4" w:space="0" w:color="D9D9D9"/>
          <w:between w:val="single" w:sz="4" w:space="0" w:color="D9D9D9"/>
        </w:pBdr>
        <w:spacing w:after="0" w:line="420" w:lineRule="exact"/>
      </w:pPr>
    </w:p>
    <w:p w14:paraId="26340B5B" w14:textId="77777777" w:rsidR="00E56632" w:rsidRDefault="00E56632">
      <w:pPr>
        <w:keepNext/>
        <w:pBdr>
          <w:bottom w:val="single" w:sz="4" w:space="0" w:color="D9D9D9"/>
          <w:between w:val="single" w:sz="4" w:space="0" w:color="D9D9D9"/>
        </w:pBdr>
        <w:spacing w:after="0" w:line="420" w:lineRule="exact"/>
      </w:pPr>
    </w:p>
    <w:p w14:paraId="35A47096" w14:textId="77777777" w:rsidR="00E56632" w:rsidRDefault="00E56632">
      <w:pPr>
        <w:pBdr>
          <w:bottom w:val="single" w:sz="4" w:space="0" w:color="D9D9D9"/>
          <w:between w:val="single" w:sz="4" w:space="0" w:color="D9D9D9"/>
        </w:pBdr>
        <w:spacing w:after="0" w:line="420" w:lineRule="exact"/>
      </w:pPr>
    </w:p>
    <w:p w14:paraId="007FEBC2" w14:textId="77777777" w:rsidR="00E56632" w:rsidRDefault="00E56632">
      <w:pPr>
        <w:spacing w:after="20" w:line="75" w:lineRule="exact"/>
      </w:pPr>
    </w:p>
    <w:p w14:paraId="46842CF8" w14:textId="77777777" w:rsidR="00E56632" w:rsidRDefault="00283FCF">
      <w:pPr>
        <w:pStyle w:val="Heading1"/>
        <w:pageBreakBefore/>
        <w:spacing w:before="0" w:after="140" w:line="525" w:lineRule="exact"/>
      </w:pPr>
      <w:r>
        <w:rPr>
          <w:rFonts w:ascii="Lora Medium" w:eastAsia="Lora Medium" w:hAnsi="Lora Medium" w:cs="Lora Medium"/>
          <w:b w:val="0"/>
          <w:sz w:val="42"/>
        </w:rPr>
        <w:lastRenderedPageBreak/>
        <w:t>References</w:t>
      </w:r>
    </w:p>
    <w:p w14:paraId="57BE087A" w14:textId="77777777" w:rsidR="00E56632" w:rsidRDefault="00283FCF">
      <w:pPr>
        <w:spacing w:after="140" w:line="237" w:lineRule="exact"/>
      </w:pPr>
      <w:r>
        <w:rPr>
          <w:rFonts w:eastAsia="DM Sans" w:cs="DM Sans"/>
          <w:sz w:val="19"/>
        </w:rPr>
        <w:t>Applicant name __________________________________________</w:t>
      </w:r>
    </w:p>
    <w:p w14:paraId="30580238" w14:textId="77777777" w:rsidR="00E56632" w:rsidRDefault="00283FCF">
      <w:pPr>
        <w:spacing w:after="140" w:line="262" w:lineRule="exact"/>
      </w:pPr>
      <w:r>
        <w:rPr>
          <w:rFonts w:eastAsia="DM Sans" w:cs="DM Sans"/>
          <w:sz w:val="21"/>
        </w:rPr>
        <w:t>Give two professional referees. Include your current employer, or most recent relevant employer if not employed, and your last employer working with children if different. If never employed, use an education or training referee.</w:t>
      </w:r>
    </w:p>
    <w:p w14:paraId="3B59E647" w14:textId="77777777" w:rsidR="00E56632" w:rsidRDefault="00283FCF">
      <w:pPr>
        <w:spacing w:line="262" w:lineRule="exact"/>
      </w:pPr>
      <w:r>
        <w:rPr>
          <w:rFonts w:eastAsia="DM Sans" w:cs="DM Sans"/>
          <w:sz w:val="21"/>
        </w:rPr>
        <w:t>Choose an authorised senior person, not a family member. Add any further required referee on a copy of this page. We obtain references directly. Tick Please discuss timing for current-employer contact; required references must be checked before an appointment is confirmed.</w:t>
      </w:r>
    </w:p>
    <w:p w14:paraId="02E3F3A9" w14:textId="77777777" w:rsidR="00E56632" w:rsidRDefault="00283FCF">
      <w:pPr>
        <w:pStyle w:val="Heading2"/>
        <w:shd w:val="clear" w:color="auto" w:fill="E6D2B5"/>
        <w:spacing w:before="140" w:after="120" w:line="300" w:lineRule="exact"/>
        <w:ind w:left="113" w:right="113"/>
      </w:pPr>
      <w:r>
        <w:rPr>
          <w:rFonts w:ascii="DM Sans" w:eastAsia="DM Sans" w:hAnsi="DM Sans" w:cs="DM Sans"/>
          <w:sz w:val="24"/>
        </w:rPr>
        <w:t>11 Referee 1</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5" w:type="dxa"/>
          <w:bottom w:w="65" w:type="dxa"/>
          <w:right w:w="105" w:type="dxa"/>
        </w:tblCellMar>
        <w:tblLook w:val="04A0" w:firstRow="1" w:lastRow="0" w:firstColumn="1" w:lastColumn="0" w:noHBand="0" w:noVBand="1"/>
      </w:tblPr>
      <w:tblGrid>
        <w:gridCol w:w="2835"/>
        <w:gridCol w:w="7030"/>
      </w:tblGrid>
      <w:tr w:rsidR="00E56632" w14:paraId="1CD9DBE2" w14:textId="77777777">
        <w:trPr>
          <w:cantSplit/>
          <w:trHeight w:val="454"/>
        </w:trPr>
        <w:tc>
          <w:tcPr>
            <w:tcW w:w="2835" w:type="dxa"/>
            <w:shd w:val="clear" w:color="auto" w:fill="FAF7F1"/>
            <w:vAlign w:val="center"/>
          </w:tcPr>
          <w:p w14:paraId="7E0740E7" w14:textId="77777777" w:rsidR="00E56632" w:rsidRDefault="00283FCF">
            <w:pPr>
              <w:spacing w:after="0" w:line="252" w:lineRule="exact"/>
            </w:pPr>
            <w:r>
              <w:rPr>
                <w:rFonts w:eastAsia="DM Sans" w:cs="DM Sans"/>
                <w:sz w:val="21"/>
              </w:rPr>
              <w:t>Full name and position</w:t>
            </w:r>
          </w:p>
        </w:tc>
        <w:tc>
          <w:tcPr>
            <w:tcW w:w="7030" w:type="dxa"/>
            <w:vAlign w:val="center"/>
          </w:tcPr>
          <w:p w14:paraId="7751EC0E" w14:textId="77777777" w:rsidR="00E56632" w:rsidRDefault="00E56632">
            <w:pPr>
              <w:spacing w:after="0" w:line="252" w:lineRule="exact"/>
            </w:pPr>
          </w:p>
        </w:tc>
      </w:tr>
      <w:tr w:rsidR="00E56632" w14:paraId="699031ED" w14:textId="77777777">
        <w:trPr>
          <w:cantSplit/>
          <w:trHeight w:val="454"/>
        </w:trPr>
        <w:tc>
          <w:tcPr>
            <w:tcW w:w="2835" w:type="dxa"/>
            <w:shd w:val="clear" w:color="auto" w:fill="FAF7F1"/>
            <w:vAlign w:val="center"/>
          </w:tcPr>
          <w:p w14:paraId="6CD53E3F" w14:textId="77777777" w:rsidR="00E56632" w:rsidRDefault="00283FCF">
            <w:pPr>
              <w:spacing w:after="0" w:line="252" w:lineRule="exact"/>
            </w:pPr>
            <w:r>
              <w:rPr>
                <w:rFonts w:eastAsia="DM Sans" w:cs="DM Sans"/>
                <w:sz w:val="21"/>
              </w:rPr>
              <w:t>Organisation</w:t>
            </w:r>
          </w:p>
        </w:tc>
        <w:tc>
          <w:tcPr>
            <w:tcW w:w="7030" w:type="dxa"/>
            <w:vAlign w:val="center"/>
          </w:tcPr>
          <w:p w14:paraId="4BC1EC39" w14:textId="77777777" w:rsidR="00E56632" w:rsidRDefault="00E56632">
            <w:pPr>
              <w:spacing w:after="0" w:line="252" w:lineRule="exact"/>
            </w:pPr>
          </w:p>
        </w:tc>
      </w:tr>
      <w:tr w:rsidR="00E56632" w14:paraId="5FF7ED60" w14:textId="77777777">
        <w:trPr>
          <w:cantSplit/>
          <w:trHeight w:val="624"/>
        </w:trPr>
        <w:tc>
          <w:tcPr>
            <w:tcW w:w="2835" w:type="dxa"/>
            <w:shd w:val="clear" w:color="auto" w:fill="FAF7F1"/>
            <w:vAlign w:val="center"/>
          </w:tcPr>
          <w:p w14:paraId="5BD84E87" w14:textId="77777777" w:rsidR="00E56632" w:rsidRDefault="00283FCF">
            <w:pPr>
              <w:spacing w:after="0" w:line="252" w:lineRule="exact"/>
            </w:pPr>
            <w:r>
              <w:rPr>
                <w:rFonts w:eastAsia="DM Sans" w:cs="DM Sans"/>
                <w:sz w:val="21"/>
              </w:rPr>
              <w:t>Business address and postcode</w:t>
            </w:r>
          </w:p>
        </w:tc>
        <w:tc>
          <w:tcPr>
            <w:tcW w:w="7030" w:type="dxa"/>
            <w:vAlign w:val="center"/>
          </w:tcPr>
          <w:p w14:paraId="14496D6F" w14:textId="77777777" w:rsidR="00E56632" w:rsidRDefault="00E56632">
            <w:pPr>
              <w:spacing w:after="0" w:line="252" w:lineRule="exact"/>
            </w:pPr>
          </w:p>
        </w:tc>
      </w:tr>
      <w:tr w:rsidR="00E56632" w14:paraId="18E219C1" w14:textId="77777777">
        <w:trPr>
          <w:cantSplit/>
          <w:trHeight w:val="454"/>
        </w:trPr>
        <w:tc>
          <w:tcPr>
            <w:tcW w:w="2835" w:type="dxa"/>
            <w:shd w:val="clear" w:color="auto" w:fill="FAF7F1"/>
            <w:vAlign w:val="center"/>
          </w:tcPr>
          <w:p w14:paraId="455A629A" w14:textId="77777777" w:rsidR="00E56632" w:rsidRDefault="00283FCF">
            <w:pPr>
              <w:spacing w:after="0" w:line="252" w:lineRule="exact"/>
            </w:pPr>
            <w:r>
              <w:rPr>
                <w:rFonts w:eastAsia="DM Sans" w:cs="DM Sans"/>
                <w:sz w:val="21"/>
              </w:rPr>
              <w:t>Professional relationship</w:t>
            </w:r>
          </w:p>
        </w:tc>
        <w:tc>
          <w:tcPr>
            <w:tcW w:w="7030" w:type="dxa"/>
            <w:vAlign w:val="center"/>
          </w:tcPr>
          <w:p w14:paraId="378588E9" w14:textId="77777777" w:rsidR="00E56632" w:rsidRDefault="00E56632">
            <w:pPr>
              <w:spacing w:after="0" w:line="252" w:lineRule="exact"/>
            </w:pPr>
          </w:p>
        </w:tc>
      </w:tr>
      <w:tr w:rsidR="00E56632" w14:paraId="4706A755" w14:textId="77777777">
        <w:trPr>
          <w:cantSplit/>
          <w:trHeight w:val="454"/>
        </w:trPr>
        <w:tc>
          <w:tcPr>
            <w:tcW w:w="2835" w:type="dxa"/>
            <w:shd w:val="clear" w:color="auto" w:fill="FAF7F1"/>
            <w:vAlign w:val="center"/>
          </w:tcPr>
          <w:p w14:paraId="3502C30D" w14:textId="77777777" w:rsidR="00E56632" w:rsidRDefault="00283FCF">
            <w:pPr>
              <w:spacing w:after="0" w:line="252" w:lineRule="exact"/>
            </w:pPr>
            <w:r>
              <w:rPr>
                <w:rFonts w:eastAsia="DM Sans" w:cs="DM Sans"/>
                <w:sz w:val="21"/>
              </w:rPr>
              <w:t>Period worked with or known</w:t>
            </w:r>
          </w:p>
        </w:tc>
        <w:tc>
          <w:tcPr>
            <w:tcW w:w="7030" w:type="dxa"/>
            <w:vAlign w:val="center"/>
          </w:tcPr>
          <w:p w14:paraId="46019D91" w14:textId="77777777" w:rsidR="00E56632" w:rsidRDefault="00E56632">
            <w:pPr>
              <w:spacing w:after="0" w:line="252" w:lineRule="exact"/>
            </w:pPr>
          </w:p>
        </w:tc>
      </w:tr>
      <w:tr w:rsidR="00E56632" w14:paraId="183679BE" w14:textId="77777777">
        <w:trPr>
          <w:cantSplit/>
          <w:trHeight w:val="454"/>
        </w:trPr>
        <w:tc>
          <w:tcPr>
            <w:tcW w:w="2835" w:type="dxa"/>
            <w:shd w:val="clear" w:color="auto" w:fill="FAF7F1"/>
            <w:vAlign w:val="center"/>
          </w:tcPr>
          <w:p w14:paraId="654E31AE" w14:textId="77777777" w:rsidR="00E56632" w:rsidRDefault="00283FCF">
            <w:pPr>
              <w:spacing w:after="0" w:line="252" w:lineRule="exact"/>
            </w:pPr>
            <w:r>
              <w:rPr>
                <w:rFonts w:eastAsia="DM Sans" w:cs="DM Sans"/>
                <w:sz w:val="21"/>
              </w:rPr>
              <w:t>Work email if available</w:t>
            </w:r>
          </w:p>
        </w:tc>
        <w:tc>
          <w:tcPr>
            <w:tcW w:w="7030" w:type="dxa"/>
            <w:vAlign w:val="center"/>
          </w:tcPr>
          <w:p w14:paraId="03D4DD32" w14:textId="77777777" w:rsidR="00E56632" w:rsidRDefault="00E56632">
            <w:pPr>
              <w:spacing w:after="0" w:line="252" w:lineRule="exact"/>
            </w:pPr>
          </w:p>
        </w:tc>
      </w:tr>
      <w:tr w:rsidR="00E56632" w14:paraId="7CA5FE71" w14:textId="77777777">
        <w:trPr>
          <w:cantSplit/>
          <w:trHeight w:val="454"/>
        </w:trPr>
        <w:tc>
          <w:tcPr>
            <w:tcW w:w="2835" w:type="dxa"/>
            <w:shd w:val="clear" w:color="auto" w:fill="FAF7F1"/>
            <w:vAlign w:val="center"/>
          </w:tcPr>
          <w:p w14:paraId="7CE938CC" w14:textId="77777777" w:rsidR="00E56632" w:rsidRDefault="00283FCF">
            <w:pPr>
              <w:spacing w:after="0" w:line="252" w:lineRule="exact"/>
            </w:pPr>
            <w:r>
              <w:rPr>
                <w:rFonts w:eastAsia="DM Sans" w:cs="DM Sans"/>
                <w:sz w:val="21"/>
              </w:rPr>
              <w:t>Telephone</w:t>
            </w:r>
          </w:p>
        </w:tc>
        <w:tc>
          <w:tcPr>
            <w:tcW w:w="7030" w:type="dxa"/>
            <w:vAlign w:val="center"/>
          </w:tcPr>
          <w:p w14:paraId="1A34F4F4" w14:textId="77777777" w:rsidR="00E56632" w:rsidRDefault="00E56632">
            <w:pPr>
              <w:spacing w:after="0" w:line="252" w:lineRule="exact"/>
            </w:pPr>
          </w:p>
        </w:tc>
      </w:tr>
    </w:tbl>
    <w:p w14:paraId="071F3209" w14:textId="77777777" w:rsidR="00E56632" w:rsidRDefault="00283FCF">
      <w:pPr>
        <w:spacing w:after="140" w:line="250" w:lineRule="exact"/>
      </w:pPr>
      <w:r>
        <w:rPr>
          <w:rFonts w:eastAsia="DM Sans" w:cs="DM Sans"/>
          <w:b/>
          <w:sz w:val="20"/>
        </w:rPr>
        <w:t xml:space="preserve">May we contact now  </w:t>
      </w:r>
      <w:r>
        <w:rPr>
          <w:rFonts w:eastAsia="DM Sans" w:cs="DM Sans"/>
          <w:sz w:val="20"/>
          <w:bdr w:val="single" w:sz="6" w:space="1" w:color="39352D"/>
        </w:rPr>
        <w:t xml:space="preserve">    </w:t>
      </w:r>
      <w:r>
        <w:rPr>
          <w:rFonts w:eastAsia="DM Sans" w:cs="DM Sans"/>
          <w:sz w:val="20"/>
        </w:rPr>
        <w:t xml:space="preserve">  Yes    </w:t>
      </w:r>
      <w:r>
        <w:rPr>
          <w:rFonts w:eastAsia="DM Sans" w:cs="DM Sans"/>
          <w:sz w:val="20"/>
          <w:bdr w:val="single" w:sz="6" w:space="1" w:color="39352D"/>
        </w:rPr>
        <w:t xml:space="preserve">    </w:t>
      </w:r>
      <w:r>
        <w:rPr>
          <w:rFonts w:eastAsia="DM Sans" w:cs="DM Sans"/>
          <w:sz w:val="20"/>
        </w:rPr>
        <w:t xml:space="preserve">  Please discuss timing</w:t>
      </w:r>
    </w:p>
    <w:p w14:paraId="52CF35D8" w14:textId="77777777" w:rsidR="00E56632" w:rsidRDefault="00283FCF">
      <w:pPr>
        <w:pStyle w:val="Heading2"/>
        <w:shd w:val="clear" w:color="auto" w:fill="E6D2B5"/>
        <w:spacing w:before="140" w:after="120" w:line="300" w:lineRule="exact"/>
        <w:ind w:left="113" w:right="113"/>
      </w:pPr>
      <w:r>
        <w:rPr>
          <w:rFonts w:ascii="DM Sans" w:eastAsia="DM Sans" w:hAnsi="DM Sans" w:cs="DM Sans"/>
          <w:sz w:val="24"/>
        </w:rPr>
        <w:t>Referee 2</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5" w:type="dxa"/>
          <w:bottom w:w="65" w:type="dxa"/>
          <w:right w:w="105" w:type="dxa"/>
        </w:tblCellMar>
        <w:tblLook w:val="04A0" w:firstRow="1" w:lastRow="0" w:firstColumn="1" w:lastColumn="0" w:noHBand="0" w:noVBand="1"/>
      </w:tblPr>
      <w:tblGrid>
        <w:gridCol w:w="2835"/>
        <w:gridCol w:w="7030"/>
      </w:tblGrid>
      <w:tr w:rsidR="00E56632" w14:paraId="42D7C2F9" w14:textId="77777777">
        <w:trPr>
          <w:cantSplit/>
          <w:trHeight w:val="454"/>
        </w:trPr>
        <w:tc>
          <w:tcPr>
            <w:tcW w:w="2835" w:type="dxa"/>
            <w:shd w:val="clear" w:color="auto" w:fill="FAF7F1"/>
            <w:vAlign w:val="center"/>
          </w:tcPr>
          <w:p w14:paraId="7251909C" w14:textId="77777777" w:rsidR="00E56632" w:rsidRDefault="00283FCF">
            <w:pPr>
              <w:spacing w:after="0" w:line="252" w:lineRule="exact"/>
            </w:pPr>
            <w:r>
              <w:rPr>
                <w:rFonts w:eastAsia="DM Sans" w:cs="DM Sans"/>
                <w:sz w:val="21"/>
              </w:rPr>
              <w:t>Full name and position</w:t>
            </w:r>
          </w:p>
        </w:tc>
        <w:tc>
          <w:tcPr>
            <w:tcW w:w="7030" w:type="dxa"/>
            <w:vAlign w:val="center"/>
          </w:tcPr>
          <w:p w14:paraId="3E259527" w14:textId="77777777" w:rsidR="00E56632" w:rsidRDefault="00E56632">
            <w:pPr>
              <w:spacing w:after="0" w:line="252" w:lineRule="exact"/>
            </w:pPr>
          </w:p>
        </w:tc>
      </w:tr>
      <w:tr w:rsidR="00E56632" w14:paraId="0218DF40" w14:textId="77777777">
        <w:trPr>
          <w:cantSplit/>
          <w:trHeight w:val="454"/>
        </w:trPr>
        <w:tc>
          <w:tcPr>
            <w:tcW w:w="2835" w:type="dxa"/>
            <w:shd w:val="clear" w:color="auto" w:fill="FAF7F1"/>
            <w:vAlign w:val="center"/>
          </w:tcPr>
          <w:p w14:paraId="6A5FA112" w14:textId="77777777" w:rsidR="00E56632" w:rsidRDefault="00283FCF">
            <w:pPr>
              <w:spacing w:after="0" w:line="252" w:lineRule="exact"/>
            </w:pPr>
            <w:r>
              <w:rPr>
                <w:rFonts w:eastAsia="DM Sans" w:cs="DM Sans"/>
                <w:sz w:val="21"/>
              </w:rPr>
              <w:t>Organisation</w:t>
            </w:r>
          </w:p>
        </w:tc>
        <w:tc>
          <w:tcPr>
            <w:tcW w:w="7030" w:type="dxa"/>
            <w:vAlign w:val="center"/>
          </w:tcPr>
          <w:p w14:paraId="71B32ED7" w14:textId="77777777" w:rsidR="00E56632" w:rsidRDefault="00E56632">
            <w:pPr>
              <w:spacing w:after="0" w:line="252" w:lineRule="exact"/>
            </w:pPr>
          </w:p>
        </w:tc>
      </w:tr>
      <w:tr w:rsidR="00E56632" w14:paraId="3F968D2C" w14:textId="77777777">
        <w:trPr>
          <w:cantSplit/>
          <w:trHeight w:val="624"/>
        </w:trPr>
        <w:tc>
          <w:tcPr>
            <w:tcW w:w="2835" w:type="dxa"/>
            <w:shd w:val="clear" w:color="auto" w:fill="FAF7F1"/>
            <w:vAlign w:val="center"/>
          </w:tcPr>
          <w:p w14:paraId="0F395885" w14:textId="77777777" w:rsidR="00E56632" w:rsidRDefault="00283FCF">
            <w:pPr>
              <w:spacing w:after="0" w:line="252" w:lineRule="exact"/>
            </w:pPr>
            <w:r>
              <w:rPr>
                <w:rFonts w:eastAsia="DM Sans" w:cs="DM Sans"/>
                <w:sz w:val="21"/>
              </w:rPr>
              <w:t>Business address and postcode</w:t>
            </w:r>
          </w:p>
        </w:tc>
        <w:tc>
          <w:tcPr>
            <w:tcW w:w="7030" w:type="dxa"/>
            <w:vAlign w:val="center"/>
          </w:tcPr>
          <w:p w14:paraId="260597A0" w14:textId="77777777" w:rsidR="00E56632" w:rsidRDefault="00E56632">
            <w:pPr>
              <w:spacing w:after="0" w:line="252" w:lineRule="exact"/>
            </w:pPr>
          </w:p>
        </w:tc>
      </w:tr>
      <w:tr w:rsidR="00E56632" w14:paraId="46F352FA" w14:textId="77777777">
        <w:trPr>
          <w:cantSplit/>
          <w:trHeight w:val="454"/>
        </w:trPr>
        <w:tc>
          <w:tcPr>
            <w:tcW w:w="2835" w:type="dxa"/>
            <w:shd w:val="clear" w:color="auto" w:fill="FAF7F1"/>
            <w:vAlign w:val="center"/>
          </w:tcPr>
          <w:p w14:paraId="0DB2A5BB" w14:textId="77777777" w:rsidR="00E56632" w:rsidRDefault="00283FCF">
            <w:pPr>
              <w:spacing w:after="0" w:line="252" w:lineRule="exact"/>
            </w:pPr>
            <w:r>
              <w:rPr>
                <w:rFonts w:eastAsia="DM Sans" w:cs="DM Sans"/>
                <w:sz w:val="21"/>
              </w:rPr>
              <w:t>Professional relationship</w:t>
            </w:r>
          </w:p>
        </w:tc>
        <w:tc>
          <w:tcPr>
            <w:tcW w:w="7030" w:type="dxa"/>
            <w:vAlign w:val="center"/>
          </w:tcPr>
          <w:p w14:paraId="198CBB1F" w14:textId="77777777" w:rsidR="00E56632" w:rsidRDefault="00E56632">
            <w:pPr>
              <w:spacing w:after="0" w:line="252" w:lineRule="exact"/>
            </w:pPr>
          </w:p>
        </w:tc>
      </w:tr>
      <w:tr w:rsidR="00E56632" w14:paraId="347748C8" w14:textId="77777777">
        <w:trPr>
          <w:cantSplit/>
          <w:trHeight w:val="454"/>
        </w:trPr>
        <w:tc>
          <w:tcPr>
            <w:tcW w:w="2835" w:type="dxa"/>
            <w:shd w:val="clear" w:color="auto" w:fill="FAF7F1"/>
            <w:vAlign w:val="center"/>
          </w:tcPr>
          <w:p w14:paraId="7FC31BEE" w14:textId="77777777" w:rsidR="00E56632" w:rsidRDefault="00283FCF">
            <w:pPr>
              <w:spacing w:after="0" w:line="252" w:lineRule="exact"/>
            </w:pPr>
            <w:r>
              <w:rPr>
                <w:rFonts w:eastAsia="DM Sans" w:cs="DM Sans"/>
                <w:sz w:val="21"/>
              </w:rPr>
              <w:t>Period worked with or known</w:t>
            </w:r>
          </w:p>
        </w:tc>
        <w:tc>
          <w:tcPr>
            <w:tcW w:w="7030" w:type="dxa"/>
            <w:vAlign w:val="center"/>
          </w:tcPr>
          <w:p w14:paraId="7B1374DD" w14:textId="77777777" w:rsidR="00E56632" w:rsidRDefault="00E56632">
            <w:pPr>
              <w:spacing w:after="0" w:line="252" w:lineRule="exact"/>
            </w:pPr>
          </w:p>
        </w:tc>
      </w:tr>
      <w:tr w:rsidR="00E56632" w14:paraId="34CAEAF7" w14:textId="77777777">
        <w:trPr>
          <w:cantSplit/>
          <w:trHeight w:val="454"/>
        </w:trPr>
        <w:tc>
          <w:tcPr>
            <w:tcW w:w="2835" w:type="dxa"/>
            <w:shd w:val="clear" w:color="auto" w:fill="FAF7F1"/>
            <w:vAlign w:val="center"/>
          </w:tcPr>
          <w:p w14:paraId="5F2FFC4B" w14:textId="77777777" w:rsidR="00E56632" w:rsidRDefault="00283FCF">
            <w:pPr>
              <w:spacing w:after="0" w:line="252" w:lineRule="exact"/>
            </w:pPr>
            <w:r>
              <w:rPr>
                <w:rFonts w:eastAsia="DM Sans" w:cs="DM Sans"/>
                <w:sz w:val="21"/>
              </w:rPr>
              <w:t>Work email if available</w:t>
            </w:r>
          </w:p>
        </w:tc>
        <w:tc>
          <w:tcPr>
            <w:tcW w:w="7030" w:type="dxa"/>
            <w:vAlign w:val="center"/>
          </w:tcPr>
          <w:p w14:paraId="4EEEA8B4" w14:textId="77777777" w:rsidR="00E56632" w:rsidRDefault="00E56632">
            <w:pPr>
              <w:spacing w:after="0" w:line="252" w:lineRule="exact"/>
            </w:pPr>
          </w:p>
        </w:tc>
      </w:tr>
      <w:tr w:rsidR="00E56632" w14:paraId="03A46656" w14:textId="77777777">
        <w:trPr>
          <w:cantSplit/>
          <w:trHeight w:val="454"/>
        </w:trPr>
        <w:tc>
          <w:tcPr>
            <w:tcW w:w="2835" w:type="dxa"/>
            <w:shd w:val="clear" w:color="auto" w:fill="FAF7F1"/>
            <w:vAlign w:val="center"/>
          </w:tcPr>
          <w:p w14:paraId="67A4DCF2" w14:textId="77777777" w:rsidR="00E56632" w:rsidRDefault="00283FCF">
            <w:pPr>
              <w:spacing w:after="0" w:line="252" w:lineRule="exact"/>
            </w:pPr>
            <w:r>
              <w:rPr>
                <w:rFonts w:eastAsia="DM Sans" w:cs="DM Sans"/>
                <w:sz w:val="21"/>
              </w:rPr>
              <w:t>Telephone</w:t>
            </w:r>
          </w:p>
        </w:tc>
        <w:tc>
          <w:tcPr>
            <w:tcW w:w="7030" w:type="dxa"/>
            <w:vAlign w:val="center"/>
          </w:tcPr>
          <w:p w14:paraId="3ABD1A3D" w14:textId="77777777" w:rsidR="00E56632" w:rsidRDefault="00E56632">
            <w:pPr>
              <w:spacing w:after="0" w:line="252" w:lineRule="exact"/>
            </w:pPr>
          </w:p>
        </w:tc>
      </w:tr>
    </w:tbl>
    <w:p w14:paraId="54F6B25B" w14:textId="77777777" w:rsidR="00E56632" w:rsidRDefault="00283FCF">
      <w:pPr>
        <w:spacing w:after="140" w:line="250" w:lineRule="exact"/>
      </w:pPr>
      <w:r>
        <w:rPr>
          <w:rFonts w:eastAsia="DM Sans" w:cs="DM Sans"/>
          <w:b/>
          <w:sz w:val="20"/>
        </w:rPr>
        <w:t xml:space="preserve">May we contact now  </w:t>
      </w:r>
      <w:r>
        <w:rPr>
          <w:rFonts w:eastAsia="DM Sans" w:cs="DM Sans"/>
          <w:sz w:val="20"/>
          <w:bdr w:val="single" w:sz="6" w:space="1" w:color="39352D"/>
        </w:rPr>
        <w:t xml:space="preserve">    </w:t>
      </w:r>
      <w:r>
        <w:rPr>
          <w:rFonts w:eastAsia="DM Sans" w:cs="DM Sans"/>
          <w:sz w:val="20"/>
        </w:rPr>
        <w:t xml:space="preserve">  Yes    </w:t>
      </w:r>
      <w:r>
        <w:rPr>
          <w:rFonts w:eastAsia="DM Sans" w:cs="DM Sans"/>
          <w:sz w:val="20"/>
          <w:bdr w:val="single" w:sz="6" w:space="1" w:color="39352D"/>
        </w:rPr>
        <w:t xml:space="preserve">    </w:t>
      </w:r>
      <w:r>
        <w:rPr>
          <w:rFonts w:eastAsia="DM Sans" w:cs="DM Sans"/>
          <w:sz w:val="20"/>
        </w:rPr>
        <w:t xml:space="preserve">  Please discuss timing</w:t>
      </w:r>
    </w:p>
    <w:p w14:paraId="172520FB" w14:textId="77777777" w:rsidR="00E56632" w:rsidRDefault="00283FCF">
      <w:pPr>
        <w:pStyle w:val="Heading1"/>
        <w:pageBreakBefore/>
        <w:spacing w:before="0" w:after="140" w:line="525" w:lineRule="exact"/>
      </w:pPr>
      <w:r>
        <w:rPr>
          <w:rFonts w:ascii="Lora Medium" w:eastAsia="Lora Medium" w:hAnsi="Lora Medium" w:cs="Lora Medium"/>
          <w:b w:val="0"/>
          <w:sz w:val="42"/>
        </w:rPr>
        <w:lastRenderedPageBreak/>
        <w:t>Recruitment checks and declaration</w:t>
      </w:r>
    </w:p>
    <w:p w14:paraId="066F0172" w14:textId="77777777" w:rsidR="00E56632" w:rsidRDefault="00283FCF">
      <w:pPr>
        <w:spacing w:after="140" w:line="237" w:lineRule="exact"/>
      </w:pPr>
      <w:r>
        <w:rPr>
          <w:rFonts w:eastAsia="DM Sans" w:cs="DM Sans"/>
          <w:sz w:val="19"/>
        </w:rPr>
        <w:t>Applicant name __________________________________________</w:t>
      </w:r>
    </w:p>
    <w:p w14:paraId="6B973818" w14:textId="77777777" w:rsidR="00E56632" w:rsidRDefault="00283FCF">
      <w:pPr>
        <w:pStyle w:val="Heading2"/>
        <w:shd w:val="clear" w:color="auto" w:fill="E6D2B5"/>
        <w:spacing w:before="140" w:after="120" w:line="300" w:lineRule="exact"/>
        <w:ind w:left="113" w:right="113"/>
      </w:pPr>
      <w:r>
        <w:rPr>
          <w:rFonts w:ascii="DM Sans" w:eastAsia="DM Sans" w:hAnsi="DM Sans" w:cs="DM Sans"/>
          <w:sz w:val="24"/>
        </w:rPr>
        <w:t>12 Recruitment checks</w:t>
      </w:r>
    </w:p>
    <w:p w14:paraId="234FEE13" w14:textId="77777777" w:rsidR="00E56632" w:rsidRDefault="00283FCF">
      <w:pPr>
        <w:spacing w:line="262" w:lineRule="exact"/>
      </w:pPr>
      <w:r>
        <w:rPr>
          <w:rFonts w:eastAsia="DM Sans" w:cs="DM Sans"/>
          <w:sz w:val="21"/>
        </w:rPr>
        <w:t>Appointments are subject to satisfactory checks appropriate to the role, including identity, right to work, qualifications, references and the required Disclosure and Barring Service (DBS) and suitability checks. Relevant overseas checks may also be needed.</w:t>
      </w:r>
    </w:p>
    <w:p w14:paraId="4C6D2465" w14:textId="77777777" w:rsidR="00E56632" w:rsidRDefault="00283FCF">
      <w:pPr>
        <w:spacing w:line="262" w:lineRule="exact"/>
      </w:pPr>
      <w:r>
        <w:rPr>
          <w:rFonts w:eastAsia="DM Sans" w:cs="DM Sans"/>
          <w:sz w:val="21"/>
        </w:rPr>
        <w:t>You must disclose information relevant to your suitability to work with children through our separate confidential process, including relevant arrests, charges or court orders. We will explain when and how to provide it. Do not put criminal-record details on this form. Protected convictions and cautions must not be disclosed and will not be taken into account.</w:t>
      </w:r>
    </w:p>
    <w:p w14:paraId="121A1A33" w14:textId="77777777" w:rsidR="00E56632" w:rsidRDefault="00283FCF">
      <w:pPr>
        <w:spacing w:line="262" w:lineRule="exact"/>
      </w:pPr>
      <w:r>
        <w:rPr>
          <w:rFonts w:eastAsia="DM Sans" w:cs="DM Sans"/>
          <w:sz w:val="21"/>
        </w:rPr>
        <w:t>For work involving regulated activity with children, it is a criminal offence for a barred person to apply.</w:t>
      </w:r>
    </w:p>
    <w:p w14:paraId="0E6BD266" w14:textId="77777777" w:rsidR="00E56632" w:rsidRDefault="00283FCF">
      <w:pPr>
        <w:pStyle w:val="Heading2"/>
        <w:shd w:val="clear" w:color="auto" w:fill="E6D2B5"/>
        <w:spacing w:before="140" w:after="120" w:line="300" w:lineRule="exact"/>
        <w:ind w:left="113" w:right="113"/>
      </w:pPr>
      <w:r>
        <w:rPr>
          <w:rFonts w:ascii="DM Sans" w:eastAsia="DM Sans" w:hAnsi="DM Sans" w:cs="DM Sans"/>
          <w:sz w:val="24"/>
        </w:rPr>
        <w:t>13 Applicant declaration</w:t>
      </w:r>
    </w:p>
    <w:p w14:paraId="59734B8D" w14:textId="77777777" w:rsidR="00E56632" w:rsidRDefault="00283FCF">
      <w:pPr>
        <w:spacing w:after="120" w:line="262" w:lineRule="exact"/>
      </w:pPr>
      <w:r>
        <w:rPr>
          <w:rFonts w:eastAsia="DM Sans" w:cs="DM Sans"/>
          <w:sz w:val="21"/>
          <w:bdr w:val="single" w:sz="6" w:space="1" w:color="39352D"/>
        </w:rPr>
        <w:t xml:space="preserve">    </w:t>
      </w:r>
      <w:r>
        <w:rPr>
          <w:rFonts w:eastAsia="DM Sans" w:cs="DM Sans"/>
          <w:sz w:val="21"/>
        </w:rPr>
        <w:t xml:space="preserve">   I confirm that the information I have given is accurate and complete to the best of my knowledge. I will promptly correct any error or omission.</w:t>
      </w:r>
    </w:p>
    <w:p w14:paraId="3726386A" w14:textId="77777777" w:rsidR="00E56632" w:rsidRDefault="00283FCF">
      <w:pPr>
        <w:spacing w:after="120" w:line="262" w:lineRule="exact"/>
      </w:pPr>
      <w:r>
        <w:rPr>
          <w:rFonts w:eastAsia="DM Sans" w:cs="DM Sans"/>
          <w:sz w:val="21"/>
          <w:bdr w:val="single" w:sz="6" w:space="1" w:color="39352D"/>
        </w:rPr>
        <w:t xml:space="preserve">    </w:t>
      </w:r>
      <w:r>
        <w:rPr>
          <w:rFonts w:eastAsia="DM Sans" w:cs="DM Sans"/>
          <w:sz w:val="21"/>
        </w:rPr>
        <w:t xml:space="preserve">   I understand that any appointment depends on satisfactory recruitment checks appropriate to the role. Deliberately false or misleading information may lead to withdrawal from recruitment or, if employed, disciplinary action.</w:t>
      </w:r>
    </w:p>
    <w:p w14:paraId="504F0C54" w14:textId="77777777" w:rsidR="00E56632" w:rsidRDefault="00283FCF">
      <w:pPr>
        <w:spacing w:after="120" w:line="262" w:lineRule="exact"/>
      </w:pPr>
      <w:r>
        <w:rPr>
          <w:rFonts w:eastAsia="DM Sans" w:cs="DM Sans"/>
          <w:sz w:val="21"/>
          <w:bdr w:val="single" w:sz="6" w:space="1" w:color="39352D"/>
        </w:rPr>
        <w:t xml:space="preserve">    </w:t>
      </w:r>
      <w:r>
        <w:rPr>
          <w:rFonts w:eastAsia="DM Sans" w:cs="DM Sans"/>
          <w:sz w:val="21"/>
        </w:rPr>
        <w:t xml:space="preserve">   I will tell the Nursery Manager about relevant changes during recruitment. This does not require disclosure of protected convictions or cautions.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5" w:type="dxa"/>
          <w:bottom w:w="65" w:type="dxa"/>
          <w:right w:w="105" w:type="dxa"/>
        </w:tblCellMar>
        <w:tblLook w:val="04A0" w:firstRow="1" w:lastRow="0" w:firstColumn="1" w:lastColumn="0" w:noHBand="0" w:noVBand="1"/>
      </w:tblPr>
      <w:tblGrid>
        <w:gridCol w:w="3175"/>
        <w:gridCol w:w="6690"/>
      </w:tblGrid>
      <w:tr w:rsidR="00E56632" w14:paraId="4013A3A5" w14:textId="77777777">
        <w:trPr>
          <w:cantSplit/>
          <w:trHeight w:val="510"/>
        </w:trPr>
        <w:tc>
          <w:tcPr>
            <w:tcW w:w="3175" w:type="dxa"/>
            <w:shd w:val="clear" w:color="auto" w:fill="FAF7F1"/>
            <w:vAlign w:val="center"/>
          </w:tcPr>
          <w:p w14:paraId="0398D9D9" w14:textId="77777777" w:rsidR="00E56632" w:rsidRDefault="00283FCF">
            <w:pPr>
              <w:spacing w:after="0" w:line="252" w:lineRule="exact"/>
            </w:pPr>
            <w:r>
              <w:rPr>
                <w:rFonts w:eastAsia="DM Sans" w:cs="DM Sans"/>
                <w:sz w:val="21"/>
              </w:rPr>
              <w:t>Applicant name</w:t>
            </w:r>
          </w:p>
        </w:tc>
        <w:tc>
          <w:tcPr>
            <w:tcW w:w="6690" w:type="dxa"/>
            <w:vAlign w:val="center"/>
          </w:tcPr>
          <w:p w14:paraId="19E9F974" w14:textId="77777777" w:rsidR="00E56632" w:rsidRDefault="00E56632">
            <w:pPr>
              <w:spacing w:after="0" w:line="252" w:lineRule="exact"/>
            </w:pPr>
          </w:p>
        </w:tc>
      </w:tr>
      <w:tr w:rsidR="00E56632" w14:paraId="50A50469" w14:textId="77777777">
        <w:trPr>
          <w:cantSplit/>
          <w:trHeight w:val="907"/>
        </w:trPr>
        <w:tc>
          <w:tcPr>
            <w:tcW w:w="3175" w:type="dxa"/>
            <w:shd w:val="clear" w:color="auto" w:fill="FAF7F1"/>
            <w:vAlign w:val="center"/>
          </w:tcPr>
          <w:p w14:paraId="4C79B5E0" w14:textId="77777777" w:rsidR="00E56632" w:rsidRDefault="00283FCF">
            <w:pPr>
              <w:spacing w:after="0" w:line="252" w:lineRule="exact"/>
            </w:pPr>
            <w:r>
              <w:rPr>
                <w:rFonts w:eastAsia="DM Sans" w:cs="DM Sans"/>
                <w:sz w:val="21"/>
              </w:rPr>
              <w:t>Signature</w:t>
            </w:r>
          </w:p>
        </w:tc>
        <w:tc>
          <w:tcPr>
            <w:tcW w:w="6690" w:type="dxa"/>
            <w:vAlign w:val="center"/>
          </w:tcPr>
          <w:p w14:paraId="74433068" w14:textId="77777777" w:rsidR="00E56632" w:rsidRDefault="00E56632">
            <w:pPr>
              <w:spacing w:after="0" w:line="252" w:lineRule="exact"/>
            </w:pPr>
          </w:p>
        </w:tc>
      </w:tr>
      <w:tr w:rsidR="00E56632" w14:paraId="2C11790C" w14:textId="77777777">
        <w:trPr>
          <w:cantSplit/>
          <w:trHeight w:val="510"/>
        </w:trPr>
        <w:tc>
          <w:tcPr>
            <w:tcW w:w="3175" w:type="dxa"/>
            <w:shd w:val="clear" w:color="auto" w:fill="FAF7F1"/>
            <w:vAlign w:val="center"/>
          </w:tcPr>
          <w:p w14:paraId="65A70915" w14:textId="77777777" w:rsidR="00E56632" w:rsidRDefault="00283FCF">
            <w:pPr>
              <w:spacing w:after="0" w:line="252" w:lineRule="exact"/>
            </w:pPr>
            <w:r>
              <w:rPr>
                <w:rFonts w:eastAsia="DM Sans" w:cs="DM Sans"/>
                <w:sz w:val="21"/>
              </w:rPr>
              <w:t>Date</w:t>
            </w:r>
          </w:p>
        </w:tc>
        <w:tc>
          <w:tcPr>
            <w:tcW w:w="6690" w:type="dxa"/>
            <w:vAlign w:val="center"/>
          </w:tcPr>
          <w:p w14:paraId="54145BC5" w14:textId="77777777" w:rsidR="00E56632" w:rsidRDefault="00E56632">
            <w:pPr>
              <w:spacing w:after="0" w:line="252" w:lineRule="exact"/>
            </w:pPr>
          </w:p>
        </w:tc>
      </w:tr>
      <w:tr w:rsidR="00E56632" w14:paraId="04D2206E" w14:textId="77777777">
        <w:trPr>
          <w:cantSplit/>
          <w:trHeight w:val="510"/>
        </w:trPr>
        <w:tc>
          <w:tcPr>
            <w:tcW w:w="3175" w:type="dxa"/>
            <w:shd w:val="clear" w:color="auto" w:fill="FAF7F1"/>
            <w:vAlign w:val="center"/>
          </w:tcPr>
          <w:p w14:paraId="355D8B17" w14:textId="77777777" w:rsidR="00E56632" w:rsidRDefault="00283FCF">
            <w:pPr>
              <w:spacing w:after="0" w:line="252" w:lineRule="exact"/>
            </w:pPr>
            <w:r>
              <w:rPr>
                <w:rFonts w:eastAsia="DM Sans" w:cs="DM Sans"/>
                <w:sz w:val="21"/>
              </w:rPr>
              <w:t>Number of extra sheets attached</w:t>
            </w:r>
          </w:p>
        </w:tc>
        <w:tc>
          <w:tcPr>
            <w:tcW w:w="6690" w:type="dxa"/>
            <w:vAlign w:val="center"/>
          </w:tcPr>
          <w:p w14:paraId="60ADC101" w14:textId="77777777" w:rsidR="00E56632" w:rsidRDefault="00E56632">
            <w:pPr>
              <w:spacing w:after="0" w:line="252" w:lineRule="exact"/>
            </w:pPr>
          </w:p>
        </w:tc>
      </w:tr>
    </w:tbl>
    <w:p w14:paraId="0C32C001" w14:textId="77777777" w:rsidR="00E56632" w:rsidRDefault="00283FCF">
      <w:pPr>
        <w:pStyle w:val="Heading2"/>
        <w:shd w:val="clear" w:color="auto" w:fill="E6D2B5"/>
        <w:spacing w:before="140" w:after="120" w:line="300" w:lineRule="exact"/>
        <w:ind w:left="113" w:right="113"/>
      </w:pPr>
      <w:r>
        <w:rPr>
          <w:rFonts w:ascii="DM Sans" w:eastAsia="DM Sans" w:hAnsi="DM Sans" w:cs="DM Sans"/>
          <w:sz w:val="24"/>
        </w:rPr>
        <w:t>Recruitment privacy information</w:t>
      </w:r>
    </w:p>
    <w:p w14:paraId="11FCA801" w14:textId="77777777" w:rsidR="00E56632" w:rsidRDefault="00283FCF">
      <w:pPr>
        <w:spacing w:line="250" w:lineRule="exact"/>
      </w:pPr>
      <w:r>
        <w:rPr>
          <w:rFonts w:eastAsia="DM Sans" w:cs="DM Sans"/>
          <w:sz w:val="20"/>
        </w:rPr>
        <w:t>Cedar Grove Day Nursery Limited uses your information to assess your application, contact you and carry out necessary recruitment checks. Information may be checked with referees and relevant checking bodies. Access is restricted to authorised people involved in recruitment and necessary checks. If appointed, relevant information becomes part of your staff file.</w:t>
      </w:r>
    </w:p>
    <w:p w14:paraId="24C5E656" w14:textId="77777777" w:rsidR="00E56632" w:rsidRDefault="00283FCF">
      <w:pPr>
        <w:spacing w:line="250" w:lineRule="exact"/>
      </w:pPr>
      <w:r>
        <w:rPr>
          <w:rFonts w:eastAsia="DM Sans" w:cs="DM Sans"/>
          <w:sz w:val="20"/>
        </w:rPr>
        <w:t>Ask the Nursery Manager for further applicant privacy information, including the lawful reasons for using information, recipients, retention periods or criteria, and your data-protection rights. You can raise privacy questions or requests using the contact details below and complain to the Information Commissioner at ico.org.uk. Signing this form confirms your declaration; it is not blanket consent to use your information.</w:t>
      </w:r>
    </w:p>
    <w:p w14:paraId="57223F04" w14:textId="77777777" w:rsidR="00E56632" w:rsidRDefault="00283FCF">
      <w:pPr>
        <w:spacing w:before="80" w:line="250" w:lineRule="exact"/>
      </w:pPr>
      <w:r>
        <w:rPr>
          <w:rFonts w:eastAsia="DM Sans" w:cs="DM Sans"/>
          <w:sz w:val="20"/>
        </w:rPr>
        <w:t>Return the form to the Nursery Manager at 192-194 Lancaster Road, Enfield EN2 0JH. For a secure electronic return route or privacy questions, call 020 8166 6395 or email enquiries@cedargrovenursery.org.</w:t>
      </w:r>
    </w:p>
    <w:p w14:paraId="57D86B1F" w14:textId="77777777" w:rsidR="00E56632" w:rsidRDefault="00283FCF">
      <w:pPr>
        <w:pStyle w:val="Heading1"/>
        <w:pageBreakBefore/>
        <w:spacing w:before="0" w:after="140" w:line="525" w:lineRule="exact"/>
      </w:pPr>
      <w:r>
        <w:rPr>
          <w:rFonts w:ascii="Lora Medium" w:eastAsia="Lora Medium" w:hAnsi="Lora Medium" w:cs="Lora Medium"/>
          <w:b w:val="0"/>
          <w:sz w:val="42"/>
        </w:rPr>
        <w:lastRenderedPageBreak/>
        <w:t>For office use only</w:t>
      </w:r>
    </w:p>
    <w:p w14:paraId="249268F8" w14:textId="77777777" w:rsidR="00E56632" w:rsidRDefault="00283FCF">
      <w:pPr>
        <w:spacing w:after="140" w:line="237" w:lineRule="exact"/>
      </w:pPr>
      <w:r>
        <w:rPr>
          <w:rFonts w:eastAsia="DM Sans" w:cs="DM Sans"/>
          <w:sz w:val="19"/>
        </w:rPr>
        <w:t>Applicant name __________________________________________</w:t>
      </w:r>
    </w:p>
    <w:p w14:paraId="1FD1AA5E" w14:textId="77777777" w:rsidR="00E56632" w:rsidRDefault="00283FCF">
      <w:pPr>
        <w:spacing w:after="140" w:line="262" w:lineRule="exact"/>
      </w:pPr>
      <w:r>
        <w:rPr>
          <w:rFonts w:eastAsia="DM Sans" w:cs="DM Sans"/>
          <w:sz w:val="21"/>
        </w:rPr>
        <w:t>Keep this page separate from the applicant's answers. Record detailed vetting evidence and confidential suitability information in the restricted recruitment file.</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5" w:type="dxa"/>
          <w:bottom w:w="65" w:type="dxa"/>
          <w:right w:w="105" w:type="dxa"/>
        </w:tblCellMar>
        <w:tblLook w:val="04A0" w:firstRow="1" w:lastRow="0" w:firstColumn="1" w:lastColumn="0" w:noHBand="0" w:noVBand="1"/>
      </w:tblPr>
      <w:tblGrid>
        <w:gridCol w:w="3458"/>
        <w:gridCol w:w="6406"/>
      </w:tblGrid>
      <w:tr w:rsidR="00E56632" w14:paraId="6109946D" w14:textId="77777777">
        <w:trPr>
          <w:cantSplit/>
          <w:trHeight w:val="510"/>
        </w:trPr>
        <w:tc>
          <w:tcPr>
            <w:tcW w:w="3458" w:type="dxa"/>
            <w:shd w:val="clear" w:color="auto" w:fill="FAF7F1"/>
            <w:vAlign w:val="center"/>
          </w:tcPr>
          <w:p w14:paraId="49819B6F" w14:textId="77777777" w:rsidR="00E56632" w:rsidRDefault="00283FCF">
            <w:pPr>
              <w:spacing w:after="0" w:line="252" w:lineRule="exact"/>
            </w:pPr>
            <w:r>
              <w:rPr>
                <w:rFonts w:eastAsia="DM Sans" w:cs="DM Sans"/>
                <w:sz w:val="21"/>
              </w:rPr>
              <w:t>Applicant and role</w:t>
            </w:r>
          </w:p>
        </w:tc>
        <w:tc>
          <w:tcPr>
            <w:tcW w:w="6406" w:type="dxa"/>
            <w:vAlign w:val="center"/>
          </w:tcPr>
          <w:p w14:paraId="0C34CF83" w14:textId="77777777" w:rsidR="00E56632" w:rsidRDefault="00E56632">
            <w:pPr>
              <w:spacing w:after="0" w:line="252" w:lineRule="exact"/>
            </w:pPr>
          </w:p>
        </w:tc>
      </w:tr>
      <w:tr w:rsidR="00E56632" w14:paraId="3FDCDD64" w14:textId="77777777">
        <w:trPr>
          <w:cantSplit/>
          <w:trHeight w:val="454"/>
        </w:trPr>
        <w:tc>
          <w:tcPr>
            <w:tcW w:w="3458" w:type="dxa"/>
            <w:shd w:val="clear" w:color="auto" w:fill="FAF7F1"/>
            <w:vAlign w:val="center"/>
          </w:tcPr>
          <w:p w14:paraId="47901082" w14:textId="77777777" w:rsidR="00E56632" w:rsidRDefault="00283FCF">
            <w:pPr>
              <w:spacing w:after="0" w:line="252" w:lineRule="exact"/>
            </w:pPr>
            <w:r>
              <w:rPr>
                <w:rFonts w:eastAsia="DM Sans" w:cs="DM Sans"/>
                <w:sz w:val="21"/>
              </w:rPr>
              <w:t>Date received</w:t>
            </w:r>
          </w:p>
        </w:tc>
        <w:tc>
          <w:tcPr>
            <w:tcW w:w="6406" w:type="dxa"/>
            <w:vAlign w:val="center"/>
          </w:tcPr>
          <w:p w14:paraId="7CD62F2D" w14:textId="77777777" w:rsidR="00E56632" w:rsidRDefault="00E56632">
            <w:pPr>
              <w:spacing w:after="0" w:line="252" w:lineRule="exact"/>
            </w:pPr>
          </w:p>
        </w:tc>
      </w:tr>
      <w:tr w:rsidR="00E56632" w14:paraId="63CA6548" w14:textId="77777777">
        <w:trPr>
          <w:cantSplit/>
          <w:trHeight w:val="510"/>
        </w:trPr>
        <w:tc>
          <w:tcPr>
            <w:tcW w:w="3458" w:type="dxa"/>
            <w:shd w:val="clear" w:color="auto" w:fill="FAF7F1"/>
            <w:vAlign w:val="center"/>
          </w:tcPr>
          <w:p w14:paraId="17260B8A" w14:textId="77777777" w:rsidR="00E56632" w:rsidRDefault="00283FCF">
            <w:pPr>
              <w:spacing w:after="0" w:line="252" w:lineRule="exact"/>
            </w:pPr>
            <w:r>
              <w:rPr>
                <w:rFonts w:eastAsia="DM Sans" w:cs="DM Sans"/>
                <w:sz w:val="21"/>
              </w:rPr>
              <w:t>Checked by name role and date</w:t>
            </w:r>
          </w:p>
        </w:tc>
        <w:tc>
          <w:tcPr>
            <w:tcW w:w="6406" w:type="dxa"/>
            <w:vAlign w:val="center"/>
          </w:tcPr>
          <w:p w14:paraId="2995682E" w14:textId="77777777" w:rsidR="00E56632" w:rsidRDefault="00E56632">
            <w:pPr>
              <w:spacing w:after="0" w:line="252" w:lineRule="exact"/>
            </w:pPr>
          </w:p>
        </w:tc>
      </w:tr>
      <w:tr w:rsidR="00E56632" w14:paraId="4C1BEA53" w14:textId="77777777">
        <w:trPr>
          <w:cantSplit/>
          <w:trHeight w:val="510"/>
        </w:trPr>
        <w:tc>
          <w:tcPr>
            <w:tcW w:w="3458" w:type="dxa"/>
            <w:shd w:val="clear" w:color="auto" w:fill="FAF7F1"/>
            <w:vAlign w:val="center"/>
          </w:tcPr>
          <w:p w14:paraId="669C5A50" w14:textId="77777777" w:rsidR="00E56632" w:rsidRDefault="00283FCF">
            <w:pPr>
              <w:spacing w:after="0" w:line="252" w:lineRule="exact"/>
            </w:pPr>
            <w:r>
              <w:rPr>
                <w:rFonts w:eastAsia="DM Sans" w:cs="DM Sans"/>
                <w:sz w:val="21"/>
              </w:rPr>
              <w:t>Cross checked by name role and date</w:t>
            </w:r>
          </w:p>
        </w:tc>
        <w:tc>
          <w:tcPr>
            <w:tcW w:w="6406" w:type="dxa"/>
            <w:vAlign w:val="center"/>
          </w:tcPr>
          <w:p w14:paraId="1741A321" w14:textId="77777777" w:rsidR="00E56632" w:rsidRDefault="00E56632">
            <w:pPr>
              <w:spacing w:after="0" w:line="252" w:lineRule="exact"/>
            </w:pPr>
          </w:p>
        </w:tc>
      </w:tr>
    </w:tbl>
    <w:p w14:paraId="65F95AFA" w14:textId="77777777" w:rsidR="00E56632" w:rsidRDefault="00283FCF">
      <w:pPr>
        <w:spacing w:after="120" w:line="250" w:lineRule="exact"/>
      </w:pPr>
      <w:r>
        <w:rPr>
          <w:rFonts w:eastAsia="DM Sans" w:cs="DM Sans"/>
          <w:b/>
          <w:sz w:val="20"/>
        </w:rPr>
        <w:t xml:space="preserve">Shortlisting  </w:t>
      </w:r>
      <w:r>
        <w:rPr>
          <w:rFonts w:eastAsia="DM Sans" w:cs="DM Sans"/>
          <w:sz w:val="20"/>
          <w:bdr w:val="single" w:sz="6" w:space="1" w:color="39352D"/>
        </w:rPr>
        <w:t xml:space="preserve">    </w:t>
      </w:r>
      <w:r>
        <w:rPr>
          <w:rFonts w:eastAsia="DM Sans" w:cs="DM Sans"/>
          <w:sz w:val="20"/>
        </w:rPr>
        <w:t xml:space="preserve">  Yes    </w:t>
      </w:r>
      <w:r>
        <w:rPr>
          <w:rFonts w:eastAsia="DM Sans" w:cs="DM Sans"/>
          <w:sz w:val="20"/>
          <w:bdr w:val="single" w:sz="6" w:space="1" w:color="39352D"/>
        </w:rPr>
        <w:t xml:space="preserve">    </w:t>
      </w:r>
      <w:r>
        <w:rPr>
          <w:rFonts w:eastAsia="DM Sans" w:cs="DM Sans"/>
          <w:sz w:val="20"/>
        </w:rPr>
        <w:t xml:space="preserve">  No    </w:t>
      </w:r>
      <w:r>
        <w:rPr>
          <w:rFonts w:eastAsia="DM Sans" w:cs="DM Sans"/>
          <w:sz w:val="20"/>
          <w:bdr w:val="single" w:sz="6" w:space="1" w:color="39352D"/>
        </w:rPr>
        <w:t xml:space="preserve">    </w:t>
      </w:r>
      <w:r>
        <w:rPr>
          <w:rFonts w:eastAsia="DM Sans" w:cs="DM Sans"/>
          <w:sz w:val="20"/>
        </w:rPr>
        <w:t xml:space="preserve">  Further information needed</w:t>
      </w:r>
    </w:p>
    <w:p w14:paraId="2A240715" w14:textId="77777777" w:rsidR="00E56632" w:rsidRDefault="00283FCF">
      <w:pPr>
        <w:keepNext/>
        <w:spacing w:line="262" w:lineRule="exact"/>
      </w:pPr>
      <w:r>
        <w:rPr>
          <w:rFonts w:eastAsia="DM Sans" w:cs="DM Sans"/>
          <w:sz w:val="21"/>
        </w:rPr>
        <w:t>Reasons linked to the job criteria or information to clarify</w:t>
      </w:r>
    </w:p>
    <w:p w14:paraId="43307770" w14:textId="77777777" w:rsidR="00E56632" w:rsidRDefault="00E56632">
      <w:pPr>
        <w:keepNext/>
        <w:pBdr>
          <w:bottom w:val="single" w:sz="4" w:space="0" w:color="D9D9D9"/>
          <w:between w:val="single" w:sz="4" w:space="0" w:color="D9D9D9"/>
        </w:pBdr>
        <w:spacing w:after="0" w:line="420" w:lineRule="exact"/>
      </w:pPr>
    </w:p>
    <w:p w14:paraId="3562D01E" w14:textId="77777777" w:rsidR="00E56632" w:rsidRDefault="00E56632">
      <w:pPr>
        <w:pBdr>
          <w:bottom w:val="single" w:sz="4" w:space="0" w:color="D9D9D9"/>
          <w:between w:val="single" w:sz="4" w:space="0" w:color="D9D9D9"/>
        </w:pBdr>
        <w:spacing w:after="0" w:line="420" w:lineRule="exact"/>
      </w:pPr>
    </w:p>
    <w:p w14:paraId="2AD6CCDE" w14:textId="77777777" w:rsidR="00E56632" w:rsidRDefault="00E56632">
      <w:pPr>
        <w:spacing w:after="20" w:line="75" w:lineRule="exact"/>
      </w:pPr>
    </w:p>
    <w:p w14:paraId="0D7E1C72" w14:textId="77777777" w:rsidR="00E56632" w:rsidRDefault="00283FCF">
      <w:pPr>
        <w:pStyle w:val="Heading2"/>
        <w:shd w:val="clear" w:color="auto" w:fill="E6D2B5"/>
        <w:spacing w:before="140" w:after="120" w:line="300" w:lineRule="exact"/>
        <w:ind w:left="113" w:right="113"/>
      </w:pPr>
      <w:r>
        <w:rPr>
          <w:rFonts w:ascii="DM Sans" w:eastAsia="DM Sans" w:hAnsi="DM Sans" w:cs="DM Sans"/>
          <w:sz w:val="24"/>
        </w:rPr>
        <w:t>Checks to record in the recruitment file</w:t>
      </w:r>
    </w:p>
    <w:p w14:paraId="3A15F2F1" w14:textId="77777777" w:rsidR="00E56632" w:rsidRDefault="00283FCF">
      <w:pPr>
        <w:spacing w:line="250" w:lineRule="exact"/>
      </w:pPr>
      <w:r>
        <w:rPr>
          <w:rFonts w:eastAsia="DM Sans" w:cs="DM Sans"/>
          <w:sz w:val="20"/>
        </w:rPr>
        <w:t>Use Pending, Checked or N/A. Record the reason for any N/A and the evidence in the restricted file. This checklist does not replace the detailed recruitment record.</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5" w:type="dxa"/>
          <w:bottom w:w="65" w:type="dxa"/>
          <w:right w:w="105" w:type="dxa"/>
        </w:tblCellMar>
        <w:tblLook w:val="04A0" w:firstRow="1" w:lastRow="0" w:firstColumn="1" w:lastColumn="0" w:noHBand="0" w:noVBand="1"/>
      </w:tblPr>
      <w:tblGrid>
        <w:gridCol w:w="5613"/>
        <w:gridCol w:w="1814"/>
        <w:gridCol w:w="2438"/>
      </w:tblGrid>
      <w:tr w:rsidR="00E56632" w14:paraId="23F5F91E" w14:textId="77777777">
        <w:trPr>
          <w:cantSplit/>
          <w:trHeight w:val="567"/>
          <w:tblHeader/>
        </w:trPr>
        <w:tc>
          <w:tcPr>
            <w:tcW w:w="5613" w:type="dxa"/>
            <w:shd w:val="clear" w:color="auto" w:fill="E6D2B5"/>
            <w:vAlign w:val="center"/>
          </w:tcPr>
          <w:p w14:paraId="7715E3DC" w14:textId="77777777" w:rsidR="00E56632" w:rsidRDefault="00283FCF">
            <w:pPr>
              <w:spacing w:after="0" w:line="240" w:lineRule="exact"/>
            </w:pPr>
            <w:r>
              <w:rPr>
                <w:rFonts w:eastAsia="DM Sans" w:cs="DM Sans"/>
                <w:b/>
                <w:sz w:val="20"/>
              </w:rPr>
              <w:t>Check</w:t>
            </w:r>
          </w:p>
        </w:tc>
        <w:tc>
          <w:tcPr>
            <w:tcW w:w="1814" w:type="dxa"/>
            <w:shd w:val="clear" w:color="auto" w:fill="E6D2B5"/>
            <w:vAlign w:val="center"/>
          </w:tcPr>
          <w:p w14:paraId="1DD366BC" w14:textId="77777777" w:rsidR="00E56632" w:rsidRDefault="00283FCF">
            <w:pPr>
              <w:spacing w:after="0" w:line="240" w:lineRule="exact"/>
            </w:pPr>
            <w:r>
              <w:rPr>
                <w:rFonts w:eastAsia="DM Sans" w:cs="DM Sans"/>
                <w:b/>
                <w:sz w:val="20"/>
              </w:rPr>
              <w:t>Status</w:t>
            </w:r>
          </w:p>
        </w:tc>
        <w:tc>
          <w:tcPr>
            <w:tcW w:w="2438" w:type="dxa"/>
            <w:shd w:val="clear" w:color="auto" w:fill="E6D2B5"/>
            <w:vAlign w:val="center"/>
          </w:tcPr>
          <w:p w14:paraId="5218FEDB" w14:textId="77777777" w:rsidR="00E56632" w:rsidRDefault="00283FCF">
            <w:pPr>
              <w:spacing w:after="0" w:line="240" w:lineRule="exact"/>
            </w:pPr>
            <w:r>
              <w:rPr>
                <w:rFonts w:eastAsia="DM Sans" w:cs="DM Sans"/>
                <w:b/>
                <w:sz w:val="20"/>
              </w:rPr>
              <w:t>Date and initials</w:t>
            </w:r>
          </w:p>
        </w:tc>
      </w:tr>
      <w:tr w:rsidR="00E56632" w14:paraId="0AB513FB" w14:textId="77777777">
        <w:trPr>
          <w:cantSplit/>
          <w:trHeight w:val="539"/>
        </w:trPr>
        <w:tc>
          <w:tcPr>
            <w:tcW w:w="5613" w:type="dxa"/>
            <w:vAlign w:val="center"/>
          </w:tcPr>
          <w:p w14:paraId="2E62BA68" w14:textId="77777777" w:rsidR="00E56632" w:rsidRDefault="00283FCF">
            <w:pPr>
              <w:spacing w:after="0" w:line="240" w:lineRule="exact"/>
            </w:pPr>
            <w:r>
              <w:rPr>
                <w:rFonts w:eastAsia="DM Sans" w:cs="DM Sans"/>
                <w:sz w:val="20"/>
              </w:rPr>
              <w:t>History, gaps and application discrepancies</w:t>
            </w:r>
          </w:p>
        </w:tc>
        <w:tc>
          <w:tcPr>
            <w:tcW w:w="1814" w:type="dxa"/>
            <w:vAlign w:val="center"/>
          </w:tcPr>
          <w:p w14:paraId="1C95FEB3" w14:textId="77777777" w:rsidR="00E56632" w:rsidRDefault="00E56632">
            <w:pPr>
              <w:spacing w:after="0" w:line="240" w:lineRule="exact"/>
            </w:pPr>
          </w:p>
        </w:tc>
        <w:tc>
          <w:tcPr>
            <w:tcW w:w="2438" w:type="dxa"/>
            <w:vAlign w:val="center"/>
          </w:tcPr>
          <w:p w14:paraId="4158E77A" w14:textId="77777777" w:rsidR="00E56632" w:rsidRDefault="00E56632">
            <w:pPr>
              <w:spacing w:after="0" w:line="240" w:lineRule="exact"/>
            </w:pPr>
          </w:p>
        </w:tc>
      </w:tr>
      <w:tr w:rsidR="00E56632" w14:paraId="233C1AC0" w14:textId="77777777">
        <w:trPr>
          <w:cantSplit/>
          <w:trHeight w:val="539"/>
        </w:trPr>
        <w:tc>
          <w:tcPr>
            <w:tcW w:w="5613" w:type="dxa"/>
            <w:vAlign w:val="center"/>
          </w:tcPr>
          <w:p w14:paraId="5FCC43CC" w14:textId="77777777" w:rsidR="00E56632" w:rsidRDefault="00283FCF">
            <w:pPr>
              <w:spacing w:after="0" w:line="240" w:lineRule="exact"/>
            </w:pPr>
            <w:r>
              <w:rPr>
                <w:rFonts w:eastAsia="DM Sans" w:cs="DM Sans"/>
                <w:sz w:val="20"/>
              </w:rPr>
              <w:t>Required references received directly and verified</w:t>
            </w:r>
          </w:p>
        </w:tc>
        <w:tc>
          <w:tcPr>
            <w:tcW w:w="1814" w:type="dxa"/>
            <w:vAlign w:val="center"/>
          </w:tcPr>
          <w:p w14:paraId="3A51CB1E" w14:textId="77777777" w:rsidR="00E56632" w:rsidRDefault="00E56632">
            <w:pPr>
              <w:spacing w:after="0" w:line="240" w:lineRule="exact"/>
            </w:pPr>
          </w:p>
        </w:tc>
        <w:tc>
          <w:tcPr>
            <w:tcW w:w="2438" w:type="dxa"/>
            <w:vAlign w:val="center"/>
          </w:tcPr>
          <w:p w14:paraId="6EEA07DA" w14:textId="77777777" w:rsidR="00E56632" w:rsidRDefault="00E56632">
            <w:pPr>
              <w:spacing w:after="0" w:line="240" w:lineRule="exact"/>
            </w:pPr>
          </w:p>
        </w:tc>
      </w:tr>
      <w:tr w:rsidR="00E56632" w14:paraId="26E1F338" w14:textId="77777777">
        <w:trPr>
          <w:cantSplit/>
          <w:trHeight w:val="539"/>
        </w:trPr>
        <w:tc>
          <w:tcPr>
            <w:tcW w:w="5613" w:type="dxa"/>
            <w:vAlign w:val="center"/>
          </w:tcPr>
          <w:p w14:paraId="53DB0899" w14:textId="77777777" w:rsidR="00E56632" w:rsidRDefault="00283FCF">
            <w:pPr>
              <w:spacing w:after="0" w:line="240" w:lineRule="exact"/>
            </w:pPr>
            <w:r>
              <w:rPr>
                <w:rFonts w:eastAsia="DM Sans" w:cs="DM Sans"/>
                <w:sz w:val="20"/>
              </w:rPr>
              <w:t>Identity and right to work</w:t>
            </w:r>
          </w:p>
        </w:tc>
        <w:tc>
          <w:tcPr>
            <w:tcW w:w="1814" w:type="dxa"/>
            <w:vAlign w:val="center"/>
          </w:tcPr>
          <w:p w14:paraId="14E5AF0D" w14:textId="77777777" w:rsidR="00E56632" w:rsidRDefault="00E56632">
            <w:pPr>
              <w:spacing w:after="0" w:line="240" w:lineRule="exact"/>
            </w:pPr>
          </w:p>
        </w:tc>
        <w:tc>
          <w:tcPr>
            <w:tcW w:w="2438" w:type="dxa"/>
            <w:vAlign w:val="center"/>
          </w:tcPr>
          <w:p w14:paraId="4A79348D" w14:textId="77777777" w:rsidR="00E56632" w:rsidRDefault="00E56632">
            <w:pPr>
              <w:spacing w:after="0" w:line="240" w:lineRule="exact"/>
            </w:pPr>
          </w:p>
        </w:tc>
      </w:tr>
      <w:tr w:rsidR="00E56632" w14:paraId="207D2906" w14:textId="77777777">
        <w:trPr>
          <w:cantSplit/>
          <w:trHeight w:val="539"/>
        </w:trPr>
        <w:tc>
          <w:tcPr>
            <w:tcW w:w="5613" w:type="dxa"/>
            <w:vAlign w:val="center"/>
          </w:tcPr>
          <w:p w14:paraId="453C77B2" w14:textId="77777777" w:rsidR="00E56632" w:rsidRDefault="00283FCF">
            <w:pPr>
              <w:spacing w:after="0" w:line="240" w:lineRule="exact"/>
            </w:pPr>
            <w:r>
              <w:rPr>
                <w:rFonts w:eastAsia="DM Sans" w:cs="DM Sans"/>
                <w:sz w:val="20"/>
              </w:rPr>
              <w:t>Relevant qualifications and training</w:t>
            </w:r>
          </w:p>
        </w:tc>
        <w:tc>
          <w:tcPr>
            <w:tcW w:w="1814" w:type="dxa"/>
            <w:vAlign w:val="center"/>
          </w:tcPr>
          <w:p w14:paraId="3BC8C506" w14:textId="77777777" w:rsidR="00E56632" w:rsidRDefault="00E56632">
            <w:pPr>
              <w:spacing w:after="0" w:line="240" w:lineRule="exact"/>
            </w:pPr>
          </w:p>
        </w:tc>
        <w:tc>
          <w:tcPr>
            <w:tcW w:w="2438" w:type="dxa"/>
            <w:vAlign w:val="center"/>
          </w:tcPr>
          <w:p w14:paraId="203B5D76" w14:textId="77777777" w:rsidR="00E56632" w:rsidRDefault="00E56632">
            <w:pPr>
              <w:spacing w:after="0" w:line="240" w:lineRule="exact"/>
            </w:pPr>
          </w:p>
        </w:tc>
      </w:tr>
      <w:tr w:rsidR="00E56632" w14:paraId="0C80C4EC" w14:textId="77777777">
        <w:trPr>
          <w:cantSplit/>
          <w:trHeight w:val="539"/>
        </w:trPr>
        <w:tc>
          <w:tcPr>
            <w:tcW w:w="5613" w:type="dxa"/>
            <w:vAlign w:val="center"/>
          </w:tcPr>
          <w:p w14:paraId="7C9B84A5" w14:textId="77777777" w:rsidR="00E56632" w:rsidRDefault="00283FCF">
            <w:pPr>
              <w:spacing w:after="0" w:line="240" w:lineRule="exact"/>
            </w:pPr>
            <w:r>
              <w:rPr>
                <w:rFonts w:eastAsia="DM Sans" w:cs="DM Sans"/>
                <w:sz w:val="20"/>
              </w:rPr>
              <w:t>Required DBS and barred-list checks for this role</w:t>
            </w:r>
          </w:p>
        </w:tc>
        <w:tc>
          <w:tcPr>
            <w:tcW w:w="1814" w:type="dxa"/>
            <w:vAlign w:val="center"/>
          </w:tcPr>
          <w:p w14:paraId="753CBA5B" w14:textId="77777777" w:rsidR="00E56632" w:rsidRDefault="00E56632">
            <w:pPr>
              <w:spacing w:after="0" w:line="240" w:lineRule="exact"/>
            </w:pPr>
          </w:p>
        </w:tc>
        <w:tc>
          <w:tcPr>
            <w:tcW w:w="2438" w:type="dxa"/>
            <w:vAlign w:val="center"/>
          </w:tcPr>
          <w:p w14:paraId="35C61E2F" w14:textId="77777777" w:rsidR="00E56632" w:rsidRDefault="00E56632">
            <w:pPr>
              <w:spacing w:after="0" w:line="240" w:lineRule="exact"/>
            </w:pPr>
          </w:p>
        </w:tc>
      </w:tr>
      <w:tr w:rsidR="00E56632" w14:paraId="571AD037" w14:textId="77777777">
        <w:trPr>
          <w:cantSplit/>
          <w:trHeight w:val="539"/>
        </w:trPr>
        <w:tc>
          <w:tcPr>
            <w:tcW w:w="5613" w:type="dxa"/>
            <w:vAlign w:val="center"/>
          </w:tcPr>
          <w:p w14:paraId="430F4F07" w14:textId="77777777" w:rsidR="00E56632" w:rsidRDefault="00283FCF">
            <w:pPr>
              <w:spacing w:after="0" w:line="240" w:lineRule="exact"/>
            </w:pPr>
            <w:r>
              <w:rPr>
                <w:rFonts w:eastAsia="DM Sans" w:cs="DM Sans"/>
                <w:sz w:val="20"/>
              </w:rPr>
              <w:t>Confidential suitability and disqualification checks</w:t>
            </w:r>
          </w:p>
        </w:tc>
        <w:tc>
          <w:tcPr>
            <w:tcW w:w="1814" w:type="dxa"/>
            <w:vAlign w:val="center"/>
          </w:tcPr>
          <w:p w14:paraId="3D578959" w14:textId="77777777" w:rsidR="00E56632" w:rsidRDefault="00E56632">
            <w:pPr>
              <w:spacing w:after="0" w:line="240" w:lineRule="exact"/>
            </w:pPr>
          </w:p>
        </w:tc>
        <w:tc>
          <w:tcPr>
            <w:tcW w:w="2438" w:type="dxa"/>
            <w:vAlign w:val="center"/>
          </w:tcPr>
          <w:p w14:paraId="623CF1F3" w14:textId="77777777" w:rsidR="00E56632" w:rsidRDefault="00E56632">
            <w:pPr>
              <w:spacing w:after="0" w:line="240" w:lineRule="exact"/>
            </w:pPr>
          </w:p>
        </w:tc>
      </w:tr>
      <w:tr w:rsidR="00E56632" w14:paraId="3A9201C3" w14:textId="77777777">
        <w:trPr>
          <w:cantSplit/>
          <w:trHeight w:val="539"/>
        </w:trPr>
        <w:tc>
          <w:tcPr>
            <w:tcW w:w="5613" w:type="dxa"/>
            <w:vAlign w:val="center"/>
          </w:tcPr>
          <w:p w14:paraId="3AB2BF1F" w14:textId="77777777" w:rsidR="00E56632" w:rsidRDefault="00283FCF">
            <w:pPr>
              <w:spacing w:after="0" w:line="240" w:lineRule="exact"/>
            </w:pPr>
            <w:r>
              <w:rPr>
                <w:rFonts w:eastAsia="DM Sans" w:cs="DM Sans"/>
                <w:sz w:val="20"/>
              </w:rPr>
              <w:t>Relevant overseas checks where needed</w:t>
            </w:r>
          </w:p>
        </w:tc>
        <w:tc>
          <w:tcPr>
            <w:tcW w:w="1814" w:type="dxa"/>
            <w:vAlign w:val="center"/>
          </w:tcPr>
          <w:p w14:paraId="765AECBD" w14:textId="77777777" w:rsidR="00E56632" w:rsidRDefault="00E56632">
            <w:pPr>
              <w:spacing w:after="0" w:line="240" w:lineRule="exact"/>
            </w:pPr>
          </w:p>
        </w:tc>
        <w:tc>
          <w:tcPr>
            <w:tcW w:w="2438" w:type="dxa"/>
            <w:vAlign w:val="center"/>
          </w:tcPr>
          <w:p w14:paraId="1938FEC1" w14:textId="77777777" w:rsidR="00E56632" w:rsidRDefault="00E56632">
            <w:pPr>
              <w:spacing w:after="0" w:line="240" w:lineRule="exact"/>
            </w:pPr>
          </w:p>
        </w:tc>
      </w:tr>
      <w:tr w:rsidR="00E56632" w14:paraId="076CD2B9" w14:textId="77777777">
        <w:trPr>
          <w:cantSplit/>
          <w:trHeight w:val="539"/>
        </w:trPr>
        <w:tc>
          <w:tcPr>
            <w:tcW w:w="5613" w:type="dxa"/>
            <w:vAlign w:val="center"/>
          </w:tcPr>
          <w:p w14:paraId="0E5A72E7" w14:textId="77777777" w:rsidR="00E56632" w:rsidRDefault="00283FCF">
            <w:pPr>
              <w:spacing w:after="0" w:line="240" w:lineRule="exact"/>
            </w:pPr>
            <w:r>
              <w:rPr>
                <w:rFonts w:eastAsia="DM Sans" w:cs="DM Sans"/>
                <w:sz w:val="20"/>
              </w:rPr>
              <w:t>Interview, final decision and outstanding concerns</w:t>
            </w:r>
          </w:p>
        </w:tc>
        <w:tc>
          <w:tcPr>
            <w:tcW w:w="1814" w:type="dxa"/>
            <w:vAlign w:val="center"/>
          </w:tcPr>
          <w:p w14:paraId="3EF6D252" w14:textId="77777777" w:rsidR="00E56632" w:rsidRDefault="00E56632">
            <w:pPr>
              <w:spacing w:after="0" w:line="240" w:lineRule="exact"/>
            </w:pPr>
          </w:p>
        </w:tc>
        <w:tc>
          <w:tcPr>
            <w:tcW w:w="2438" w:type="dxa"/>
            <w:vAlign w:val="center"/>
          </w:tcPr>
          <w:p w14:paraId="1DEF7BCB" w14:textId="77777777" w:rsidR="00E56632" w:rsidRDefault="00E56632">
            <w:pPr>
              <w:spacing w:after="0" w:line="240" w:lineRule="exact"/>
            </w:pPr>
          </w:p>
        </w:tc>
      </w:tr>
    </w:tbl>
    <w:p w14:paraId="74DCAA9E" w14:textId="77777777" w:rsidR="00E56632" w:rsidRDefault="00283FCF">
      <w:pPr>
        <w:spacing w:before="140" w:line="250" w:lineRule="exact"/>
      </w:pPr>
      <w:r>
        <w:rPr>
          <w:rFonts w:eastAsia="DM Sans" w:cs="DM Sans"/>
          <w:sz w:val="20"/>
        </w:rPr>
        <w:t>Before confirming an appointment, resolve required references and suitability concerns and record the decision in the restricted file. No start is permitted with required checks outstanding. Any required Ofsted waiver must already be granted for the role.</w:t>
      </w:r>
    </w:p>
    <w:sectPr w:rsidR="00E56632" w:rsidSect="00034616">
      <w:headerReference w:type="default" r:id="rId8"/>
      <w:footerReference w:type="default" r:id="rId9"/>
      <w:pgSz w:w="11906" w:h="16838"/>
      <w:pgMar w:top="1587" w:right="1020" w:bottom="964" w:left="1020" w:header="397"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C93AF" w14:textId="77777777" w:rsidR="00283FCF" w:rsidRDefault="00283FCF">
      <w:pPr>
        <w:spacing w:after="0" w:line="240" w:lineRule="auto"/>
      </w:pPr>
      <w:r>
        <w:separator/>
      </w:r>
    </w:p>
  </w:endnote>
  <w:endnote w:type="continuationSeparator" w:id="0">
    <w:p w14:paraId="47D4C3CC" w14:textId="77777777" w:rsidR="00283FCF" w:rsidRDefault="00283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embedRegular r:id="rId1" w:fontKey="{65F5747A-94D3-48F9-8799-6CDC0A7D86F3}"/>
  </w:font>
  <w:font w:name="Times New Roman">
    <w:panose1 w:val="02020603050405020304"/>
    <w:charset w:val="00"/>
    <w:family w:val="roman"/>
    <w:pitch w:val="variable"/>
    <w:sig w:usb0="E0002EFF" w:usb1="C000785B" w:usb2="00000009" w:usb3="00000000" w:csb0="000001FF" w:csb1="00000000"/>
    <w:embedRegular r:id="rId2" w:fontKey="{90F96F4F-3A95-4BC2-AF91-9D176A1FC0EF}"/>
    <w:embedBold r:id="rId3" w:fontKey="{963F2423-A619-44FB-92C1-7E7A911B115C}"/>
    <w:embedItalic r:id="rId4" w:fontKey="{903FE4A3-119E-4015-9472-B697A6E2AFBA}"/>
    <w:embedBoldItalic r:id="rId5" w:fontKey="{11E46486-2FD8-443B-97E2-CD98B4BC43D5}"/>
  </w:font>
  <w:font w:name="Cambria">
    <w:panose1 w:val="02040503050406030204"/>
    <w:charset w:val="00"/>
    <w:family w:val="roman"/>
    <w:pitch w:val="variable"/>
    <w:sig w:usb0="E00006FF" w:usb1="420024FF" w:usb2="02000000" w:usb3="00000000" w:csb0="0000019F" w:csb1="00000000"/>
    <w:embedRegular r:id="rId6" w:fontKey="{4CA75C41-8FA2-44E3-A86B-95A7F8C285A4}"/>
    <w:embedBold r:id="rId7" w:fontKey="{72866FC5-95A1-4DC3-A970-FB30CE1AB6E2}"/>
  </w:font>
  <w:font w:name="MS Mincho">
    <w:panose1 w:val="02020609040205080304"/>
    <w:charset w:val="80"/>
    <w:family w:val="modern"/>
    <w:pitch w:val="fixed"/>
    <w:sig w:usb0="E00002FF" w:usb1="6AC7FDFB" w:usb2="08000012" w:usb3="00000000" w:csb0="0002009F" w:csb1="00000000"/>
  </w:font>
  <w:font w:name="DM Sans">
    <w:altName w:val="Arial"/>
    <w:charset w:val="00"/>
    <w:family w:val="auto"/>
    <w:pitch w:val="variable"/>
    <w:sig w:usb0="8000002F" w:usb1="5000205B" w:usb2="00000000" w:usb3="00000000" w:csb0="00000093" w:csb1="00000000"/>
    <w:embedRegular r:id="rId8" w:fontKey="{AD7D32A5-B687-460E-81C4-76ED674AD28A}"/>
    <w:embedBold r:id="rId9" w:fontKey="{6D0576DD-9799-40E9-B162-8E2645D93C22}"/>
    <w:embedItalic r:id="rId10" w:fontKey="{ADAA0089-C6A2-4ADF-AC39-742D92AA2D79}"/>
    <w:embedBoldItalic r:id="rId11" w:fontKey="{F3581200-3A17-44E8-8A8E-9109ED6E4033}"/>
  </w:font>
  <w:font w:name="Calibri">
    <w:panose1 w:val="020F0502020204030204"/>
    <w:charset w:val="00"/>
    <w:family w:val="swiss"/>
    <w:pitch w:val="variable"/>
    <w:sig w:usb0="E4002EFF" w:usb1="C200247B" w:usb2="00000009" w:usb3="00000000" w:csb0="000001FF" w:csb1="00000000"/>
    <w:embedRegular r:id="rId12" w:fontKey="{39674DD9-EC63-42CF-A4CD-1F3A4E436098}"/>
    <w:embedBold r:id="rId13" w:fontKey="{222E03AB-9D90-4CEB-90F0-691F78586654}"/>
    <w:embedItalic r:id="rId14" w:fontKey="{FEDFF5A5-2389-425F-9A67-F9C4390D7C16}"/>
    <w:embedBoldItalic r:id="rId15" w:fontKey="{EECA2E8B-FE12-4E0B-8D33-537088BFB533}"/>
  </w:font>
  <w:font w:name="MS Gothic">
    <w:altName w:val="ＭＳ ゴシック"/>
    <w:panose1 w:val="020B0609070205080204"/>
    <w:charset w:val="80"/>
    <w:family w:val="modern"/>
    <w:pitch w:val="fixed"/>
    <w:sig w:usb0="E00002FF" w:usb1="6AC7FDFB" w:usb2="08000012" w:usb3="00000000" w:csb0="0002009F" w:csb1="00000000"/>
  </w:font>
  <w:font w:name="Lora Medium">
    <w:altName w:val="Georgia"/>
    <w:charset w:val="00"/>
    <w:family w:val="auto"/>
    <w:pitch w:val="variable"/>
    <w:sig w:usb0="A00002FF" w:usb1="5000204B" w:usb2="00000000" w:usb3="00000000" w:csb0="00000097" w:csb1="00000000"/>
    <w:embedRegular r:id="rId16" w:fontKey="{48119611-C1E1-45C9-AE70-1DE25039CE64}"/>
    <w:embedBold r:id="rId17" w:fontKey="{1D2AE197-51FF-4412-BED7-215EDAE5E4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89793" w14:textId="77777777" w:rsidR="00E56632" w:rsidRDefault="00283FCF">
    <w:pPr>
      <w:pStyle w:val="Footer"/>
      <w:tabs>
        <w:tab w:val="right" w:pos="9865"/>
      </w:tabs>
      <w:spacing w:after="0" w:line="200" w:lineRule="exact"/>
    </w:pPr>
    <w:r>
      <w:rPr>
        <w:rFonts w:eastAsia="DM Sans" w:cs="DM Sans"/>
        <w:sz w:val="16"/>
      </w:rPr>
      <w:t>Staff application  |  Version 1.0 | 4 November 2026</w:t>
    </w:r>
    <w:r>
      <w:rPr>
        <w:rFonts w:eastAsia="DM Sans" w:cs="DM Sans"/>
        <w:sz w:val="16"/>
      </w:rPr>
      <w:tab/>
      <w:t xml:space="preserve">Page </w:t>
    </w:r>
    <w:r>
      <w:fldChar w:fldCharType="begin"/>
    </w:r>
    <w:r>
      <w:instrText>PAGE</w:instrText>
    </w:r>
    <w:r>
      <w:fldChar w:fldCharType="separate"/>
    </w:r>
    <w:r>
      <w:rPr>
        <w:sz w:val="16"/>
      </w:rPr>
      <w:t>1</w:t>
    </w:r>
    <w:r>
      <w:rPr>
        <w:sz w:val="16"/>
      </w:rPr>
      <w:fldChar w:fldCharType="end"/>
    </w:r>
    <w:r>
      <w:rPr>
        <w:rFonts w:eastAsia="DM Sans" w:cs="DM Sans"/>
        <w:sz w:val="16"/>
      </w:rPr>
      <w:t xml:space="preserve"> of </w:t>
    </w:r>
    <w:r>
      <w:fldChar w:fldCharType="begin"/>
    </w:r>
    <w:r>
      <w:instrText>NUMPAGES</w:instrText>
    </w:r>
    <w:r>
      <w:fldChar w:fldCharType="separate"/>
    </w:r>
    <w:r>
      <w:rPr>
        <w:sz w:val="16"/>
      </w:rPr>
      <w:t>9</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6A742" w14:textId="77777777" w:rsidR="00283FCF" w:rsidRDefault="00283FCF">
      <w:pPr>
        <w:spacing w:after="0" w:line="240" w:lineRule="auto"/>
      </w:pPr>
      <w:r>
        <w:separator/>
      </w:r>
    </w:p>
  </w:footnote>
  <w:footnote w:type="continuationSeparator" w:id="0">
    <w:p w14:paraId="27E127AA" w14:textId="77777777" w:rsidR="00283FCF" w:rsidRDefault="00283F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F214B" w14:textId="77777777" w:rsidR="00E56632" w:rsidRDefault="00283FCF">
    <w:pPr>
      <w:pStyle w:val="Header"/>
      <w:tabs>
        <w:tab w:val="left" w:pos="1531"/>
      </w:tabs>
      <w:spacing w:after="0" w:line="240" w:lineRule="auto"/>
    </w:pPr>
    <w:r>
      <w:rPr>
        <w:rFonts w:eastAsia="DM Sans" w:cs="DM Sans"/>
        <w:noProof/>
        <w:sz w:val="20"/>
      </w:rPr>
      <w:drawing>
        <wp:inline distT="0" distB="0" distL="0" distR="0" wp14:anchorId="37CB0D50" wp14:editId="03CA81F8">
          <wp:extent cx="792000" cy="577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dar-grove-logo.png"/>
                  <pic:cNvPicPr/>
                </pic:nvPicPr>
                <pic:blipFill>
                  <a:blip r:embed="rId1"/>
                  <a:stretch>
                    <a:fillRect/>
                  </a:stretch>
                </pic:blipFill>
                <pic:spPr>
                  <a:xfrm>
                    <a:off x="0" y="0"/>
                    <a:ext cx="792000" cy="577500"/>
                  </a:xfrm>
                  <a:prstGeom prst="rect">
                    <a:avLst/>
                  </a:prstGeom>
                </pic:spPr>
              </pic:pic>
            </a:graphicData>
          </a:graphic>
        </wp:inline>
      </w:drawing>
    </w:r>
    <w:r>
      <w:rPr>
        <w:rFonts w:ascii="Lora Medium" w:eastAsia="Lora Medium" w:hAnsi="Lora Medium" w:cs="Lora Medium"/>
        <w:position w:val="10"/>
        <w:sz w:val="34"/>
      </w:rPr>
      <w:tab/>
      <w:t>Cedar Grove Day Nursery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24713717">
    <w:abstractNumId w:val="8"/>
  </w:num>
  <w:num w:numId="2" w16cid:durableId="552890979">
    <w:abstractNumId w:val="6"/>
  </w:num>
  <w:num w:numId="3" w16cid:durableId="1714646472">
    <w:abstractNumId w:val="5"/>
  </w:num>
  <w:num w:numId="4" w16cid:durableId="1237935154">
    <w:abstractNumId w:val="4"/>
  </w:num>
  <w:num w:numId="5" w16cid:durableId="257955825">
    <w:abstractNumId w:val="7"/>
  </w:num>
  <w:num w:numId="6" w16cid:durableId="1102578514">
    <w:abstractNumId w:val="3"/>
  </w:num>
  <w:num w:numId="7" w16cid:durableId="587421877">
    <w:abstractNumId w:val="2"/>
  </w:num>
  <w:num w:numId="8" w16cid:durableId="1917090247">
    <w:abstractNumId w:val="1"/>
  </w:num>
  <w:num w:numId="9" w16cid:durableId="659577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0217"/>
    <w:rsid w:val="00283FCF"/>
    <w:rsid w:val="0029639D"/>
    <w:rsid w:val="00326F90"/>
    <w:rsid w:val="004F0470"/>
    <w:rsid w:val="00AA1D8D"/>
    <w:rsid w:val="00B47730"/>
    <w:rsid w:val="00CB0664"/>
    <w:rsid w:val="00E5663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1D40A9"/>
  <w14:defaultImageDpi w14:val="330"/>
  <w15:docId w15:val="{BE46AA53-2513-4E6C-A63B-B968095D8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75" w:lineRule="exact"/>
    </w:pPr>
    <w:rPr>
      <w:rFonts w:ascii="DM Sans" w:hAnsi="DM Sans"/>
      <w:color w:val="39352D"/>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rPr>
      <w:rFonts w:ascii="DM Sans" w:hAnsi="DM Sans"/>
      <w:color w:val="39352D"/>
      <w:sz w:val="22"/>
    </w:rPr>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rPr>
      <w:rFonts w:ascii="DM Sans" w:hAnsi="DM Sans"/>
      <w:color w:val="39352D"/>
      <w:sz w:val="22"/>
    </w:rPr>
  </w:style>
  <w:style w:type="paragraph" w:styleId="NoSpacing">
    <w:name w:val="No Spacing"/>
    <w:uiPriority w:val="1"/>
    <w:qFormat/>
    <w:rsid w:val="00FC693F"/>
    <w:pPr>
      <w:spacing w:after="0" w:line="240" w:lineRule="auto"/>
    </w:pPr>
    <w:rPr>
      <w:rFonts w:ascii="DM Sans" w:hAnsi="DM Sans"/>
      <w:color w:val="39352D"/>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9352D"/>
      <w:sz w:val="22"/>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39352D"/>
      <w:sz w:val="22"/>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39352D"/>
      <w:sz w:val="22"/>
    </w:rPr>
  </w:style>
  <w:style w:type="paragraph" w:styleId="Title">
    <w:name w:val="Title"/>
    <w:basedOn w:val="Normal"/>
    <w:next w:val="Normal"/>
    <w:link w:val="TitleChar"/>
    <w:uiPriority w:val="10"/>
    <w:qFormat/>
    <w:rsid w:val="00FC693F"/>
    <w:pPr>
      <w:keepNext/>
      <w:contextualSpacing/>
    </w:pPr>
    <w:rPr>
      <w:rFonts w:asciiTheme="majorHAnsi" w:eastAsiaTheme="majorEastAsia" w:hAnsiTheme="majorHAnsi" w:cstheme="majorBidi"/>
      <w:color w:val="000000"/>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39352D"/>
      <w:spacing w:val="5"/>
      <w:kern w:val="28"/>
      <w:sz w:val="2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39352D"/>
      <w:spacing w:val="15"/>
      <w:sz w:val="22"/>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DM Sans" w:hAnsi="DM Sans"/>
      <w:color w:val="39352D"/>
      <w:sz w:val="22"/>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DM Sans" w:hAnsi="DM Sans"/>
      <w:color w:val="39352D"/>
      <w:sz w:val="22"/>
    </w:rPr>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rFonts w:ascii="DM Sans" w:hAnsi="DM Sans"/>
      <w:color w:val="39352D"/>
      <w:sz w:val="22"/>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DM Sans" w:hAnsi="DM Sans"/>
      <w:color w:val="39352D"/>
      <w:szCs w:val="20"/>
    </w:rPr>
  </w:style>
  <w:style w:type="character" w:customStyle="1" w:styleId="MacroTextChar">
    <w:name w:val="Macro Text Char"/>
    <w:basedOn w:val="DefaultParagraphFont"/>
    <w:link w:val="MacroText"/>
    <w:uiPriority w:val="99"/>
    <w:rsid w:val="0029639D"/>
    <w:rPr>
      <w:rFonts w:ascii="DM Sans" w:hAnsi="DM Sans"/>
      <w:color w:val="39352D"/>
      <w:sz w:val="22"/>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rFonts w:ascii="DM Sans" w:hAnsi="DM Sans"/>
      <w:i/>
      <w:iCs/>
      <w:color w:val="39352D"/>
      <w:sz w:val="22"/>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39352D"/>
      <w:sz w:val="22"/>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39352D"/>
      <w:sz w:val="22"/>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39352D"/>
      <w:sz w:val="22"/>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39352D"/>
      <w:sz w:val="22"/>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39352D"/>
      <w:sz w:val="22"/>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39352D"/>
      <w:sz w:val="22"/>
      <w:szCs w:val="20"/>
    </w:rPr>
  </w:style>
  <w:style w:type="paragraph" w:styleId="Caption">
    <w:name w:val="caption"/>
    <w:basedOn w:val="Normal"/>
    <w:next w:val="Normal"/>
    <w:uiPriority w:val="35"/>
    <w:semiHidden/>
    <w:unhideWhenUsed/>
    <w:qFormat/>
    <w:rsid w:val="00FC693F"/>
    <w:pPr>
      <w:spacing w:line="240" w:lineRule="auto"/>
    </w:pPr>
    <w:rPr>
      <w:b/>
      <w:bCs/>
      <w:szCs w:val="18"/>
    </w:rPr>
  </w:style>
  <w:style w:type="character" w:styleId="Strong">
    <w:name w:val="Strong"/>
    <w:basedOn w:val="DefaultParagraphFont"/>
    <w:uiPriority w:val="22"/>
    <w:qFormat/>
    <w:rsid w:val="00FC693F"/>
    <w:rPr>
      <w:rFonts w:ascii="DM Sans" w:hAnsi="DM Sans"/>
      <w:b/>
      <w:bCs/>
      <w:color w:val="39352D"/>
      <w:sz w:val="22"/>
    </w:rPr>
  </w:style>
  <w:style w:type="character" w:styleId="Emphasis">
    <w:name w:val="Emphasis"/>
    <w:basedOn w:val="DefaultParagraphFont"/>
    <w:uiPriority w:val="20"/>
    <w:qFormat/>
    <w:rsid w:val="00FC693F"/>
    <w:rPr>
      <w:rFonts w:ascii="DM Sans" w:hAnsi="DM Sans"/>
      <w:i/>
      <w:iCs/>
      <w:color w:val="39352D"/>
      <w:sz w:val="22"/>
    </w:rPr>
  </w:style>
  <w:style w:type="paragraph" w:styleId="IntenseQuote">
    <w:name w:val="Intense Quote"/>
    <w:basedOn w:val="Normal"/>
    <w:next w:val="Normal"/>
    <w:link w:val="IntenseQuoteChar"/>
    <w:uiPriority w:val="30"/>
    <w:qFormat/>
    <w:rsid w:val="00FC693F"/>
    <w:pP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rFonts w:ascii="DM Sans" w:hAnsi="DM Sans"/>
      <w:b/>
      <w:bCs/>
      <w:i/>
      <w:iCs/>
      <w:color w:val="39352D"/>
      <w:sz w:val="22"/>
    </w:rPr>
  </w:style>
  <w:style w:type="character" w:styleId="SubtleEmphasis">
    <w:name w:val="Subtle Emphasis"/>
    <w:basedOn w:val="DefaultParagraphFont"/>
    <w:uiPriority w:val="19"/>
    <w:qFormat/>
    <w:rsid w:val="00FC693F"/>
    <w:rPr>
      <w:rFonts w:ascii="DM Sans" w:hAnsi="DM Sans"/>
      <w:i/>
      <w:iCs/>
      <w:color w:val="39352D"/>
      <w:sz w:val="22"/>
    </w:rPr>
  </w:style>
  <w:style w:type="character" w:styleId="IntenseEmphasis">
    <w:name w:val="Intense Emphasis"/>
    <w:basedOn w:val="DefaultParagraphFont"/>
    <w:uiPriority w:val="21"/>
    <w:qFormat/>
    <w:rsid w:val="00FC693F"/>
    <w:rPr>
      <w:rFonts w:ascii="DM Sans" w:hAnsi="DM Sans"/>
      <w:b/>
      <w:bCs/>
      <w:i/>
      <w:iCs/>
      <w:color w:val="39352D"/>
      <w:sz w:val="22"/>
    </w:rPr>
  </w:style>
  <w:style w:type="character" w:styleId="SubtleReference">
    <w:name w:val="Subtle Reference"/>
    <w:basedOn w:val="DefaultParagraphFont"/>
    <w:uiPriority w:val="31"/>
    <w:qFormat/>
    <w:rsid w:val="00FC693F"/>
    <w:rPr>
      <w:rFonts w:ascii="DM Sans" w:hAnsi="DM Sans"/>
      <w:smallCaps/>
      <w:color w:val="39352D"/>
      <w:sz w:val="22"/>
      <w:u w:val="single"/>
    </w:rPr>
  </w:style>
  <w:style w:type="character" w:styleId="IntenseReference">
    <w:name w:val="Intense Reference"/>
    <w:basedOn w:val="DefaultParagraphFont"/>
    <w:uiPriority w:val="32"/>
    <w:qFormat/>
    <w:rsid w:val="00FC693F"/>
    <w:rPr>
      <w:rFonts w:ascii="DM Sans" w:hAnsi="DM Sans"/>
      <w:b/>
      <w:bCs/>
      <w:smallCaps/>
      <w:color w:val="39352D"/>
      <w:spacing w:val="5"/>
      <w:sz w:val="22"/>
      <w:u w:val="single"/>
    </w:rPr>
  </w:style>
  <w:style w:type="character" w:styleId="BookTitle">
    <w:name w:val="Book Title"/>
    <w:basedOn w:val="DefaultParagraphFont"/>
    <w:uiPriority w:val="33"/>
    <w:qFormat/>
    <w:rsid w:val="00FC693F"/>
    <w:rPr>
      <w:rFonts w:ascii="DM Sans" w:hAnsi="DM Sans"/>
      <w:b/>
      <w:bCs/>
      <w:smallCaps/>
      <w:color w:val="39352D"/>
      <w:spacing w:val="5"/>
      <w:sz w:val="22"/>
    </w:rPr>
  </w:style>
  <w:style w:type="paragraph" w:styleId="TOCHeading">
    <w:name w:val="TOC Heading"/>
    <w:basedOn w:val="Heading1"/>
    <w:next w:val="Normal"/>
    <w:uiPriority w:val="39"/>
    <w:semiHidden/>
    <w:unhideWhenUsed/>
    <w:qFormat/>
    <w:rsid w:val="00FC693F"/>
    <w:pPr>
      <w:outlineLvl w:val="9"/>
    </w:pPr>
    <w:rPr>
      <w:rFonts w:ascii="DM Sans" w:hAnsi="DM Sans"/>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2A2721" w:themeColor="text1" w:themeShade="BF"/>
    </w:rPr>
    <w:tblPr>
      <w:tblStyleRowBandSize w:val="1"/>
      <w:tblStyleColBandSize w:val="1"/>
      <w:tblBorders>
        <w:top w:val="single" w:sz="8" w:space="0" w:color="39352D" w:themeColor="text1"/>
        <w:bottom w:val="single" w:sz="8" w:space="0" w:color="39352D" w:themeColor="text1"/>
      </w:tblBorders>
    </w:tblPr>
    <w:tblStylePr w:type="firstRow">
      <w:pPr>
        <w:spacing w:before="0" w:after="0" w:line="240" w:lineRule="auto"/>
      </w:pPr>
      <w:rPr>
        <w:b/>
        <w:bCs/>
      </w:rPr>
      <w:tblPr/>
      <w:tcPr>
        <w:tcBorders>
          <w:top w:val="single" w:sz="8" w:space="0" w:color="39352D" w:themeColor="text1"/>
          <w:left w:val="nil"/>
          <w:bottom w:val="single" w:sz="8" w:space="0" w:color="39352D" w:themeColor="text1"/>
          <w:right w:val="nil"/>
          <w:insideH w:val="nil"/>
          <w:insideV w:val="nil"/>
        </w:tcBorders>
      </w:tcPr>
    </w:tblStylePr>
    <w:tblStylePr w:type="lastRow">
      <w:pPr>
        <w:spacing w:before="0" w:after="0" w:line="240" w:lineRule="auto"/>
      </w:pPr>
      <w:rPr>
        <w:b/>
        <w:bCs/>
      </w:rPr>
      <w:tblPr/>
      <w:tcPr>
        <w:tcBorders>
          <w:top w:val="single" w:sz="8" w:space="0" w:color="39352D" w:themeColor="text1"/>
          <w:left w:val="nil"/>
          <w:bottom w:val="single" w:sz="8" w:space="0" w:color="39352D"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CEC6" w:themeFill="text1" w:themeFillTint="3F"/>
      </w:tcPr>
    </w:tblStylePr>
    <w:tblStylePr w:type="band1Horz">
      <w:tblPr/>
      <w:tcPr>
        <w:tcBorders>
          <w:left w:val="nil"/>
          <w:right w:val="nil"/>
          <w:insideH w:val="nil"/>
          <w:insideV w:val="nil"/>
        </w:tcBorders>
        <w:shd w:val="clear" w:color="auto" w:fill="D2CEC6" w:themeFill="text1" w:themeFillTint="3F"/>
      </w:tcPr>
    </w:tblStylePr>
  </w:style>
  <w:style w:type="table" w:styleId="LightShading-Accent1">
    <w:name w:val="Light Shading Accent 1"/>
    <w:basedOn w:val="TableNormal"/>
    <w:uiPriority w:val="60"/>
    <w:rsid w:val="00FC693F"/>
    <w:pPr>
      <w:spacing w:after="0" w:line="240" w:lineRule="auto"/>
    </w:pPr>
    <w:rPr>
      <w:color w:val="CCA267" w:themeColor="accent1" w:themeShade="BF"/>
    </w:rPr>
    <w:tblPr>
      <w:tblStyleRowBandSize w:val="1"/>
      <w:tblStyleColBandSize w:val="1"/>
      <w:tblBorders>
        <w:top w:val="single" w:sz="8" w:space="0" w:color="E6D2B5" w:themeColor="accent1"/>
        <w:bottom w:val="single" w:sz="8" w:space="0" w:color="E6D2B5" w:themeColor="accent1"/>
      </w:tblBorders>
    </w:tblPr>
    <w:tblStylePr w:type="firstRow">
      <w:pPr>
        <w:spacing w:before="0" w:after="0" w:line="240" w:lineRule="auto"/>
      </w:pPr>
      <w:rPr>
        <w:b/>
        <w:bCs/>
      </w:rPr>
      <w:tblPr/>
      <w:tcPr>
        <w:tcBorders>
          <w:top w:val="single" w:sz="8" w:space="0" w:color="E6D2B5" w:themeColor="accent1"/>
          <w:left w:val="nil"/>
          <w:bottom w:val="single" w:sz="8" w:space="0" w:color="E6D2B5" w:themeColor="accent1"/>
          <w:right w:val="nil"/>
          <w:insideH w:val="nil"/>
          <w:insideV w:val="nil"/>
        </w:tcBorders>
      </w:tcPr>
    </w:tblStylePr>
    <w:tblStylePr w:type="lastRow">
      <w:pPr>
        <w:spacing w:before="0" w:after="0" w:line="240" w:lineRule="auto"/>
      </w:pPr>
      <w:rPr>
        <w:b/>
        <w:bCs/>
      </w:rPr>
      <w:tblPr/>
      <w:tcPr>
        <w:tcBorders>
          <w:top w:val="single" w:sz="8" w:space="0" w:color="E6D2B5" w:themeColor="accent1"/>
          <w:left w:val="nil"/>
          <w:bottom w:val="single" w:sz="8" w:space="0" w:color="E6D2B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3EC" w:themeFill="accent1" w:themeFillTint="3F"/>
      </w:tcPr>
    </w:tblStylePr>
    <w:tblStylePr w:type="band1Horz">
      <w:tblPr/>
      <w:tcPr>
        <w:tcBorders>
          <w:left w:val="nil"/>
          <w:right w:val="nil"/>
          <w:insideH w:val="nil"/>
          <w:insideV w:val="nil"/>
        </w:tcBorders>
        <w:shd w:val="clear" w:color="auto" w:fill="F8F3EC" w:themeFill="accent1" w:themeFillTint="3F"/>
      </w:tcPr>
    </w:tblStylePr>
  </w:style>
  <w:style w:type="table" w:styleId="LightShading-Accent2">
    <w:name w:val="Light Shading Accent 2"/>
    <w:basedOn w:val="TableNormal"/>
    <w:uiPriority w:val="60"/>
    <w:rsid w:val="00FC693F"/>
    <w:pPr>
      <w:spacing w:after="0" w:line="240" w:lineRule="auto"/>
    </w:pPr>
    <w:rPr>
      <w:color w:val="5B4F3D" w:themeColor="accent2" w:themeShade="BF"/>
    </w:rPr>
    <w:tblPr>
      <w:tblStyleRowBandSize w:val="1"/>
      <w:tblStyleColBandSize w:val="1"/>
      <w:tblBorders>
        <w:top w:val="single" w:sz="8" w:space="0" w:color="7A6A52" w:themeColor="accent2"/>
        <w:bottom w:val="single" w:sz="8" w:space="0" w:color="7A6A52" w:themeColor="accent2"/>
      </w:tblBorders>
    </w:tblPr>
    <w:tblStylePr w:type="firstRow">
      <w:pPr>
        <w:spacing w:before="0" w:after="0" w:line="240" w:lineRule="auto"/>
      </w:pPr>
      <w:rPr>
        <w:b/>
        <w:bCs/>
      </w:rPr>
      <w:tblPr/>
      <w:tcPr>
        <w:tcBorders>
          <w:top w:val="single" w:sz="8" w:space="0" w:color="7A6A52" w:themeColor="accent2"/>
          <w:left w:val="nil"/>
          <w:bottom w:val="single" w:sz="8" w:space="0" w:color="7A6A52" w:themeColor="accent2"/>
          <w:right w:val="nil"/>
          <w:insideH w:val="nil"/>
          <w:insideV w:val="nil"/>
        </w:tcBorders>
      </w:tcPr>
    </w:tblStylePr>
    <w:tblStylePr w:type="lastRow">
      <w:pPr>
        <w:spacing w:before="0" w:after="0" w:line="240" w:lineRule="auto"/>
      </w:pPr>
      <w:rPr>
        <w:b/>
        <w:bCs/>
      </w:rPr>
      <w:tblPr/>
      <w:tcPr>
        <w:tcBorders>
          <w:top w:val="single" w:sz="8" w:space="0" w:color="7A6A52" w:themeColor="accent2"/>
          <w:left w:val="nil"/>
          <w:bottom w:val="single" w:sz="8" w:space="0" w:color="7A6A5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DAD1" w:themeFill="accent2" w:themeFillTint="3F"/>
      </w:tcPr>
    </w:tblStylePr>
    <w:tblStylePr w:type="band1Horz">
      <w:tblPr/>
      <w:tcPr>
        <w:tcBorders>
          <w:left w:val="nil"/>
          <w:right w:val="nil"/>
          <w:insideH w:val="nil"/>
          <w:insideV w:val="nil"/>
        </w:tcBorders>
        <w:shd w:val="clear" w:color="auto" w:fill="E0DAD1" w:themeFill="accent2" w:themeFillTint="3F"/>
      </w:tcPr>
    </w:tblStylePr>
  </w:style>
  <w:style w:type="table" w:styleId="LightShading-Accent3">
    <w:name w:val="Light Shading Accent 3"/>
    <w:basedOn w:val="TableNormal"/>
    <w:uiPriority w:val="60"/>
    <w:rsid w:val="00FC693F"/>
    <w:pPr>
      <w:spacing w:after="0" w:line="240" w:lineRule="auto"/>
    </w:pPr>
    <w:rPr>
      <w:color w:val="BB9964" w:themeColor="accent3" w:themeShade="BF"/>
    </w:rPr>
    <w:tblPr>
      <w:tblStyleRowBandSize w:val="1"/>
      <w:tblStyleColBandSize w:val="1"/>
      <w:tblBorders>
        <w:top w:val="single" w:sz="8" w:space="0" w:color="D9C6A8" w:themeColor="accent3"/>
        <w:bottom w:val="single" w:sz="8" w:space="0" w:color="D9C6A8" w:themeColor="accent3"/>
      </w:tblBorders>
    </w:tblPr>
    <w:tblStylePr w:type="firstRow">
      <w:pPr>
        <w:spacing w:before="0" w:after="0" w:line="240" w:lineRule="auto"/>
      </w:pPr>
      <w:rPr>
        <w:b/>
        <w:bCs/>
      </w:rPr>
      <w:tblPr/>
      <w:tcPr>
        <w:tcBorders>
          <w:top w:val="single" w:sz="8" w:space="0" w:color="D9C6A8" w:themeColor="accent3"/>
          <w:left w:val="nil"/>
          <w:bottom w:val="single" w:sz="8" w:space="0" w:color="D9C6A8" w:themeColor="accent3"/>
          <w:right w:val="nil"/>
          <w:insideH w:val="nil"/>
          <w:insideV w:val="nil"/>
        </w:tcBorders>
      </w:tcPr>
    </w:tblStylePr>
    <w:tblStylePr w:type="lastRow">
      <w:pPr>
        <w:spacing w:before="0" w:after="0" w:line="240" w:lineRule="auto"/>
      </w:pPr>
      <w:rPr>
        <w:b/>
        <w:bCs/>
      </w:rPr>
      <w:tblPr/>
      <w:tcPr>
        <w:tcBorders>
          <w:top w:val="single" w:sz="8" w:space="0" w:color="D9C6A8" w:themeColor="accent3"/>
          <w:left w:val="nil"/>
          <w:bottom w:val="single" w:sz="8" w:space="0" w:color="D9C6A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0E9" w:themeFill="accent3" w:themeFillTint="3F"/>
      </w:tcPr>
    </w:tblStylePr>
    <w:tblStylePr w:type="band1Horz">
      <w:tblPr/>
      <w:tcPr>
        <w:tcBorders>
          <w:left w:val="nil"/>
          <w:right w:val="nil"/>
          <w:insideH w:val="nil"/>
          <w:insideV w:val="nil"/>
        </w:tcBorders>
        <w:shd w:val="clear" w:color="auto" w:fill="F5F0E9" w:themeFill="accent3" w:themeFillTint="3F"/>
      </w:tcPr>
    </w:tblStylePr>
  </w:style>
  <w:style w:type="table" w:styleId="LightShading-Accent4">
    <w:name w:val="Light Shading Accent 4"/>
    <w:basedOn w:val="TableNormal"/>
    <w:uiPriority w:val="60"/>
    <w:rsid w:val="00FC693F"/>
    <w:pPr>
      <w:spacing w:after="0" w:line="240" w:lineRule="auto"/>
    </w:pPr>
    <w:rPr>
      <w:color w:val="84755E" w:themeColor="accent4" w:themeShade="BF"/>
    </w:rPr>
    <w:tblPr>
      <w:tblStyleRowBandSize w:val="1"/>
      <w:tblStyleColBandSize w:val="1"/>
      <w:tblBorders>
        <w:top w:val="single" w:sz="8" w:space="0" w:color="A99B86" w:themeColor="accent4"/>
        <w:bottom w:val="single" w:sz="8" w:space="0" w:color="A99B86" w:themeColor="accent4"/>
      </w:tblBorders>
    </w:tblPr>
    <w:tblStylePr w:type="firstRow">
      <w:pPr>
        <w:spacing w:before="0" w:after="0" w:line="240" w:lineRule="auto"/>
      </w:pPr>
      <w:rPr>
        <w:b/>
        <w:bCs/>
      </w:rPr>
      <w:tblPr/>
      <w:tcPr>
        <w:tcBorders>
          <w:top w:val="single" w:sz="8" w:space="0" w:color="A99B86" w:themeColor="accent4"/>
          <w:left w:val="nil"/>
          <w:bottom w:val="single" w:sz="8" w:space="0" w:color="A99B86" w:themeColor="accent4"/>
          <w:right w:val="nil"/>
          <w:insideH w:val="nil"/>
          <w:insideV w:val="nil"/>
        </w:tcBorders>
      </w:tcPr>
    </w:tblStylePr>
    <w:tblStylePr w:type="lastRow">
      <w:pPr>
        <w:spacing w:before="0" w:after="0" w:line="240" w:lineRule="auto"/>
      </w:pPr>
      <w:rPr>
        <w:b/>
        <w:bCs/>
      </w:rPr>
      <w:tblPr/>
      <w:tcPr>
        <w:tcBorders>
          <w:top w:val="single" w:sz="8" w:space="0" w:color="A99B86" w:themeColor="accent4"/>
          <w:left w:val="nil"/>
          <w:bottom w:val="single" w:sz="8" w:space="0" w:color="A99B8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6E1" w:themeFill="accent4" w:themeFillTint="3F"/>
      </w:tcPr>
    </w:tblStylePr>
    <w:tblStylePr w:type="band1Horz">
      <w:tblPr/>
      <w:tcPr>
        <w:tcBorders>
          <w:left w:val="nil"/>
          <w:right w:val="nil"/>
          <w:insideH w:val="nil"/>
          <w:insideV w:val="nil"/>
        </w:tcBorders>
        <w:shd w:val="clear" w:color="auto" w:fill="E9E6E1" w:themeFill="accent4" w:themeFillTint="3F"/>
      </w:tcPr>
    </w:tblStylePr>
  </w:style>
  <w:style w:type="table" w:styleId="LightShading-Accent5">
    <w:name w:val="Light Shading Accent 5"/>
    <w:basedOn w:val="TableNormal"/>
    <w:uiPriority w:val="60"/>
    <w:rsid w:val="00FC693F"/>
    <w:pPr>
      <w:spacing w:after="0" w:line="240" w:lineRule="auto"/>
    </w:pPr>
    <w:rPr>
      <w:color w:val="9C8054" w:themeColor="accent5" w:themeShade="BF"/>
    </w:rPr>
    <w:tblPr>
      <w:tblStyleRowBandSize w:val="1"/>
      <w:tblStyleColBandSize w:val="1"/>
      <w:tblBorders>
        <w:top w:val="single" w:sz="8" w:space="0" w:color="BDA784" w:themeColor="accent5"/>
        <w:bottom w:val="single" w:sz="8" w:space="0" w:color="BDA784" w:themeColor="accent5"/>
      </w:tblBorders>
    </w:tblPr>
    <w:tblStylePr w:type="firstRow">
      <w:pPr>
        <w:spacing w:before="0" w:after="0" w:line="240" w:lineRule="auto"/>
      </w:pPr>
      <w:rPr>
        <w:b/>
        <w:bCs/>
      </w:rPr>
      <w:tblPr/>
      <w:tcPr>
        <w:tcBorders>
          <w:top w:val="single" w:sz="8" w:space="0" w:color="BDA784" w:themeColor="accent5"/>
          <w:left w:val="nil"/>
          <w:bottom w:val="single" w:sz="8" w:space="0" w:color="BDA784" w:themeColor="accent5"/>
          <w:right w:val="nil"/>
          <w:insideH w:val="nil"/>
          <w:insideV w:val="nil"/>
        </w:tcBorders>
      </w:tcPr>
    </w:tblStylePr>
    <w:tblStylePr w:type="lastRow">
      <w:pPr>
        <w:spacing w:before="0" w:after="0" w:line="240" w:lineRule="auto"/>
      </w:pPr>
      <w:rPr>
        <w:b/>
        <w:bCs/>
      </w:rPr>
      <w:tblPr/>
      <w:tcPr>
        <w:tcBorders>
          <w:top w:val="single" w:sz="8" w:space="0" w:color="BDA784" w:themeColor="accent5"/>
          <w:left w:val="nil"/>
          <w:bottom w:val="single" w:sz="8" w:space="0" w:color="BDA78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E9E0" w:themeFill="accent5" w:themeFillTint="3F"/>
      </w:tcPr>
    </w:tblStylePr>
    <w:tblStylePr w:type="band1Horz">
      <w:tblPr/>
      <w:tcPr>
        <w:tcBorders>
          <w:left w:val="nil"/>
          <w:right w:val="nil"/>
          <w:insideH w:val="nil"/>
          <w:insideV w:val="nil"/>
        </w:tcBorders>
        <w:shd w:val="clear" w:color="auto" w:fill="EEE9E0" w:themeFill="accent5" w:themeFillTint="3F"/>
      </w:tcPr>
    </w:tblStylePr>
  </w:style>
  <w:style w:type="table" w:styleId="LightShading-Accent6">
    <w:name w:val="Light Shading Accent 6"/>
    <w:basedOn w:val="TableNormal"/>
    <w:uiPriority w:val="60"/>
    <w:rsid w:val="00FC693F"/>
    <w:pPr>
      <w:spacing w:after="0" w:line="240" w:lineRule="auto"/>
    </w:pPr>
    <w:rPr>
      <w:color w:val="D2B081" w:themeColor="accent6" w:themeShade="BF"/>
    </w:rPr>
    <w:tblPr>
      <w:tblStyleRowBandSize w:val="1"/>
      <w:tblStyleColBandSize w:val="1"/>
      <w:tblBorders>
        <w:top w:val="single" w:sz="8" w:space="0" w:color="F0E5D5" w:themeColor="accent6"/>
        <w:bottom w:val="single" w:sz="8" w:space="0" w:color="F0E5D5" w:themeColor="accent6"/>
      </w:tblBorders>
    </w:tblPr>
    <w:tblStylePr w:type="firstRow">
      <w:pPr>
        <w:spacing w:before="0" w:after="0" w:line="240" w:lineRule="auto"/>
      </w:pPr>
      <w:rPr>
        <w:b/>
        <w:bCs/>
      </w:rPr>
      <w:tblPr/>
      <w:tcPr>
        <w:tcBorders>
          <w:top w:val="single" w:sz="8" w:space="0" w:color="F0E5D5" w:themeColor="accent6"/>
          <w:left w:val="nil"/>
          <w:bottom w:val="single" w:sz="8" w:space="0" w:color="F0E5D5" w:themeColor="accent6"/>
          <w:right w:val="nil"/>
          <w:insideH w:val="nil"/>
          <w:insideV w:val="nil"/>
        </w:tcBorders>
      </w:tcPr>
    </w:tblStylePr>
    <w:tblStylePr w:type="lastRow">
      <w:pPr>
        <w:spacing w:before="0" w:after="0" w:line="240" w:lineRule="auto"/>
      </w:pPr>
      <w:rPr>
        <w:b/>
        <w:bCs/>
      </w:rPr>
      <w:tblPr/>
      <w:tcPr>
        <w:tcBorders>
          <w:top w:val="single" w:sz="8" w:space="0" w:color="F0E5D5" w:themeColor="accent6"/>
          <w:left w:val="nil"/>
          <w:bottom w:val="single" w:sz="8" w:space="0" w:color="F0E5D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8F4" w:themeFill="accent6" w:themeFillTint="3F"/>
      </w:tcPr>
    </w:tblStylePr>
    <w:tblStylePr w:type="band1Horz">
      <w:tblPr/>
      <w:tcPr>
        <w:tcBorders>
          <w:left w:val="nil"/>
          <w:right w:val="nil"/>
          <w:insideH w:val="nil"/>
          <w:insideV w:val="nil"/>
        </w:tcBorders>
        <w:shd w:val="clear" w:color="auto" w:fill="FBF8F4"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39352D" w:themeColor="text1"/>
        <w:left w:val="single" w:sz="8" w:space="0" w:color="39352D" w:themeColor="text1"/>
        <w:bottom w:val="single" w:sz="8" w:space="0" w:color="39352D" w:themeColor="text1"/>
        <w:right w:val="single" w:sz="8" w:space="0" w:color="39352D" w:themeColor="text1"/>
      </w:tblBorders>
    </w:tblPr>
    <w:tblStylePr w:type="firstRow">
      <w:pPr>
        <w:spacing w:before="0" w:after="0" w:line="240" w:lineRule="auto"/>
      </w:pPr>
      <w:rPr>
        <w:b/>
        <w:bCs/>
        <w:color w:val="FFFFFF" w:themeColor="background1"/>
      </w:rPr>
      <w:tblPr/>
      <w:tcPr>
        <w:shd w:val="clear" w:color="auto" w:fill="39352D" w:themeFill="text1"/>
      </w:tcPr>
    </w:tblStylePr>
    <w:tblStylePr w:type="lastRow">
      <w:pPr>
        <w:spacing w:before="0" w:after="0" w:line="240" w:lineRule="auto"/>
      </w:pPr>
      <w:rPr>
        <w:b/>
        <w:bCs/>
      </w:rPr>
      <w:tblPr/>
      <w:tcPr>
        <w:tcBorders>
          <w:top w:val="double" w:sz="6" w:space="0" w:color="39352D" w:themeColor="text1"/>
          <w:left w:val="single" w:sz="8" w:space="0" w:color="39352D" w:themeColor="text1"/>
          <w:bottom w:val="single" w:sz="8" w:space="0" w:color="39352D" w:themeColor="text1"/>
          <w:right w:val="single" w:sz="8" w:space="0" w:color="39352D" w:themeColor="text1"/>
        </w:tcBorders>
      </w:tcPr>
    </w:tblStylePr>
    <w:tblStylePr w:type="firstCol">
      <w:rPr>
        <w:b/>
        <w:bCs/>
      </w:rPr>
    </w:tblStylePr>
    <w:tblStylePr w:type="lastCol">
      <w:rPr>
        <w:b/>
        <w:bCs/>
      </w:rPr>
    </w:tblStylePr>
    <w:tblStylePr w:type="band1Vert">
      <w:tblPr/>
      <w:tcPr>
        <w:tcBorders>
          <w:top w:val="single" w:sz="8" w:space="0" w:color="39352D" w:themeColor="text1"/>
          <w:left w:val="single" w:sz="8" w:space="0" w:color="39352D" w:themeColor="text1"/>
          <w:bottom w:val="single" w:sz="8" w:space="0" w:color="39352D" w:themeColor="text1"/>
          <w:right w:val="single" w:sz="8" w:space="0" w:color="39352D" w:themeColor="text1"/>
        </w:tcBorders>
      </w:tcPr>
    </w:tblStylePr>
    <w:tblStylePr w:type="band1Horz">
      <w:tblPr/>
      <w:tcPr>
        <w:tcBorders>
          <w:top w:val="single" w:sz="8" w:space="0" w:color="39352D" w:themeColor="text1"/>
          <w:left w:val="single" w:sz="8" w:space="0" w:color="39352D" w:themeColor="text1"/>
          <w:bottom w:val="single" w:sz="8" w:space="0" w:color="39352D" w:themeColor="text1"/>
          <w:right w:val="single" w:sz="8" w:space="0" w:color="39352D"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E6D2B5" w:themeColor="accent1"/>
        <w:left w:val="single" w:sz="8" w:space="0" w:color="E6D2B5" w:themeColor="accent1"/>
        <w:bottom w:val="single" w:sz="8" w:space="0" w:color="E6D2B5" w:themeColor="accent1"/>
        <w:right w:val="single" w:sz="8" w:space="0" w:color="E6D2B5" w:themeColor="accent1"/>
      </w:tblBorders>
    </w:tblPr>
    <w:tblStylePr w:type="firstRow">
      <w:pPr>
        <w:spacing w:before="0" w:after="0" w:line="240" w:lineRule="auto"/>
      </w:pPr>
      <w:rPr>
        <w:b/>
        <w:bCs/>
        <w:color w:val="FFFFFF" w:themeColor="background1"/>
      </w:rPr>
      <w:tblPr/>
      <w:tcPr>
        <w:shd w:val="clear" w:color="auto" w:fill="E6D2B5" w:themeFill="accent1"/>
      </w:tcPr>
    </w:tblStylePr>
    <w:tblStylePr w:type="lastRow">
      <w:pPr>
        <w:spacing w:before="0" w:after="0" w:line="240" w:lineRule="auto"/>
      </w:pPr>
      <w:rPr>
        <w:b/>
        <w:bCs/>
      </w:rPr>
      <w:tblPr/>
      <w:tcPr>
        <w:tcBorders>
          <w:top w:val="double" w:sz="6" w:space="0" w:color="E6D2B5" w:themeColor="accent1"/>
          <w:left w:val="single" w:sz="8" w:space="0" w:color="E6D2B5" w:themeColor="accent1"/>
          <w:bottom w:val="single" w:sz="8" w:space="0" w:color="E6D2B5" w:themeColor="accent1"/>
          <w:right w:val="single" w:sz="8" w:space="0" w:color="E6D2B5" w:themeColor="accent1"/>
        </w:tcBorders>
      </w:tcPr>
    </w:tblStylePr>
    <w:tblStylePr w:type="firstCol">
      <w:rPr>
        <w:b/>
        <w:bCs/>
      </w:rPr>
    </w:tblStylePr>
    <w:tblStylePr w:type="lastCol">
      <w:rPr>
        <w:b/>
        <w:bCs/>
      </w:rPr>
    </w:tblStylePr>
    <w:tblStylePr w:type="band1Vert">
      <w:tblPr/>
      <w:tcPr>
        <w:tcBorders>
          <w:top w:val="single" w:sz="8" w:space="0" w:color="E6D2B5" w:themeColor="accent1"/>
          <w:left w:val="single" w:sz="8" w:space="0" w:color="E6D2B5" w:themeColor="accent1"/>
          <w:bottom w:val="single" w:sz="8" w:space="0" w:color="E6D2B5" w:themeColor="accent1"/>
          <w:right w:val="single" w:sz="8" w:space="0" w:color="E6D2B5" w:themeColor="accent1"/>
        </w:tcBorders>
      </w:tcPr>
    </w:tblStylePr>
    <w:tblStylePr w:type="band1Horz">
      <w:tblPr/>
      <w:tcPr>
        <w:tcBorders>
          <w:top w:val="single" w:sz="8" w:space="0" w:color="E6D2B5" w:themeColor="accent1"/>
          <w:left w:val="single" w:sz="8" w:space="0" w:color="E6D2B5" w:themeColor="accent1"/>
          <w:bottom w:val="single" w:sz="8" w:space="0" w:color="E6D2B5" w:themeColor="accent1"/>
          <w:right w:val="single" w:sz="8" w:space="0" w:color="E6D2B5"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7A6A52" w:themeColor="accent2"/>
        <w:left w:val="single" w:sz="8" w:space="0" w:color="7A6A52" w:themeColor="accent2"/>
        <w:bottom w:val="single" w:sz="8" w:space="0" w:color="7A6A52" w:themeColor="accent2"/>
        <w:right w:val="single" w:sz="8" w:space="0" w:color="7A6A52" w:themeColor="accent2"/>
      </w:tblBorders>
    </w:tblPr>
    <w:tblStylePr w:type="firstRow">
      <w:pPr>
        <w:spacing w:before="0" w:after="0" w:line="240" w:lineRule="auto"/>
      </w:pPr>
      <w:rPr>
        <w:b/>
        <w:bCs/>
        <w:color w:val="FFFFFF" w:themeColor="background1"/>
      </w:rPr>
      <w:tblPr/>
      <w:tcPr>
        <w:shd w:val="clear" w:color="auto" w:fill="7A6A52" w:themeFill="accent2"/>
      </w:tcPr>
    </w:tblStylePr>
    <w:tblStylePr w:type="lastRow">
      <w:pPr>
        <w:spacing w:before="0" w:after="0" w:line="240" w:lineRule="auto"/>
      </w:pPr>
      <w:rPr>
        <w:b/>
        <w:bCs/>
      </w:rPr>
      <w:tblPr/>
      <w:tcPr>
        <w:tcBorders>
          <w:top w:val="double" w:sz="6" w:space="0" w:color="7A6A52" w:themeColor="accent2"/>
          <w:left w:val="single" w:sz="8" w:space="0" w:color="7A6A52" w:themeColor="accent2"/>
          <w:bottom w:val="single" w:sz="8" w:space="0" w:color="7A6A52" w:themeColor="accent2"/>
          <w:right w:val="single" w:sz="8" w:space="0" w:color="7A6A52" w:themeColor="accent2"/>
        </w:tcBorders>
      </w:tcPr>
    </w:tblStylePr>
    <w:tblStylePr w:type="firstCol">
      <w:rPr>
        <w:b/>
        <w:bCs/>
      </w:rPr>
    </w:tblStylePr>
    <w:tblStylePr w:type="lastCol">
      <w:rPr>
        <w:b/>
        <w:bCs/>
      </w:rPr>
    </w:tblStylePr>
    <w:tblStylePr w:type="band1Vert">
      <w:tblPr/>
      <w:tcPr>
        <w:tcBorders>
          <w:top w:val="single" w:sz="8" w:space="0" w:color="7A6A52" w:themeColor="accent2"/>
          <w:left w:val="single" w:sz="8" w:space="0" w:color="7A6A52" w:themeColor="accent2"/>
          <w:bottom w:val="single" w:sz="8" w:space="0" w:color="7A6A52" w:themeColor="accent2"/>
          <w:right w:val="single" w:sz="8" w:space="0" w:color="7A6A52" w:themeColor="accent2"/>
        </w:tcBorders>
      </w:tcPr>
    </w:tblStylePr>
    <w:tblStylePr w:type="band1Horz">
      <w:tblPr/>
      <w:tcPr>
        <w:tcBorders>
          <w:top w:val="single" w:sz="8" w:space="0" w:color="7A6A52" w:themeColor="accent2"/>
          <w:left w:val="single" w:sz="8" w:space="0" w:color="7A6A52" w:themeColor="accent2"/>
          <w:bottom w:val="single" w:sz="8" w:space="0" w:color="7A6A52" w:themeColor="accent2"/>
          <w:right w:val="single" w:sz="8" w:space="0" w:color="7A6A5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D9C6A8" w:themeColor="accent3"/>
        <w:left w:val="single" w:sz="8" w:space="0" w:color="D9C6A8" w:themeColor="accent3"/>
        <w:bottom w:val="single" w:sz="8" w:space="0" w:color="D9C6A8" w:themeColor="accent3"/>
        <w:right w:val="single" w:sz="8" w:space="0" w:color="D9C6A8" w:themeColor="accent3"/>
      </w:tblBorders>
    </w:tblPr>
    <w:tblStylePr w:type="firstRow">
      <w:pPr>
        <w:spacing w:before="0" w:after="0" w:line="240" w:lineRule="auto"/>
      </w:pPr>
      <w:rPr>
        <w:b/>
        <w:bCs/>
        <w:color w:val="FFFFFF" w:themeColor="background1"/>
      </w:rPr>
      <w:tblPr/>
      <w:tcPr>
        <w:shd w:val="clear" w:color="auto" w:fill="D9C6A8" w:themeFill="accent3"/>
      </w:tcPr>
    </w:tblStylePr>
    <w:tblStylePr w:type="lastRow">
      <w:pPr>
        <w:spacing w:before="0" w:after="0" w:line="240" w:lineRule="auto"/>
      </w:pPr>
      <w:rPr>
        <w:b/>
        <w:bCs/>
      </w:rPr>
      <w:tblPr/>
      <w:tcPr>
        <w:tcBorders>
          <w:top w:val="double" w:sz="6" w:space="0" w:color="D9C6A8" w:themeColor="accent3"/>
          <w:left w:val="single" w:sz="8" w:space="0" w:color="D9C6A8" w:themeColor="accent3"/>
          <w:bottom w:val="single" w:sz="8" w:space="0" w:color="D9C6A8" w:themeColor="accent3"/>
          <w:right w:val="single" w:sz="8" w:space="0" w:color="D9C6A8" w:themeColor="accent3"/>
        </w:tcBorders>
      </w:tcPr>
    </w:tblStylePr>
    <w:tblStylePr w:type="firstCol">
      <w:rPr>
        <w:b/>
        <w:bCs/>
      </w:rPr>
    </w:tblStylePr>
    <w:tblStylePr w:type="lastCol">
      <w:rPr>
        <w:b/>
        <w:bCs/>
      </w:rPr>
    </w:tblStylePr>
    <w:tblStylePr w:type="band1Vert">
      <w:tblPr/>
      <w:tcPr>
        <w:tcBorders>
          <w:top w:val="single" w:sz="8" w:space="0" w:color="D9C6A8" w:themeColor="accent3"/>
          <w:left w:val="single" w:sz="8" w:space="0" w:color="D9C6A8" w:themeColor="accent3"/>
          <w:bottom w:val="single" w:sz="8" w:space="0" w:color="D9C6A8" w:themeColor="accent3"/>
          <w:right w:val="single" w:sz="8" w:space="0" w:color="D9C6A8" w:themeColor="accent3"/>
        </w:tcBorders>
      </w:tcPr>
    </w:tblStylePr>
    <w:tblStylePr w:type="band1Horz">
      <w:tblPr/>
      <w:tcPr>
        <w:tcBorders>
          <w:top w:val="single" w:sz="8" w:space="0" w:color="D9C6A8" w:themeColor="accent3"/>
          <w:left w:val="single" w:sz="8" w:space="0" w:color="D9C6A8" w:themeColor="accent3"/>
          <w:bottom w:val="single" w:sz="8" w:space="0" w:color="D9C6A8" w:themeColor="accent3"/>
          <w:right w:val="single" w:sz="8" w:space="0" w:color="D9C6A8"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A99B86" w:themeColor="accent4"/>
        <w:left w:val="single" w:sz="8" w:space="0" w:color="A99B86" w:themeColor="accent4"/>
        <w:bottom w:val="single" w:sz="8" w:space="0" w:color="A99B86" w:themeColor="accent4"/>
        <w:right w:val="single" w:sz="8" w:space="0" w:color="A99B86" w:themeColor="accent4"/>
      </w:tblBorders>
    </w:tblPr>
    <w:tblStylePr w:type="firstRow">
      <w:pPr>
        <w:spacing w:before="0" w:after="0" w:line="240" w:lineRule="auto"/>
      </w:pPr>
      <w:rPr>
        <w:b/>
        <w:bCs/>
        <w:color w:val="FFFFFF" w:themeColor="background1"/>
      </w:rPr>
      <w:tblPr/>
      <w:tcPr>
        <w:shd w:val="clear" w:color="auto" w:fill="A99B86" w:themeFill="accent4"/>
      </w:tcPr>
    </w:tblStylePr>
    <w:tblStylePr w:type="lastRow">
      <w:pPr>
        <w:spacing w:before="0" w:after="0" w:line="240" w:lineRule="auto"/>
      </w:pPr>
      <w:rPr>
        <w:b/>
        <w:bCs/>
      </w:rPr>
      <w:tblPr/>
      <w:tcPr>
        <w:tcBorders>
          <w:top w:val="double" w:sz="6" w:space="0" w:color="A99B86" w:themeColor="accent4"/>
          <w:left w:val="single" w:sz="8" w:space="0" w:color="A99B86" w:themeColor="accent4"/>
          <w:bottom w:val="single" w:sz="8" w:space="0" w:color="A99B86" w:themeColor="accent4"/>
          <w:right w:val="single" w:sz="8" w:space="0" w:color="A99B86" w:themeColor="accent4"/>
        </w:tcBorders>
      </w:tcPr>
    </w:tblStylePr>
    <w:tblStylePr w:type="firstCol">
      <w:rPr>
        <w:b/>
        <w:bCs/>
      </w:rPr>
    </w:tblStylePr>
    <w:tblStylePr w:type="lastCol">
      <w:rPr>
        <w:b/>
        <w:bCs/>
      </w:rPr>
    </w:tblStylePr>
    <w:tblStylePr w:type="band1Vert">
      <w:tblPr/>
      <w:tcPr>
        <w:tcBorders>
          <w:top w:val="single" w:sz="8" w:space="0" w:color="A99B86" w:themeColor="accent4"/>
          <w:left w:val="single" w:sz="8" w:space="0" w:color="A99B86" w:themeColor="accent4"/>
          <w:bottom w:val="single" w:sz="8" w:space="0" w:color="A99B86" w:themeColor="accent4"/>
          <w:right w:val="single" w:sz="8" w:space="0" w:color="A99B86" w:themeColor="accent4"/>
        </w:tcBorders>
      </w:tcPr>
    </w:tblStylePr>
    <w:tblStylePr w:type="band1Horz">
      <w:tblPr/>
      <w:tcPr>
        <w:tcBorders>
          <w:top w:val="single" w:sz="8" w:space="0" w:color="A99B86" w:themeColor="accent4"/>
          <w:left w:val="single" w:sz="8" w:space="0" w:color="A99B86" w:themeColor="accent4"/>
          <w:bottom w:val="single" w:sz="8" w:space="0" w:color="A99B86" w:themeColor="accent4"/>
          <w:right w:val="single" w:sz="8" w:space="0" w:color="A99B86"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BDA784" w:themeColor="accent5"/>
        <w:left w:val="single" w:sz="8" w:space="0" w:color="BDA784" w:themeColor="accent5"/>
        <w:bottom w:val="single" w:sz="8" w:space="0" w:color="BDA784" w:themeColor="accent5"/>
        <w:right w:val="single" w:sz="8" w:space="0" w:color="BDA784" w:themeColor="accent5"/>
      </w:tblBorders>
    </w:tblPr>
    <w:tblStylePr w:type="firstRow">
      <w:pPr>
        <w:spacing w:before="0" w:after="0" w:line="240" w:lineRule="auto"/>
      </w:pPr>
      <w:rPr>
        <w:b/>
        <w:bCs/>
        <w:color w:val="FFFFFF" w:themeColor="background1"/>
      </w:rPr>
      <w:tblPr/>
      <w:tcPr>
        <w:shd w:val="clear" w:color="auto" w:fill="BDA784" w:themeFill="accent5"/>
      </w:tcPr>
    </w:tblStylePr>
    <w:tblStylePr w:type="lastRow">
      <w:pPr>
        <w:spacing w:before="0" w:after="0" w:line="240" w:lineRule="auto"/>
      </w:pPr>
      <w:rPr>
        <w:b/>
        <w:bCs/>
      </w:rPr>
      <w:tblPr/>
      <w:tcPr>
        <w:tcBorders>
          <w:top w:val="double" w:sz="6" w:space="0" w:color="BDA784" w:themeColor="accent5"/>
          <w:left w:val="single" w:sz="8" w:space="0" w:color="BDA784" w:themeColor="accent5"/>
          <w:bottom w:val="single" w:sz="8" w:space="0" w:color="BDA784" w:themeColor="accent5"/>
          <w:right w:val="single" w:sz="8" w:space="0" w:color="BDA784" w:themeColor="accent5"/>
        </w:tcBorders>
      </w:tcPr>
    </w:tblStylePr>
    <w:tblStylePr w:type="firstCol">
      <w:rPr>
        <w:b/>
        <w:bCs/>
      </w:rPr>
    </w:tblStylePr>
    <w:tblStylePr w:type="lastCol">
      <w:rPr>
        <w:b/>
        <w:bCs/>
      </w:rPr>
    </w:tblStylePr>
    <w:tblStylePr w:type="band1Vert">
      <w:tblPr/>
      <w:tcPr>
        <w:tcBorders>
          <w:top w:val="single" w:sz="8" w:space="0" w:color="BDA784" w:themeColor="accent5"/>
          <w:left w:val="single" w:sz="8" w:space="0" w:color="BDA784" w:themeColor="accent5"/>
          <w:bottom w:val="single" w:sz="8" w:space="0" w:color="BDA784" w:themeColor="accent5"/>
          <w:right w:val="single" w:sz="8" w:space="0" w:color="BDA784" w:themeColor="accent5"/>
        </w:tcBorders>
      </w:tcPr>
    </w:tblStylePr>
    <w:tblStylePr w:type="band1Horz">
      <w:tblPr/>
      <w:tcPr>
        <w:tcBorders>
          <w:top w:val="single" w:sz="8" w:space="0" w:color="BDA784" w:themeColor="accent5"/>
          <w:left w:val="single" w:sz="8" w:space="0" w:color="BDA784" w:themeColor="accent5"/>
          <w:bottom w:val="single" w:sz="8" w:space="0" w:color="BDA784" w:themeColor="accent5"/>
          <w:right w:val="single" w:sz="8" w:space="0" w:color="BDA784"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0E5D5" w:themeColor="accent6"/>
        <w:left w:val="single" w:sz="8" w:space="0" w:color="F0E5D5" w:themeColor="accent6"/>
        <w:bottom w:val="single" w:sz="8" w:space="0" w:color="F0E5D5" w:themeColor="accent6"/>
        <w:right w:val="single" w:sz="8" w:space="0" w:color="F0E5D5" w:themeColor="accent6"/>
      </w:tblBorders>
    </w:tblPr>
    <w:tblStylePr w:type="firstRow">
      <w:pPr>
        <w:spacing w:before="0" w:after="0" w:line="240" w:lineRule="auto"/>
      </w:pPr>
      <w:rPr>
        <w:b/>
        <w:bCs/>
        <w:color w:val="FFFFFF" w:themeColor="background1"/>
      </w:rPr>
      <w:tblPr/>
      <w:tcPr>
        <w:shd w:val="clear" w:color="auto" w:fill="F0E5D5" w:themeFill="accent6"/>
      </w:tcPr>
    </w:tblStylePr>
    <w:tblStylePr w:type="lastRow">
      <w:pPr>
        <w:spacing w:before="0" w:after="0" w:line="240" w:lineRule="auto"/>
      </w:pPr>
      <w:rPr>
        <w:b/>
        <w:bCs/>
      </w:rPr>
      <w:tblPr/>
      <w:tcPr>
        <w:tcBorders>
          <w:top w:val="double" w:sz="6" w:space="0" w:color="F0E5D5" w:themeColor="accent6"/>
          <w:left w:val="single" w:sz="8" w:space="0" w:color="F0E5D5" w:themeColor="accent6"/>
          <w:bottom w:val="single" w:sz="8" w:space="0" w:color="F0E5D5" w:themeColor="accent6"/>
          <w:right w:val="single" w:sz="8" w:space="0" w:color="F0E5D5" w:themeColor="accent6"/>
        </w:tcBorders>
      </w:tcPr>
    </w:tblStylePr>
    <w:tblStylePr w:type="firstCol">
      <w:rPr>
        <w:b/>
        <w:bCs/>
      </w:rPr>
    </w:tblStylePr>
    <w:tblStylePr w:type="lastCol">
      <w:rPr>
        <w:b/>
        <w:bCs/>
      </w:rPr>
    </w:tblStylePr>
    <w:tblStylePr w:type="band1Vert">
      <w:tblPr/>
      <w:tcPr>
        <w:tcBorders>
          <w:top w:val="single" w:sz="8" w:space="0" w:color="F0E5D5" w:themeColor="accent6"/>
          <w:left w:val="single" w:sz="8" w:space="0" w:color="F0E5D5" w:themeColor="accent6"/>
          <w:bottom w:val="single" w:sz="8" w:space="0" w:color="F0E5D5" w:themeColor="accent6"/>
          <w:right w:val="single" w:sz="8" w:space="0" w:color="F0E5D5" w:themeColor="accent6"/>
        </w:tcBorders>
      </w:tcPr>
    </w:tblStylePr>
    <w:tblStylePr w:type="band1Horz">
      <w:tblPr/>
      <w:tcPr>
        <w:tcBorders>
          <w:top w:val="single" w:sz="8" w:space="0" w:color="F0E5D5" w:themeColor="accent6"/>
          <w:left w:val="single" w:sz="8" w:space="0" w:color="F0E5D5" w:themeColor="accent6"/>
          <w:bottom w:val="single" w:sz="8" w:space="0" w:color="F0E5D5" w:themeColor="accent6"/>
          <w:right w:val="single" w:sz="8" w:space="0" w:color="F0E5D5"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39352D" w:themeColor="text1"/>
        <w:left w:val="single" w:sz="8" w:space="0" w:color="39352D" w:themeColor="text1"/>
        <w:bottom w:val="single" w:sz="8" w:space="0" w:color="39352D" w:themeColor="text1"/>
        <w:right w:val="single" w:sz="8" w:space="0" w:color="39352D" w:themeColor="text1"/>
        <w:insideH w:val="single" w:sz="8" w:space="0" w:color="39352D" w:themeColor="text1"/>
        <w:insideV w:val="single" w:sz="8" w:space="0" w:color="39352D"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9352D" w:themeColor="text1"/>
          <w:left w:val="single" w:sz="8" w:space="0" w:color="39352D" w:themeColor="text1"/>
          <w:bottom w:val="single" w:sz="18" w:space="0" w:color="39352D" w:themeColor="text1"/>
          <w:right w:val="single" w:sz="8" w:space="0" w:color="39352D" w:themeColor="text1"/>
          <w:insideH w:val="nil"/>
          <w:insideV w:val="single" w:sz="8" w:space="0" w:color="39352D"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9352D" w:themeColor="text1"/>
          <w:left w:val="single" w:sz="8" w:space="0" w:color="39352D" w:themeColor="text1"/>
          <w:bottom w:val="single" w:sz="8" w:space="0" w:color="39352D" w:themeColor="text1"/>
          <w:right w:val="single" w:sz="8" w:space="0" w:color="39352D" w:themeColor="text1"/>
          <w:insideH w:val="nil"/>
          <w:insideV w:val="single" w:sz="8" w:space="0" w:color="39352D"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9352D" w:themeColor="text1"/>
          <w:left w:val="single" w:sz="8" w:space="0" w:color="39352D" w:themeColor="text1"/>
          <w:bottom w:val="single" w:sz="8" w:space="0" w:color="39352D" w:themeColor="text1"/>
          <w:right w:val="single" w:sz="8" w:space="0" w:color="39352D" w:themeColor="text1"/>
        </w:tcBorders>
      </w:tcPr>
    </w:tblStylePr>
    <w:tblStylePr w:type="band1Vert">
      <w:tblPr/>
      <w:tcPr>
        <w:tcBorders>
          <w:top w:val="single" w:sz="8" w:space="0" w:color="39352D" w:themeColor="text1"/>
          <w:left w:val="single" w:sz="8" w:space="0" w:color="39352D" w:themeColor="text1"/>
          <w:bottom w:val="single" w:sz="8" w:space="0" w:color="39352D" w:themeColor="text1"/>
          <w:right w:val="single" w:sz="8" w:space="0" w:color="39352D" w:themeColor="text1"/>
        </w:tcBorders>
        <w:shd w:val="clear" w:color="auto" w:fill="D2CEC6" w:themeFill="text1" w:themeFillTint="3F"/>
      </w:tcPr>
    </w:tblStylePr>
    <w:tblStylePr w:type="band1Horz">
      <w:tblPr/>
      <w:tcPr>
        <w:tcBorders>
          <w:top w:val="single" w:sz="8" w:space="0" w:color="39352D" w:themeColor="text1"/>
          <w:left w:val="single" w:sz="8" w:space="0" w:color="39352D" w:themeColor="text1"/>
          <w:bottom w:val="single" w:sz="8" w:space="0" w:color="39352D" w:themeColor="text1"/>
          <w:right w:val="single" w:sz="8" w:space="0" w:color="39352D" w:themeColor="text1"/>
          <w:insideV w:val="single" w:sz="8" w:space="0" w:color="39352D" w:themeColor="text1"/>
        </w:tcBorders>
        <w:shd w:val="clear" w:color="auto" w:fill="D2CEC6" w:themeFill="text1" w:themeFillTint="3F"/>
      </w:tcPr>
    </w:tblStylePr>
    <w:tblStylePr w:type="band2Horz">
      <w:tblPr/>
      <w:tcPr>
        <w:tcBorders>
          <w:top w:val="single" w:sz="8" w:space="0" w:color="39352D" w:themeColor="text1"/>
          <w:left w:val="single" w:sz="8" w:space="0" w:color="39352D" w:themeColor="text1"/>
          <w:bottom w:val="single" w:sz="8" w:space="0" w:color="39352D" w:themeColor="text1"/>
          <w:right w:val="single" w:sz="8" w:space="0" w:color="39352D" w:themeColor="text1"/>
          <w:insideV w:val="single" w:sz="8" w:space="0" w:color="39352D"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E6D2B5" w:themeColor="accent1"/>
        <w:left w:val="single" w:sz="8" w:space="0" w:color="E6D2B5" w:themeColor="accent1"/>
        <w:bottom w:val="single" w:sz="8" w:space="0" w:color="E6D2B5" w:themeColor="accent1"/>
        <w:right w:val="single" w:sz="8" w:space="0" w:color="E6D2B5" w:themeColor="accent1"/>
        <w:insideH w:val="single" w:sz="8" w:space="0" w:color="E6D2B5" w:themeColor="accent1"/>
        <w:insideV w:val="single" w:sz="8" w:space="0" w:color="E6D2B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D2B5" w:themeColor="accent1"/>
          <w:left w:val="single" w:sz="8" w:space="0" w:color="E6D2B5" w:themeColor="accent1"/>
          <w:bottom w:val="single" w:sz="18" w:space="0" w:color="E6D2B5" w:themeColor="accent1"/>
          <w:right w:val="single" w:sz="8" w:space="0" w:color="E6D2B5" w:themeColor="accent1"/>
          <w:insideH w:val="nil"/>
          <w:insideV w:val="single" w:sz="8" w:space="0" w:color="E6D2B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D2B5" w:themeColor="accent1"/>
          <w:left w:val="single" w:sz="8" w:space="0" w:color="E6D2B5" w:themeColor="accent1"/>
          <w:bottom w:val="single" w:sz="8" w:space="0" w:color="E6D2B5" w:themeColor="accent1"/>
          <w:right w:val="single" w:sz="8" w:space="0" w:color="E6D2B5" w:themeColor="accent1"/>
          <w:insideH w:val="nil"/>
          <w:insideV w:val="single" w:sz="8" w:space="0" w:color="E6D2B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D2B5" w:themeColor="accent1"/>
          <w:left w:val="single" w:sz="8" w:space="0" w:color="E6D2B5" w:themeColor="accent1"/>
          <w:bottom w:val="single" w:sz="8" w:space="0" w:color="E6D2B5" w:themeColor="accent1"/>
          <w:right w:val="single" w:sz="8" w:space="0" w:color="E6D2B5" w:themeColor="accent1"/>
        </w:tcBorders>
      </w:tcPr>
    </w:tblStylePr>
    <w:tblStylePr w:type="band1Vert">
      <w:tblPr/>
      <w:tcPr>
        <w:tcBorders>
          <w:top w:val="single" w:sz="8" w:space="0" w:color="E6D2B5" w:themeColor="accent1"/>
          <w:left w:val="single" w:sz="8" w:space="0" w:color="E6D2B5" w:themeColor="accent1"/>
          <w:bottom w:val="single" w:sz="8" w:space="0" w:color="E6D2B5" w:themeColor="accent1"/>
          <w:right w:val="single" w:sz="8" w:space="0" w:color="E6D2B5" w:themeColor="accent1"/>
        </w:tcBorders>
        <w:shd w:val="clear" w:color="auto" w:fill="F8F3EC" w:themeFill="accent1" w:themeFillTint="3F"/>
      </w:tcPr>
    </w:tblStylePr>
    <w:tblStylePr w:type="band1Horz">
      <w:tblPr/>
      <w:tcPr>
        <w:tcBorders>
          <w:top w:val="single" w:sz="8" w:space="0" w:color="E6D2B5" w:themeColor="accent1"/>
          <w:left w:val="single" w:sz="8" w:space="0" w:color="E6D2B5" w:themeColor="accent1"/>
          <w:bottom w:val="single" w:sz="8" w:space="0" w:color="E6D2B5" w:themeColor="accent1"/>
          <w:right w:val="single" w:sz="8" w:space="0" w:color="E6D2B5" w:themeColor="accent1"/>
          <w:insideV w:val="single" w:sz="8" w:space="0" w:color="E6D2B5" w:themeColor="accent1"/>
        </w:tcBorders>
        <w:shd w:val="clear" w:color="auto" w:fill="F8F3EC" w:themeFill="accent1" w:themeFillTint="3F"/>
      </w:tcPr>
    </w:tblStylePr>
    <w:tblStylePr w:type="band2Horz">
      <w:tblPr/>
      <w:tcPr>
        <w:tcBorders>
          <w:top w:val="single" w:sz="8" w:space="0" w:color="E6D2B5" w:themeColor="accent1"/>
          <w:left w:val="single" w:sz="8" w:space="0" w:color="E6D2B5" w:themeColor="accent1"/>
          <w:bottom w:val="single" w:sz="8" w:space="0" w:color="E6D2B5" w:themeColor="accent1"/>
          <w:right w:val="single" w:sz="8" w:space="0" w:color="E6D2B5" w:themeColor="accent1"/>
          <w:insideV w:val="single" w:sz="8" w:space="0" w:color="E6D2B5"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7A6A52" w:themeColor="accent2"/>
        <w:left w:val="single" w:sz="8" w:space="0" w:color="7A6A52" w:themeColor="accent2"/>
        <w:bottom w:val="single" w:sz="8" w:space="0" w:color="7A6A52" w:themeColor="accent2"/>
        <w:right w:val="single" w:sz="8" w:space="0" w:color="7A6A52" w:themeColor="accent2"/>
        <w:insideH w:val="single" w:sz="8" w:space="0" w:color="7A6A52" w:themeColor="accent2"/>
        <w:insideV w:val="single" w:sz="8" w:space="0" w:color="7A6A5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6A52" w:themeColor="accent2"/>
          <w:left w:val="single" w:sz="8" w:space="0" w:color="7A6A52" w:themeColor="accent2"/>
          <w:bottom w:val="single" w:sz="18" w:space="0" w:color="7A6A52" w:themeColor="accent2"/>
          <w:right w:val="single" w:sz="8" w:space="0" w:color="7A6A52" w:themeColor="accent2"/>
          <w:insideH w:val="nil"/>
          <w:insideV w:val="single" w:sz="8" w:space="0" w:color="7A6A5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6A52" w:themeColor="accent2"/>
          <w:left w:val="single" w:sz="8" w:space="0" w:color="7A6A52" w:themeColor="accent2"/>
          <w:bottom w:val="single" w:sz="8" w:space="0" w:color="7A6A52" w:themeColor="accent2"/>
          <w:right w:val="single" w:sz="8" w:space="0" w:color="7A6A52" w:themeColor="accent2"/>
          <w:insideH w:val="nil"/>
          <w:insideV w:val="single" w:sz="8" w:space="0" w:color="7A6A5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6A52" w:themeColor="accent2"/>
          <w:left w:val="single" w:sz="8" w:space="0" w:color="7A6A52" w:themeColor="accent2"/>
          <w:bottom w:val="single" w:sz="8" w:space="0" w:color="7A6A52" w:themeColor="accent2"/>
          <w:right w:val="single" w:sz="8" w:space="0" w:color="7A6A52" w:themeColor="accent2"/>
        </w:tcBorders>
      </w:tcPr>
    </w:tblStylePr>
    <w:tblStylePr w:type="band1Vert">
      <w:tblPr/>
      <w:tcPr>
        <w:tcBorders>
          <w:top w:val="single" w:sz="8" w:space="0" w:color="7A6A52" w:themeColor="accent2"/>
          <w:left w:val="single" w:sz="8" w:space="0" w:color="7A6A52" w:themeColor="accent2"/>
          <w:bottom w:val="single" w:sz="8" w:space="0" w:color="7A6A52" w:themeColor="accent2"/>
          <w:right w:val="single" w:sz="8" w:space="0" w:color="7A6A52" w:themeColor="accent2"/>
        </w:tcBorders>
        <w:shd w:val="clear" w:color="auto" w:fill="E0DAD1" w:themeFill="accent2" w:themeFillTint="3F"/>
      </w:tcPr>
    </w:tblStylePr>
    <w:tblStylePr w:type="band1Horz">
      <w:tblPr/>
      <w:tcPr>
        <w:tcBorders>
          <w:top w:val="single" w:sz="8" w:space="0" w:color="7A6A52" w:themeColor="accent2"/>
          <w:left w:val="single" w:sz="8" w:space="0" w:color="7A6A52" w:themeColor="accent2"/>
          <w:bottom w:val="single" w:sz="8" w:space="0" w:color="7A6A52" w:themeColor="accent2"/>
          <w:right w:val="single" w:sz="8" w:space="0" w:color="7A6A52" w:themeColor="accent2"/>
          <w:insideV w:val="single" w:sz="8" w:space="0" w:color="7A6A52" w:themeColor="accent2"/>
        </w:tcBorders>
        <w:shd w:val="clear" w:color="auto" w:fill="E0DAD1" w:themeFill="accent2" w:themeFillTint="3F"/>
      </w:tcPr>
    </w:tblStylePr>
    <w:tblStylePr w:type="band2Horz">
      <w:tblPr/>
      <w:tcPr>
        <w:tcBorders>
          <w:top w:val="single" w:sz="8" w:space="0" w:color="7A6A52" w:themeColor="accent2"/>
          <w:left w:val="single" w:sz="8" w:space="0" w:color="7A6A52" w:themeColor="accent2"/>
          <w:bottom w:val="single" w:sz="8" w:space="0" w:color="7A6A52" w:themeColor="accent2"/>
          <w:right w:val="single" w:sz="8" w:space="0" w:color="7A6A52" w:themeColor="accent2"/>
          <w:insideV w:val="single" w:sz="8" w:space="0" w:color="7A6A5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D9C6A8" w:themeColor="accent3"/>
        <w:left w:val="single" w:sz="8" w:space="0" w:color="D9C6A8" w:themeColor="accent3"/>
        <w:bottom w:val="single" w:sz="8" w:space="0" w:color="D9C6A8" w:themeColor="accent3"/>
        <w:right w:val="single" w:sz="8" w:space="0" w:color="D9C6A8" w:themeColor="accent3"/>
        <w:insideH w:val="single" w:sz="8" w:space="0" w:color="D9C6A8" w:themeColor="accent3"/>
        <w:insideV w:val="single" w:sz="8" w:space="0" w:color="D9C6A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9C6A8" w:themeColor="accent3"/>
          <w:left w:val="single" w:sz="8" w:space="0" w:color="D9C6A8" w:themeColor="accent3"/>
          <w:bottom w:val="single" w:sz="18" w:space="0" w:color="D9C6A8" w:themeColor="accent3"/>
          <w:right w:val="single" w:sz="8" w:space="0" w:color="D9C6A8" w:themeColor="accent3"/>
          <w:insideH w:val="nil"/>
          <w:insideV w:val="single" w:sz="8" w:space="0" w:color="D9C6A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9C6A8" w:themeColor="accent3"/>
          <w:left w:val="single" w:sz="8" w:space="0" w:color="D9C6A8" w:themeColor="accent3"/>
          <w:bottom w:val="single" w:sz="8" w:space="0" w:color="D9C6A8" w:themeColor="accent3"/>
          <w:right w:val="single" w:sz="8" w:space="0" w:color="D9C6A8" w:themeColor="accent3"/>
          <w:insideH w:val="nil"/>
          <w:insideV w:val="single" w:sz="8" w:space="0" w:color="D9C6A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9C6A8" w:themeColor="accent3"/>
          <w:left w:val="single" w:sz="8" w:space="0" w:color="D9C6A8" w:themeColor="accent3"/>
          <w:bottom w:val="single" w:sz="8" w:space="0" w:color="D9C6A8" w:themeColor="accent3"/>
          <w:right w:val="single" w:sz="8" w:space="0" w:color="D9C6A8" w:themeColor="accent3"/>
        </w:tcBorders>
      </w:tcPr>
    </w:tblStylePr>
    <w:tblStylePr w:type="band1Vert">
      <w:tblPr/>
      <w:tcPr>
        <w:tcBorders>
          <w:top w:val="single" w:sz="8" w:space="0" w:color="D9C6A8" w:themeColor="accent3"/>
          <w:left w:val="single" w:sz="8" w:space="0" w:color="D9C6A8" w:themeColor="accent3"/>
          <w:bottom w:val="single" w:sz="8" w:space="0" w:color="D9C6A8" w:themeColor="accent3"/>
          <w:right w:val="single" w:sz="8" w:space="0" w:color="D9C6A8" w:themeColor="accent3"/>
        </w:tcBorders>
        <w:shd w:val="clear" w:color="auto" w:fill="F5F0E9" w:themeFill="accent3" w:themeFillTint="3F"/>
      </w:tcPr>
    </w:tblStylePr>
    <w:tblStylePr w:type="band1Horz">
      <w:tblPr/>
      <w:tcPr>
        <w:tcBorders>
          <w:top w:val="single" w:sz="8" w:space="0" w:color="D9C6A8" w:themeColor="accent3"/>
          <w:left w:val="single" w:sz="8" w:space="0" w:color="D9C6A8" w:themeColor="accent3"/>
          <w:bottom w:val="single" w:sz="8" w:space="0" w:color="D9C6A8" w:themeColor="accent3"/>
          <w:right w:val="single" w:sz="8" w:space="0" w:color="D9C6A8" w:themeColor="accent3"/>
          <w:insideV w:val="single" w:sz="8" w:space="0" w:color="D9C6A8" w:themeColor="accent3"/>
        </w:tcBorders>
        <w:shd w:val="clear" w:color="auto" w:fill="F5F0E9" w:themeFill="accent3" w:themeFillTint="3F"/>
      </w:tcPr>
    </w:tblStylePr>
    <w:tblStylePr w:type="band2Horz">
      <w:tblPr/>
      <w:tcPr>
        <w:tcBorders>
          <w:top w:val="single" w:sz="8" w:space="0" w:color="D9C6A8" w:themeColor="accent3"/>
          <w:left w:val="single" w:sz="8" w:space="0" w:color="D9C6A8" w:themeColor="accent3"/>
          <w:bottom w:val="single" w:sz="8" w:space="0" w:color="D9C6A8" w:themeColor="accent3"/>
          <w:right w:val="single" w:sz="8" w:space="0" w:color="D9C6A8" w:themeColor="accent3"/>
          <w:insideV w:val="single" w:sz="8" w:space="0" w:color="D9C6A8"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A99B86" w:themeColor="accent4"/>
        <w:left w:val="single" w:sz="8" w:space="0" w:color="A99B86" w:themeColor="accent4"/>
        <w:bottom w:val="single" w:sz="8" w:space="0" w:color="A99B86" w:themeColor="accent4"/>
        <w:right w:val="single" w:sz="8" w:space="0" w:color="A99B86" w:themeColor="accent4"/>
        <w:insideH w:val="single" w:sz="8" w:space="0" w:color="A99B86" w:themeColor="accent4"/>
        <w:insideV w:val="single" w:sz="8" w:space="0" w:color="A99B8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9B86" w:themeColor="accent4"/>
          <w:left w:val="single" w:sz="8" w:space="0" w:color="A99B86" w:themeColor="accent4"/>
          <w:bottom w:val="single" w:sz="18" w:space="0" w:color="A99B86" w:themeColor="accent4"/>
          <w:right w:val="single" w:sz="8" w:space="0" w:color="A99B86" w:themeColor="accent4"/>
          <w:insideH w:val="nil"/>
          <w:insideV w:val="single" w:sz="8" w:space="0" w:color="A99B8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9B86" w:themeColor="accent4"/>
          <w:left w:val="single" w:sz="8" w:space="0" w:color="A99B86" w:themeColor="accent4"/>
          <w:bottom w:val="single" w:sz="8" w:space="0" w:color="A99B86" w:themeColor="accent4"/>
          <w:right w:val="single" w:sz="8" w:space="0" w:color="A99B86" w:themeColor="accent4"/>
          <w:insideH w:val="nil"/>
          <w:insideV w:val="single" w:sz="8" w:space="0" w:color="A99B8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9B86" w:themeColor="accent4"/>
          <w:left w:val="single" w:sz="8" w:space="0" w:color="A99B86" w:themeColor="accent4"/>
          <w:bottom w:val="single" w:sz="8" w:space="0" w:color="A99B86" w:themeColor="accent4"/>
          <w:right w:val="single" w:sz="8" w:space="0" w:color="A99B86" w:themeColor="accent4"/>
        </w:tcBorders>
      </w:tcPr>
    </w:tblStylePr>
    <w:tblStylePr w:type="band1Vert">
      <w:tblPr/>
      <w:tcPr>
        <w:tcBorders>
          <w:top w:val="single" w:sz="8" w:space="0" w:color="A99B86" w:themeColor="accent4"/>
          <w:left w:val="single" w:sz="8" w:space="0" w:color="A99B86" w:themeColor="accent4"/>
          <w:bottom w:val="single" w:sz="8" w:space="0" w:color="A99B86" w:themeColor="accent4"/>
          <w:right w:val="single" w:sz="8" w:space="0" w:color="A99B86" w:themeColor="accent4"/>
        </w:tcBorders>
        <w:shd w:val="clear" w:color="auto" w:fill="E9E6E1" w:themeFill="accent4" w:themeFillTint="3F"/>
      </w:tcPr>
    </w:tblStylePr>
    <w:tblStylePr w:type="band1Horz">
      <w:tblPr/>
      <w:tcPr>
        <w:tcBorders>
          <w:top w:val="single" w:sz="8" w:space="0" w:color="A99B86" w:themeColor="accent4"/>
          <w:left w:val="single" w:sz="8" w:space="0" w:color="A99B86" w:themeColor="accent4"/>
          <w:bottom w:val="single" w:sz="8" w:space="0" w:color="A99B86" w:themeColor="accent4"/>
          <w:right w:val="single" w:sz="8" w:space="0" w:color="A99B86" w:themeColor="accent4"/>
          <w:insideV w:val="single" w:sz="8" w:space="0" w:color="A99B86" w:themeColor="accent4"/>
        </w:tcBorders>
        <w:shd w:val="clear" w:color="auto" w:fill="E9E6E1" w:themeFill="accent4" w:themeFillTint="3F"/>
      </w:tcPr>
    </w:tblStylePr>
    <w:tblStylePr w:type="band2Horz">
      <w:tblPr/>
      <w:tcPr>
        <w:tcBorders>
          <w:top w:val="single" w:sz="8" w:space="0" w:color="A99B86" w:themeColor="accent4"/>
          <w:left w:val="single" w:sz="8" w:space="0" w:color="A99B86" w:themeColor="accent4"/>
          <w:bottom w:val="single" w:sz="8" w:space="0" w:color="A99B86" w:themeColor="accent4"/>
          <w:right w:val="single" w:sz="8" w:space="0" w:color="A99B86" w:themeColor="accent4"/>
          <w:insideV w:val="single" w:sz="8" w:space="0" w:color="A99B86"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BDA784" w:themeColor="accent5"/>
        <w:left w:val="single" w:sz="8" w:space="0" w:color="BDA784" w:themeColor="accent5"/>
        <w:bottom w:val="single" w:sz="8" w:space="0" w:color="BDA784" w:themeColor="accent5"/>
        <w:right w:val="single" w:sz="8" w:space="0" w:color="BDA784" w:themeColor="accent5"/>
        <w:insideH w:val="single" w:sz="8" w:space="0" w:color="BDA784" w:themeColor="accent5"/>
        <w:insideV w:val="single" w:sz="8" w:space="0" w:color="BDA78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DA784" w:themeColor="accent5"/>
          <w:left w:val="single" w:sz="8" w:space="0" w:color="BDA784" w:themeColor="accent5"/>
          <w:bottom w:val="single" w:sz="18" w:space="0" w:color="BDA784" w:themeColor="accent5"/>
          <w:right w:val="single" w:sz="8" w:space="0" w:color="BDA784" w:themeColor="accent5"/>
          <w:insideH w:val="nil"/>
          <w:insideV w:val="single" w:sz="8" w:space="0" w:color="BDA78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DA784" w:themeColor="accent5"/>
          <w:left w:val="single" w:sz="8" w:space="0" w:color="BDA784" w:themeColor="accent5"/>
          <w:bottom w:val="single" w:sz="8" w:space="0" w:color="BDA784" w:themeColor="accent5"/>
          <w:right w:val="single" w:sz="8" w:space="0" w:color="BDA784" w:themeColor="accent5"/>
          <w:insideH w:val="nil"/>
          <w:insideV w:val="single" w:sz="8" w:space="0" w:color="BDA78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DA784" w:themeColor="accent5"/>
          <w:left w:val="single" w:sz="8" w:space="0" w:color="BDA784" w:themeColor="accent5"/>
          <w:bottom w:val="single" w:sz="8" w:space="0" w:color="BDA784" w:themeColor="accent5"/>
          <w:right w:val="single" w:sz="8" w:space="0" w:color="BDA784" w:themeColor="accent5"/>
        </w:tcBorders>
      </w:tcPr>
    </w:tblStylePr>
    <w:tblStylePr w:type="band1Vert">
      <w:tblPr/>
      <w:tcPr>
        <w:tcBorders>
          <w:top w:val="single" w:sz="8" w:space="0" w:color="BDA784" w:themeColor="accent5"/>
          <w:left w:val="single" w:sz="8" w:space="0" w:color="BDA784" w:themeColor="accent5"/>
          <w:bottom w:val="single" w:sz="8" w:space="0" w:color="BDA784" w:themeColor="accent5"/>
          <w:right w:val="single" w:sz="8" w:space="0" w:color="BDA784" w:themeColor="accent5"/>
        </w:tcBorders>
        <w:shd w:val="clear" w:color="auto" w:fill="EEE9E0" w:themeFill="accent5" w:themeFillTint="3F"/>
      </w:tcPr>
    </w:tblStylePr>
    <w:tblStylePr w:type="band1Horz">
      <w:tblPr/>
      <w:tcPr>
        <w:tcBorders>
          <w:top w:val="single" w:sz="8" w:space="0" w:color="BDA784" w:themeColor="accent5"/>
          <w:left w:val="single" w:sz="8" w:space="0" w:color="BDA784" w:themeColor="accent5"/>
          <w:bottom w:val="single" w:sz="8" w:space="0" w:color="BDA784" w:themeColor="accent5"/>
          <w:right w:val="single" w:sz="8" w:space="0" w:color="BDA784" w:themeColor="accent5"/>
          <w:insideV w:val="single" w:sz="8" w:space="0" w:color="BDA784" w:themeColor="accent5"/>
        </w:tcBorders>
        <w:shd w:val="clear" w:color="auto" w:fill="EEE9E0" w:themeFill="accent5" w:themeFillTint="3F"/>
      </w:tcPr>
    </w:tblStylePr>
    <w:tblStylePr w:type="band2Horz">
      <w:tblPr/>
      <w:tcPr>
        <w:tcBorders>
          <w:top w:val="single" w:sz="8" w:space="0" w:color="BDA784" w:themeColor="accent5"/>
          <w:left w:val="single" w:sz="8" w:space="0" w:color="BDA784" w:themeColor="accent5"/>
          <w:bottom w:val="single" w:sz="8" w:space="0" w:color="BDA784" w:themeColor="accent5"/>
          <w:right w:val="single" w:sz="8" w:space="0" w:color="BDA784" w:themeColor="accent5"/>
          <w:insideV w:val="single" w:sz="8" w:space="0" w:color="BDA784"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0E5D5" w:themeColor="accent6"/>
        <w:left w:val="single" w:sz="8" w:space="0" w:color="F0E5D5" w:themeColor="accent6"/>
        <w:bottom w:val="single" w:sz="8" w:space="0" w:color="F0E5D5" w:themeColor="accent6"/>
        <w:right w:val="single" w:sz="8" w:space="0" w:color="F0E5D5" w:themeColor="accent6"/>
        <w:insideH w:val="single" w:sz="8" w:space="0" w:color="F0E5D5" w:themeColor="accent6"/>
        <w:insideV w:val="single" w:sz="8" w:space="0" w:color="F0E5D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E5D5" w:themeColor="accent6"/>
          <w:left w:val="single" w:sz="8" w:space="0" w:color="F0E5D5" w:themeColor="accent6"/>
          <w:bottom w:val="single" w:sz="18" w:space="0" w:color="F0E5D5" w:themeColor="accent6"/>
          <w:right w:val="single" w:sz="8" w:space="0" w:color="F0E5D5" w:themeColor="accent6"/>
          <w:insideH w:val="nil"/>
          <w:insideV w:val="single" w:sz="8" w:space="0" w:color="F0E5D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E5D5" w:themeColor="accent6"/>
          <w:left w:val="single" w:sz="8" w:space="0" w:color="F0E5D5" w:themeColor="accent6"/>
          <w:bottom w:val="single" w:sz="8" w:space="0" w:color="F0E5D5" w:themeColor="accent6"/>
          <w:right w:val="single" w:sz="8" w:space="0" w:color="F0E5D5" w:themeColor="accent6"/>
          <w:insideH w:val="nil"/>
          <w:insideV w:val="single" w:sz="8" w:space="0" w:color="F0E5D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E5D5" w:themeColor="accent6"/>
          <w:left w:val="single" w:sz="8" w:space="0" w:color="F0E5D5" w:themeColor="accent6"/>
          <w:bottom w:val="single" w:sz="8" w:space="0" w:color="F0E5D5" w:themeColor="accent6"/>
          <w:right w:val="single" w:sz="8" w:space="0" w:color="F0E5D5" w:themeColor="accent6"/>
        </w:tcBorders>
      </w:tcPr>
    </w:tblStylePr>
    <w:tblStylePr w:type="band1Vert">
      <w:tblPr/>
      <w:tcPr>
        <w:tcBorders>
          <w:top w:val="single" w:sz="8" w:space="0" w:color="F0E5D5" w:themeColor="accent6"/>
          <w:left w:val="single" w:sz="8" w:space="0" w:color="F0E5D5" w:themeColor="accent6"/>
          <w:bottom w:val="single" w:sz="8" w:space="0" w:color="F0E5D5" w:themeColor="accent6"/>
          <w:right w:val="single" w:sz="8" w:space="0" w:color="F0E5D5" w:themeColor="accent6"/>
        </w:tcBorders>
        <w:shd w:val="clear" w:color="auto" w:fill="FBF8F4" w:themeFill="accent6" w:themeFillTint="3F"/>
      </w:tcPr>
    </w:tblStylePr>
    <w:tblStylePr w:type="band1Horz">
      <w:tblPr/>
      <w:tcPr>
        <w:tcBorders>
          <w:top w:val="single" w:sz="8" w:space="0" w:color="F0E5D5" w:themeColor="accent6"/>
          <w:left w:val="single" w:sz="8" w:space="0" w:color="F0E5D5" w:themeColor="accent6"/>
          <w:bottom w:val="single" w:sz="8" w:space="0" w:color="F0E5D5" w:themeColor="accent6"/>
          <w:right w:val="single" w:sz="8" w:space="0" w:color="F0E5D5" w:themeColor="accent6"/>
          <w:insideV w:val="single" w:sz="8" w:space="0" w:color="F0E5D5" w:themeColor="accent6"/>
        </w:tcBorders>
        <w:shd w:val="clear" w:color="auto" w:fill="FBF8F4" w:themeFill="accent6" w:themeFillTint="3F"/>
      </w:tcPr>
    </w:tblStylePr>
    <w:tblStylePr w:type="band2Horz">
      <w:tblPr/>
      <w:tcPr>
        <w:tcBorders>
          <w:top w:val="single" w:sz="8" w:space="0" w:color="F0E5D5" w:themeColor="accent6"/>
          <w:left w:val="single" w:sz="8" w:space="0" w:color="F0E5D5" w:themeColor="accent6"/>
          <w:bottom w:val="single" w:sz="8" w:space="0" w:color="F0E5D5" w:themeColor="accent6"/>
          <w:right w:val="single" w:sz="8" w:space="0" w:color="F0E5D5" w:themeColor="accent6"/>
          <w:insideV w:val="single" w:sz="8" w:space="0" w:color="F0E5D5"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726A5A" w:themeColor="text1" w:themeTint="BF"/>
        <w:left w:val="single" w:sz="8" w:space="0" w:color="726A5A" w:themeColor="text1" w:themeTint="BF"/>
        <w:bottom w:val="single" w:sz="8" w:space="0" w:color="726A5A" w:themeColor="text1" w:themeTint="BF"/>
        <w:right w:val="single" w:sz="8" w:space="0" w:color="726A5A" w:themeColor="text1" w:themeTint="BF"/>
        <w:insideH w:val="single" w:sz="8" w:space="0" w:color="726A5A" w:themeColor="text1" w:themeTint="BF"/>
      </w:tblBorders>
    </w:tblPr>
    <w:tblStylePr w:type="firstRow">
      <w:pPr>
        <w:spacing w:before="0" w:after="0" w:line="240" w:lineRule="auto"/>
      </w:pPr>
      <w:rPr>
        <w:b/>
        <w:bCs/>
        <w:color w:val="FFFFFF" w:themeColor="background1"/>
      </w:rPr>
      <w:tblPr/>
      <w:tcPr>
        <w:tcBorders>
          <w:top w:val="single" w:sz="8" w:space="0" w:color="726A5A" w:themeColor="text1" w:themeTint="BF"/>
          <w:left w:val="single" w:sz="8" w:space="0" w:color="726A5A" w:themeColor="text1" w:themeTint="BF"/>
          <w:bottom w:val="single" w:sz="8" w:space="0" w:color="726A5A" w:themeColor="text1" w:themeTint="BF"/>
          <w:right w:val="single" w:sz="8" w:space="0" w:color="726A5A" w:themeColor="text1" w:themeTint="BF"/>
          <w:insideH w:val="nil"/>
          <w:insideV w:val="nil"/>
        </w:tcBorders>
        <w:shd w:val="clear" w:color="auto" w:fill="39352D" w:themeFill="text1"/>
      </w:tcPr>
    </w:tblStylePr>
    <w:tblStylePr w:type="lastRow">
      <w:pPr>
        <w:spacing w:before="0" w:after="0" w:line="240" w:lineRule="auto"/>
      </w:pPr>
      <w:rPr>
        <w:b/>
        <w:bCs/>
      </w:rPr>
      <w:tblPr/>
      <w:tcPr>
        <w:tcBorders>
          <w:top w:val="double" w:sz="6" w:space="0" w:color="726A5A" w:themeColor="text1" w:themeTint="BF"/>
          <w:left w:val="single" w:sz="8" w:space="0" w:color="726A5A" w:themeColor="text1" w:themeTint="BF"/>
          <w:bottom w:val="single" w:sz="8" w:space="0" w:color="726A5A" w:themeColor="text1" w:themeTint="BF"/>
          <w:right w:val="single" w:sz="8" w:space="0" w:color="726A5A" w:themeColor="text1" w:themeTint="BF"/>
          <w:insideH w:val="nil"/>
          <w:insideV w:val="nil"/>
        </w:tcBorders>
      </w:tcPr>
    </w:tblStylePr>
    <w:tblStylePr w:type="firstCol">
      <w:rPr>
        <w:b/>
        <w:bCs/>
      </w:rPr>
    </w:tblStylePr>
    <w:tblStylePr w:type="lastCol">
      <w:rPr>
        <w:b/>
        <w:bCs/>
      </w:rPr>
    </w:tblStylePr>
    <w:tblStylePr w:type="band1Vert">
      <w:tblPr/>
      <w:tcPr>
        <w:shd w:val="clear" w:color="auto" w:fill="D2CEC6" w:themeFill="text1" w:themeFillTint="3F"/>
      </w:tcPr>
    </w:tblStylePr>
    <w:tblStylePr w:type="band1Horz">
      <w:tblPr/>
      <w:tcPr>
        <w:tcBorders>
          <w:insideH w:val="nil"/>
          <w:insideV w:val="nil"/>
        </w:tcBorders>
        <w:shd w:val="clear" w:color="auto" w:fill="D2CE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ECDDC7" w:themeColor="accent1" w:themeTint="BF"/>
        <w:left w:val="single" w:sz="8" w:space="0" w:color="ECDDC7" w:themeColor="accent1" w:themeTint="BF"/>
        <w:bottom w:val="single" w:sz="8" w:space="0" w:color="ECDDC7" w:themeColor="accent1" w:themeTint="BF"/>
        <w:right w:val="single" w:sz="8" w:space="0" w:color="ECDDC7" w:themeColor="accent1" w:themeTint="BF"/>
        <w:insideH w:val="single" w:sz="8" w:space="0" w:color="ECDDC7" w:themeColor="accent1" w:themeTint="BF"/>
      </w:tblBorders>
    </w:tblPr>
    <w:tblStylePr w:type="firstRow">
      <w:pPr>
        <w:spacing w:before="0" w:after="0" w:line="240" w:lineRule="auto"/>
      </w:pPr>
      <w:rPr>
        <w:b/>
        <w:bCs/>
        <w:color w:val="FFFFFF" w:themeColor="background1"/>
      </w:rPr>
      <w:tblPr/>
      <w:tcPr>
        <w:tcBorders>
          <w:top w:val="single" w:sz="8" w:space="0" w:color="ECDDC7" w:themeColor="accent1" w:themeTint="BF"/>
          <w:left w:val="single" w:sz="8" w:space="0" w:color="ECDDC7" w:themeColor="accent1" w:themeTint="BF"/>
          <w:bottom w:val="single" w:sz="8" w:space="0" w:color="ECDDC7" w:themeColor="accent1" w:themeTint="BF"/>
          <w:right w:val="single" w:sz="8" w:space="0" w:color="ECDDC7" w:themeColor="accent1" w:themeTint="BF"/>
          <w:insideH w:val="nil"/>
          <w:insideV w:val="nil"/>
        </w:tcBorders>
        <w:shd w:val="clear" w:color="auto" w:fill="E6D2B5" w:themeFill="accent1"/>
      </w:tcPr>
    </w:tblStylePr>
    <w:tblStylePr w:type="lastRow">
      <w:pPr>
        <w:spacing w:before="0" w:after="0" w:line="240" w:lineRule="auto"/>
      </w:pPr>
      <w:rPr>
        <w:b/>
        <w:bCs/>
      </w:rPr>
      <w:tblPr/>
      <w:tcPr>
        <w:tcBorders>
          <w:top w:val="double" w:sz="6" w:space="0" w:color="ECDDC7" w:themeColor="accent1" w:themeTint="BF"/>
          <w:left w:val="single" w:sz="8" w:space="0" w:color="ECDDC7" w:themeColor="accent1" w:themeTint="BF"/>
          <w:bottom w:val="single" w:sz="8" w:space="0" w:color="ECDDC7" w:themeColor="accent1" w:themeTint="BF"/>
          <w:right w:val="single" w:sz="8" w:space="0" w:color="ECDDC7" w:themeColor="accent1" w:themeTint="BF"/>
          <w:insideH w:val="nil"/>
          <w:insideV w:val="nil"/>
        </w:tcBorders>
      </w:tcPr>
    </w:tblStylePr>
    <w:tblStylePr w:type="firstCol">
      <w:rPr>
        <w:b/>
        <w:bCs/>
      </w:rPr>
    </w:tblStylePr>
    <w:tblStylePr w:type="lastCol">
      <w:rPr>
        <w:b/>
        <w:bCs/>
      </w:rPr>
    </w:tblStylePr>
    <w:tblStylePr w:type="band1Vert">
      <w:tblPr/>
      <w:tcPr>
        <w:shd w:val="clear" w:color="auto" w:fill="F8F3EC" w:themeFill="accent1" w:themeFillTint="3F"/>
      </w:tcPr>
    </w:tblStylePr>
    <w:tblStylePr w:type="band1Horz">
      <w:tblPr/>
      <w:tcPr>
        <w:tcBorders>
          <w:insideH w:val="nil"/>
          <w:insideV w:val="nil"/>
        </w:tcBorders>
        <w:shd w:val="clear" w:color="auto" w:fill="F8F3EC"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A29075" w:themeColor="accent2" w:themeTint="BF"/>
        <w:left w:val="single" w:sz="8" w:space="0" w:color="A29075" w:themeColor="accent2" w:themeTint="BF"/>
        <w:bottom w:val="single" w:sz="8" w:space="0" w:color="A29075" w:themeColor="accent2" w:themeTint="BF"/>
        <w:right w:val="single" w:sz="8" w:space="0" w:color="A29075" w:themeColor="accent2" w:themeTint="BF"/>
        <w:insideH w:val="single" w:sz="8" w:space="0" w:color="A29075" w:themeColor="accent2" w:themeTint="BF"/>
      </w:tblBorders>
    </w:tblPr>
    <w:tblStylePr w:type="firstRow">
      <w:pPr>
        <w:spacing w:before="0" w:after="0" w:line="240" w:lineRule="auto"/>
      </w:pPr>
      <w:rPr>
        <w:b/>
        <w:bCs/>
        <w:color w:val="FFFFFF" w:themeColor="background1"/>
      </w:rPr>
      <w:tblPr/>
      <w:tcPr>
        <w:tcBorders>
          <w:top w:val="single" w:sz="8" w:space="0" w:color="A29075" w:themeColor="accent2" w:themeTint="BF"/>
          <w:left w:val="single" w:sz="8" w:space="0" w:color="A29075" w:themeColor="accent2" w:themeTint="BF"/>
          <w:bottom w:val="single" w:sz="8" w:space="0" w:color="A29075" w:themeColor="accent2" w:themeTint="BF"/>
          <w:right w:val="single" w:sz="8" w:space="0" w:color="A29075" w:themeColor="accent2" w:themeTint="BF"/>
          <w:insideH w:val="nil"/>
          <w:insideV w:val="nil"/>
        </w:tcBorders>
        <w:shd w:val="clear" w:color="auto" w:fill="7A6A52" w:themeFill="accent2"/>
      </w:tcPr>
    </w:tblStylePr>
    <w:tblStylePr w:type="lastRow">
      <w:pPr>
        <w:spacing w:before="0" w:after="0" w:line="240" w:lineRule="auto"/>
      </w:pPr>
      <w:rPr>
        <w:b/>
        <w:bCs/>
      </w:rPr>
      <w:tblPr/>
      <w:tcPr>
        <w:tcBorders>
          <w:top w:val="double" w:sz="6" w:space="0" w:color="A29075" w:themeColor="accent2" w:themeTint="BF"/>
          <w:left w:val="single" w:sz="8" w:space="0" w:color="A29075" w:themeColor="accent2" w:themeTint="BF"/>
          <w:bottom w:val="single" w:sz="8" w:space="0" w:color="A29075" w:themeColor="accent2" w:themeTint="BF"/>
          <w:right w:val="single" w:sz="8" w:space="0" w:color="A290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E0DAD1" w:themeFill="accent2" w:themeFillTint="3F"/>
      </w:tcPr>
    </w:tblStylePr>
    <w:tblStylePr w:type="band1Horz">
      <w:tblPr/>
      <w:tcPr>
        <w:tcBorders>
          <w:insideH w:val="nil"/>
          <w:insideV w:val="nil"/>
        </w:tcBorders>
        <w:shd w:val="clear" w:color="auto" w:fill="E0DA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E2D4BD" w:themeColor="accent3" w:themeTint="BF"/>
        <w:left w:val="single" w:sz="8" w:space="0" w:color="E2D4BD" w:themeColor="accent3" w:themeTint="BF"/>
        <w:bottom w:val="single" w:sz="8" w:space="0" w:color="E2D4BD" w:themeColor="accent3" w:themeTint="BF"/>
        <w:right w:val="single" w:sz="8" w:space="0" w:color="E2D4BD" w:themeColor="accent3" w:themeTint="BF"/>
        <w:insideH w:val="single" w:sz="8" w:space="0" w:color="E2D4BD" w:themeColor="accent3" w:themeTint="BF"/>
      </w:tblBorders>
    </w:tblPr>
    <w:tblStylePr w:type="firstRow">
      <w:pPr>
        <w:spacing w:before="0" w:after="0" w:line="240" w:lineRule="auto"/>
      </w:pPr>
      <w:rPr>
        <w:b/>
        <w:bCs/>
        <w:color w:val="FFFFFF" w:themeColor="background1"/>
      </w:rPr>
      <w:tblPr/>
      <w:tcPr>
        <w:tcBorders>
          <w:top w:val="single" w:sz="8" w:space="0" w:color="E2D4BD" w:themeColor="accent3" w:themeTint="BF"/>
          <w:left w:val="single" w:sz="8" w:space="0" w:color="E2D4BD" w:themeColor="accent3" w:themeTint="BF"/>
          <w:bottom w:val="single" w:sz="8" w:space="0" w:color="E2D4BD" w:themeColor="accent3" w:themeTint="BF"/>
          <w:right w:val="single" w:sz="8" w:space="0" w:color="E2D4BD" w:themeColor="accent3" w:themeTint="BF"/>
          <w:insideH w:val="nil"/>
          <w:insideV w:val="nil"/>
        </w:tcBorders>
        <w:shd w:val="clear" w:color="auto" w:fill="D9C6A8" w:themeFill="accent3"/>
      </w:tcPr>
    </w:tblStylePr>
    <w:tblStylePr w:type="lastRow">
      <w:pPr>
        <w:spacing w:before="0" w:after="0" w:line="240" w:lineRule="auto"/>
      </w:pPr>
      <w:rPr>
        <w:b/>
        <w:bCs/>
      </w:rPr>
      <w:tblPr/>
      <w:tcPr>
        <w:tcBorders>
          <w:top w:val="double" w:sz="6" w:space="0" w:color="E2D4BD" w:themeColor="accent3" w:themeTint="BF"/>
          <w:left w:val="single" w:sz="8" w:space="0" w:color="E2D4BD" w:themeColor="accent3" w:themeTint="BF"/>
          <w:bottom w:val="single" w:sz="8" w:space="0" w:color="E2D4BD" w:themeColor="accent3" w:themeTint="BF"/>
          <w:right w:val="single" w:sz="8" w:space="0" w:color="E2D4BD" w:themeColor="accent3" w:themeTint="BF"/>
          <w:insideH w:val="nil"/>
          <w:insideV w:val="nil"/>
        </w:tcBorders>
      </w:tcPr>
    </w:tblStylePr>
    <w:tblStylePr w:type="firstCol">
      <w:rPr>
        <w:b/>
        <w:bCs/>
      </w:rPr>
    </w:tblStylePr>
    <w:tblStylePr w:type="lastCol">
      <w:rPr>
        <w:b/>
        <w:bCs/>
      </w:rPr>
    </w:tblStylePr>
    <w:tblStylePr w:type="band1Vert">
      <w:tblPr/>
      <w:tcPr>
        <w:shd w:val="clear" w:color="auto" w:fill="F5F0E9" w:themeFill="accent3" w:themeFillTint="3F"/>
      </w:tcPr>
    </w:tblStylePr>
    <w:tblStylePr w:type="band1Horz">
      <w:tblPr/>
      <w:tcPr>
        <w:tcBorders>
          <w:insideH w:val="nil"/>
          <w:insideV w:val="nil"/>
        </w:tcBorders>
        <w:shd w:val="clear" w:color="auto" w:fill="F5F0E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BEB3A4" w:themeColor="accent4" w:themeTint="BF"/>
        <w:left w:val="single" w:sz="8" w:space="0" w:color="BEB3A4" w:themeColor="accent4" w:themeTint="BF"/>
        <w:bottom w:val="single" w:sz="8" w:space="0" w:color="BEB3A4" w:themeColor="accent4" w:themeTint="BF"/>
        <w:right w:val="single" w:sz="8" w:space="0" w:color="BEB3A4" w:themeColor="accent4" w:themeTint="BF"/>
        <w:insideH w:val="single" w:sz="8" w:space="0" w:color="BEB3A4" w:themeColor="accent4" w:themeTint="BF"/>
      </w:tblBorders>
    </w:tblPr>
    <w:tblStylePr w:type="firstRow">
      <w:pPr>
        <w:spacing w:before="0" w:after="0" w:line="240" w:lineRule="auto"/>
      </w:pPr>
      <w:rPr>
        <w:b/>
        <w:bCs/>
        <w:color w:val="FFFFFF" w:themeColor="background1"/>
      </w:rPr>
      <w:tblPr/>
      <w:tcPr>
        <w:tcBorders>
          <w:top w:val="single" w:sz="8" w:space="0" w:color="BEB3A4" w:themeColor="accent4" w:themeTint="BF"/>
          <w:left w:val="single" w:sz="8" w:space="0" w:color="BEB3A4" w:themeColor="accent4" w:themeTint="BF"/>
          <w:bottom w:val="single" w:sz="8" w:space="0" w:color="BEB3A4" w:themeColor="accent4" w:themeTint="BF"/>
          <w:right w:val="single" w:sz="8" w:space="0" w:color="BEB3A4" w:themeColor="accent4" w:themeTint="BF"/>
          <w:insideH w:val="nil"/>
          <w:insideV w:val="nil"/>
        </w:tcBorders>
        <w:shd w:val="clear" w:color="auto" w:fill="A99B86" w:themeFill="accent4"/>
      </w:tcPr>
    </w:tblStylePr>
    <w:tblStylePr w:type="lastRow">
      <w:pPr>
        <w:spacing w:before="0" w:after="0" w:line="240" w:lineRule="auto"/>
      </w:pPr>
      <w:rPr>
        <w:b/>
        <w:bCs/>
      </w:rPr>
      <w:tblPr/>
      <w:tcPr>
        <w:tcBorders>
          <w:top w:val="double" w:sz="6" w:space="0" w:color="BEB3A4" w:themeColor="accent4" w:themeTint="BF"/>
          <w:left w:val="single" w:sz="8" w:space="0" w:color="BEB3A4" w:themeColor="accent4" w:themeTint="BF"/>
          <w:bottom w:val="single" w:sz="8" w:space="0" w:color="BEB3A4" w:themeColor="accent4" w:themeTint="BF"/>
          <w:right w:val="single" w:sz="8" w:space="0" w:color="BEB3A4" w:themeColor="accent4" w:themeTint="BF"/>
          <w:insideH w:val="nil"/>
          <w:insideV w:val="nil"/>
        </w:tcBorders>
      </w:tcPr>
    </w:tblStylePr>
    <w:tblStylePr w:type="firstCol">
      <w:rPr>
        <w:b/>
        <w:bCs/>
      </w:rPr>
    </w:tblStylePr>
    <w:tblStylePr w:type="lastCol">
      <w:rPr>
        <w:b/>
        <w:bCs/>
      </w:rPr>
    </w:tblStylePr>
    <w:tblStylePr w:type="band1Vert">
      <w:tblPr/>
      <w:tcPr>
        <w:shd w:val="clear" w:color="auto" w:fill="E9E6E1" w:themeFill="accent4" w:themeFillTint="3F"/>
      </w:tcPr>
    </w:tblStylePr>
    <w:tblStylePr w:type="band1Horz">
      <w:tblPr/>
      <w:tcPr>
        <w:tcBorders>
          <w:insideH w:val="nil"/>
          <w:insideV w:val="nil"/>
        </w:tcBorders>
        <w:shd w:val="clear" w:color="auto" w:fill="E9E6E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DBCA2" w:themeColor="accent5" w:themeTint="BF"/>
        <w:left w:val="single" w:sz="8" w:space="0" w:color="CDBCA2" w:themeColor="accent5" w:themeTint="BF"/>
        <w:bottom w:val="single" w:sz="8" w:space="0" w:color="CDBCA2" w:themeColor="accent5" w:themeTint="BF"/>
        <w:right w:val="single" w:sz="8" w:space="0" w:color="CDBCA2" w:themeColor="accent5" w:themeTint="BF"/>
        <w:insideH w:val="single" w:sz="8" w:space="0" w:color="CDBCA2" w:themeColor="accent5" w:themeTint="BF"/>
      </w:tblBorders>
    </w:tblPr>
    <w:tblStylePr w:type="firstRow">
      <w:pPr>
        <w:spacing w:before="0" w:after="0" w:line="240" w:lineRule="auto"/>
      </w:pPr>
      <w:rPr>
        <w:b/>
        <w:bCs/>
        <w:color w:val="FFFFFF" w:themeColor="background1"/>
      </w:rPr>
      <w:tblPr/>
      <w:tcPr>
        <w:tcBorders>
          <w:top w:val="single" w:sz="8" w:space="0" w:color="CDBCA2" w:themeColor="accent5" w:themeTint="BF"/>
          <w:left w:val="single" w:sz="8" w:space="0" w:color="CDBCA2" w:themeColor="accent5" w:themeTint="BF"/>
          <w:bottom w:val="single" w:sz="8" w:space="0" w:color="CDBCA2" w:themeColor="accent5" w:themeTint="BF"/>
          <w:right w:val="single" w:sz="8" w:space="0" w:color="CDBCA2" w:themeColor="accent5" w:themeTint="BF"/>
          <w:insideH w:val="nil"/>
          <w:insideV w:val="nil"/>
        </w:tcBorders>
        <w:shd w:val="clear" w:color="auto" w:fill="BDA784" w:themeFill="accent5"/>
      </w:tcPr>
    </w:tblStylePr>
    <w:tblStylePr w:type="lastRow">
      <w:pPr>
        <w:spacing w:before="0" w:after="0" w:line="240" w:lineRule="auto"/>
      </w:pPr>
      <w:rPr>
        <w:b/>
        <w:bCs/>
      </w:rPr>
      <w:tblPr/>
      <w:tcPr>
        <w:tcBorders>
          <w:top w:val="double" w:sz="6" w:space="0" w:color="CDBCA2" w:themeColor="accent5" w:themeTint="BF"/>
          <w:left w:val="single" w:sz="8" w:space="0" w:color="CDBCA2" w:themeColor="accent5" w:themeTint="BF"/>
          <w:bottom w:val="single" w:sz="8" w:space="0" w:color="CDBCA2" w:themeColor="accent5" w:themeTint="BF"/>
          <w:right w:val="single" w:sz="8" w:space="0" w:color="CDBCA2" w:themeColor="accent5" w:themeTint="BF"/>
          <w:insideH w:val="nil"/>
          <w:insideV w:val="nil"/>
        </w:tcBorders>
      </w:tcPr>
    </w:tblStylePr>
    <w:tblStylePr w:type="firstCol">
      <w:rPr>
        <w:b/>
        <w:bCs/>
      </w:rPr>
    </w:tblStylePr>
    <w:tblStylePr w:type="lastCol">
      <w:rPr>
        <w:b/>
        <w:bCs/>
      </w:rPr>
    </w:tblStylePr>
    <w:tblStylePr w:type="band1Vert">
      <w:tblPr/>
      <w:tcPr>
        <w:shd w:val="clear" w:color="auto" w:fill="EEE9E0" w:themeFill="accent5" w:themeFillTint="3F"/>
      </w:tcPr>
    </w:tblStylePr>
    <w:tblStylePr w:type="band1Horz">
      <w:tblPr/>
      <w:tcPr>
        <w:tcBorders>
          <w:insideH w:val="nil"/>
          <w:insideV w:val="nil"/>
        </w:tcBorders>
        <w:shd w:val="clear" w:color="auto" w:fill="EEE9E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3EBDF" w:themeColor="accent6" w:themeTint="BF"/>
        <w:left w:val="single" w:sz="8" w:space="0" w:color="F3EBDF" w:themeColor="accent6" w:themeTint="BF"/>
        <w:bottom w:val="single" w:sz="8" w:space="0" w:color="F3EBDF" w:themeColor="accent6" w:themeTint="BF"/>
        <w:right w:val="single" w:sz="8" w:space="0" w:color="F3EBDF" w:themeColor="accent6" w:themeTint="BF"/>
        <w:insideH w:val="single" w:sz="8" w:space="0" w:color="F3EBDF" w:themeColor="accent6" w:themeTint="BF"/>
      </w:tblBorders>
    </w:tblPr>
    <w:tblStylePr w:type="firstRow">
      <w:pPr>
        <w:spacing w:before="0" w:after="0" w:line="240" w:lineRule="auto"/>
      </w:pPr>
      <w:rPr>
        <w:b/>
        <w:bCs/>
        <w:color w:val="FFFFFF" w:themeColor="background1"/>
      </w:rPr>
      <w:tblPr/>
      <w:tcPr>
        <w:tcBorders>
          <w:top w:val="single" w:sz="8" w:space="0" w:color="F3EBDF" w:themeColor="accent6" w:themeTint="BF"/>
          <w:left w:val="single" w:sz="8" w:space="0" w:color="F3EBDF" w:themeColor="accent6" w:themeTint="BF"/>
          <w:bottom w:val="single" w:sz="8" w:space="0" w:color="F3EBDF" w:themeColor="accent6" w:themeTint="BF"/>
          <w:right w:val="single" w:sz="8" w:space="0" w:color="F3EBDF" w:themeColor="accent6" w:themeTint="BF"/>
          <w:insideH w:val="nil"/>
          <w:insideV w:val="nil"/>
        </w:tcBorders>
        <w:shd w:val="clear" w:color="auto" w:fill="F0E5D5" w:themeFill="accent6"/>
      </w:tcPr>
    </w:tblStylePr>
    <w:tblStylePr w:type="lastRow">
      <w:pPr>
        <w:spacing w:before="0" w:after="0" w:line="240" w:lineRule="auto"/>
      </w:pPr>
      <w:rPr>
        <w:b/>
        <w:bCs/>
      </w:rPr>
      <w:tblPr/>
      <w:tcPr>
        <w:tcBorders>
          <w:top w:val="double" w:sz="6" w:space="0" w:color="F3EBDF" w:themeColor="accent6" w:themeTint="BF"/>
          <w:left w:val="single" w:sz="8" w:space="0" w:color="F3EBDF" w:themeColor="accent6" w:themeTint="BF"/>
          <w:bottom w:val="single" w:sz="8" w:space="0" w:color="F3EBDF" w:themeColor="accent6" w:themeTint="BF"/>
          <w:right w:val="single" w:sz="8" w:space="0" w:color="F3EBDF" w:themeColor="accent6" w:themeTint="BF"/>
          <w:insideH w:val="nil"/>
          <w:insideV w:val="nil"/>
        </w:tcBorders>
      </w:tcPr>
    </w:tblStylePr>
    <w:tblStylePr w:type="firstCol">
      <w:rPr>
        <w:b/>
        <w:bCs/>
      </w:rPr>
    </w:tblStylePr>
    <w:tblStylePr w:type="lastCol">
      <w:rPr>
        <w:b/>
        <w:bCs/>
      </w:rPr>
    </w:tblStylePr>
    <w:tblStylePr w:type="band1Vert">
      <w:tblPr/>
      <w:tcPr>
        <w:shd w:val="clear" w:color="auto" w:fill="FBF8F4" w:themeFill="accent6" w:themeFillTint="3F"/>
      </w:tcPr>
    </w:tblStylePr>
    <w:tblStylePr w:type="band1Horz">
      <w:tblPr/>
      <w:tcPr>
        <w:tcBorders>
          <w:insideH w:val="nil"/>
          <w:insideV w:val="nil"/>
        </w:tcBorders>
        <w:shd w:val="clear" w:color="auto" w:fill="FBF8F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9352D"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9352D" w:themeFill="text1"/>
      </w:tcPr>
    </w:tblStylePr>
    <w:tblStylePr w:type="lastCol">
      <w:rPr>
        <w:b/>
        <w:bCs/>
        <w:color w:val="FFFFFF" w:themeColor="background1"/>
      </w:rPr>
      <w:tblPr/>
      <w:tcPr>
        <w:tcBorders>
          <w:left w:val="nil"/>
          <w:right w:val="nil"/>
          <w:insideH w:val="nil"/>
          <w:insideV w:val="nil"/>
        </w:tcBorders>
        <w:shd w:val="clear" w:color="auto" w:fill="39352D"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D2B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D2B5" w:themeFill="accent1"/>
      </w:tcPr>
    </w:tblStylePr>
    <w:tblStylePr w:type="lastCol">
      <w:rPr>
        <w:b/>
        <w:bCs/>
        <w:color w:val="FFFFFF" w:themeColor="background1"/>
      </w:rPr>
      <w:tblPr/>
      <w:tcPr>
        <w:tcBorders>
          <w:left w:val="nil"/>
          <w:right w:val="nil"/>
          <w:insideH w:val="nil"/>
          <w:insideV w:val="nil"/>
        </w:tcBorders>
        <w:shd w:val="clear" w:color="auto" w:fill="E6D2B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6A5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6A52" w:themeFill="accent2"/>
      </w:tcPr>
    </w:tblStylePr>
    <w:tblStylePr w:type="lastCol">
      <w:rPr>
        <w:b/>
        <w:bCs/>
        <w:color w:val="FFFFFF" w:themeColor="background1"/>
      </w:rPr>
      <w:tblPr/>
      <w:tcPr>
        <w:tcBorders>
          <w:left w:val="nil"/>
          <w:right w:val="nil"/>
          <w:insideH w:val="nil"/>
          <w:insideV w:val="nil"/>
        </w:tcBorders>
        <w:shd w:val="clear" w:color="auto" w:fill="7A6A5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9C6A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9C6A8" w:themeFill="accent3"/>
      </w:tcPr>
    </w:tblStylePr>
    <w:tblStylePr w:type="lastCol">
      <w:rPr>
        <w:b/>
        <w:bCs/>
        <w:color w:val="FFFFFF" w:themeColor="background1"/>
      </w:rPr>
      <w:tblPr/>
      <w:tcPr>
        <w:tcBorders>
          <w:left w:val="nil"/>
          <w:right w:val="nil"/>
          <w:insideH w:val="nil"/>
          <w:insideV w:val="nil"/>
        </w:tcBorders>
        <w:shd w:val="clear" w:color="auto" w:fill="D9C6A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9B8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9B86" w:themeFill="accent4"/>
      </w:tcPr>
    </w:tblStylePr>
    <w:tblStylePr w:type="lastCol">
      <w:rPr>
        <w:b/>
        <w:bCs/>
        <w:color w:val="FFFFFF" w:themeColor="background1"/>
      </w:rPr>
      <w:tblPr/>
      <w:tcPr>
        <w:tcBorders>
          <w:left w:val="nil"/>
          <w:right w:val="nil"/>
          <w:insideH w:val="nil"/>
          <w:insideV w:val="nil"/>
        </w:tcBorders>
        <w:shd w:val="clear" w:color="auto" w:fill="A99B8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DA78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DA784" w:themeFill="accent5"/>
      </w:tcPr>
    </w:tblStylePr>
    <w:tblStylePr w:type="lastCol">
      <w:rPr>
        <w:b/>
        <w:bCs/>
        <w:color w:val="FFFFFF" w:themeColor="background1"/>
      </w:rPr>
      <w:tblPr/>
      <w:tcPr>
        <w:tcBorders>
          <w:left w:val="nil"/>
          <w:right w:val="nil"/>
          <w:insideH w:val="nil"/>
          <w:insideV w:val="nil"/>
        </w:tcBorders>
        <w:shd w:val="clear" w:color="auto" w:fill="BDA78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E5D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E5D5" w:themeFill="accent6"/>
      </w:tcPr>
    </w:tblStylePr>
    <w:tblStylePr w:type="lastCol">
      <w:rPr>
        <w:b/>
        <w:bCs/>
        <w:color w:val="FFFFFF" w:themeColor="background1"/>
      </w:rPr>
      <w:tblPr/>
      <w:tcPr>
        <w:tcBorders>
          <w:left w:val="nil"/>
          <w:right w:val="nil"/>
          <w:insideH w:val="nil"/>
          <w:insideV w:val="nil"/>
        </w:tcBorders>
        <w:shd w:val="clear" w:color="auto" w:fill="F0E5D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39352D" w:themeColor="text1"/>
    </w:rPr>
    <w:tblPr>
      <w:tblStyleRowBandSize w:val="1"/>
      <w:tblStyleColBandSize w:val="1"/>
      <w:tblBorders>
        <w:top w:val="single" w:sz="8" w:space="0" w:color="39352D" w:themeColor="text1"/>
        <w:bottom w:val="single" w:sz="8" w:space="0" w:color="39352D" w:themeColor="text1"/>
      </w:tblBorders>
    </w:tblPr>
    <w:tblStylePr w:type="firstRow">
      <w:rPr>
        <w:rFonts w:asciiTheme="majorHAnsi" w:eastAsiaTheme="majorEastAsia" w:hAnsiTheme="majorHAnsi" w:cstheme="majorBidi"/>
      </w:rPr>
      <w:tblPr/>
      <w:tcPr>
        <w:tcBorders>
          <w:top w:val="nil"/>
          <w:bottom w:val="single" w:sz="8" w:space="0" w:color="39352D" w:themeColor="text1"/>
        </w:tcBorders>
      </w:tcPr>
    </w:tblStylePr>
    <w:tblStylePr w:type="lastRow">
      <w:rPr>
        <w:b/>
        <w:bCs/>
        <w:color w:val="39352D" w:themeColor="text2"/>
      </w:rPr>
      <w:tblPr/>
      <w:tcPr>
        <w:tcBorders>
          <w:top w:val="single" w:sz="8" w:space="0" w:color="39352D" w:themeColor="text1"/>
          <w:bottom w:val="single" w:sz="8" w:space="0" w:color="39352D" w:themeColor="text1"/>
        </w:tcBorders>
      </w:tcPr>
    </w:tblStylePr>
    <w:tblStylePr w:type="firstCol">
      <w:rPr>
        <w:b/>
        <w:bCs/>
      </w:rPr>
    </w:tblStylePr>
    <w:tblStylePr w:type="lastCol">
      <w:rPr>
        <w:b/>
        <w:bCs/>
      </w:rPr>
      <w:tblPr/>
      <w:tcPr>
        <w:tcBorders>
          <w:top w:val="single" w:sz="8" w:space="0" w:color="39352D" w:themeColor="text1"/>
          <w:bottom w:val="single" w:sz="8" w:space="0" w:color="39352D" w:themeColor="text1"/>
        </w:tcBorders>
      </w:tcPr>
    </w:tblStylePr>
    <w:tblStylePr w:type="band1Vert">
      <w:tblPr/>
      <w:tcPr>
        <w:shd w:val="clear" w:color="auto" w:fill="D2CEC6" w:themeFill="text1" w:themeFillTint="3F"/>
      </w:tcPr>
    </w:tblStylePr>
    <w:tblStylePr w:type="band1Horz">
      <w:tblPr/>
      <w:tcPr>
        <w:shd w:val="clear" w:color="auto" w:fill="D2CEC6" w:themeFill="text1" w:themeFillTint="3F"/>
      </w:tcPr>
    </w:tblStylePr>
  </w:style>
  <w:style w:type="table" w:styleId="MediumList1-Accent1">
    <w:name w:val="Medium List 1 Accent 1"/>
    <w:basedOn w:val="TableNormal"/>
    <w:uiPriority w:val="65"/>
    <w:rsid w:val="00CB0664"/>
    <w:pPr>
      <w:spacing w:after="0" w:line="240" w:lineRule="auto"/>
    </w:pPr>
    <w:rPr>
      <w:color w:val="39352D" w:themeColor="text1"/>
    </w:rPr>
    <w:tblPr>
      <w:tblStyleRowBandSize w:val="1"/>
      <w:tblStyleColBandSize w:val="1"/>
      <w:tblBorders>
        <w:top w:val="single" w:sz="8" w:space="0" w:color="E6D2B5" w:themeColor="accent1"/>
        <w:bottom w:val="single" w:sz="8" w:space="0" w:color="E6D2B5" w:themeColor="accent1"/>
      </w:tblBorders>
    </w:tblPr>
    <w:tblStylePr w:type="firstRow">
      <w:rPr>
        <w:rFonts w:asciiTheme="majorHAnsi" w:eastAsiaTheme="majorEastAsia" w:hAnsiTheme="majorHAnsi" w:cstheme="majorBidi"/>
      </w:rPr>
      <w:tblPr/>
      <w:tcPr>
        <w:tcBorders>
          <w:top w:val="nil"/>
          <w:bottom w:val="single" w:sz="8" w:space="0" w:color="E6D2B5" w:themeColor="accent1"/>
        </w:tcBorders>
      </w:tcPr>
    </w:tblStylePr>
    <w:tblStylePr w:type="lastRow">
      <w:rPr>
        <w:b/>
        <w:bCs/>
        <w:color w:val="39352D" w:themeColor="text2"/>
      </w:rPr>
      <w:tblPr/>
      <w:tcPr>
        <w:tcBorders>
          <w:top w:val="single" w:sz="8" w:space="0" w:color="E6D2B5" w:themeColor="accent1"/>
          <w:bottom w:val="single" w:sz="8" w:space="0" w:color="E6D2B5" w:themeColor="accent1"/>
        </w:tcBorders>
      </w:tcPr>
    </w:tblStylePr>
    <w:tblStylePr w:type="firstCol">
      <w:rPr>
        <w:b/>
        <w:bCs/>
      </w:rPr>
    </w:tblStylePr>
    <w:tblStylePr w:type="lastCol">
      <w:rPr>
        <w:b/>
        <w:bCs/>
      </w:rPr>
      <w:tblPr/>
      <w:tcPr>
        <w:tcBorders>
          <w:top w:val="single" w:sz="8" w:space="0" w:color="E6D2B5" w:themeColor="accent1"/>
          <w:bottom w:val="single" w:sz="8" w:space="0" w:color="E6D2B5" w:themeColor="accent1"/>
        </w:tcBorders>
      </w:tcPr>
    </w:tblStylePr>
    <w:tblStylePr w:type="band1Vert">
      <w:tblPr/>
      <w:tcPr>
        <w:shd w:val="clear" w:color="auto" w:fill="F8F3EC" w:themeFill="accent1" w:themeFillTint="3F"/>
      </w:tcPr>
    </w:tblStylePr>
    <w:tblStylePr w:type="band1Horz">
      <w:tblPr/>
      <w:tcPr>
        <w:shd w:val="clear" w:color="auto" w:fill="F8F3EC" w:themeFill="accent1" w:themeFillTint="3F"/>
      </w:tcPr>
    </w:tblStylePr>
  </w:style>
  <w:style w:type="table" w:styleId="MediumList1-Accent2">
    <w:name w:val="Medium List 1 Accent 2"/>
    <w:basedOn w:val="TableNormal"/>
    <w:uiPriority w:val="65"/>
    <w:rsid w:val="00CB0664"/>
    <w:pPr>
      <w:spacing w:after="0" w:line="240" w:lineRule="auto"/>
    </w:pPr>
    <w:rPr>
      <w:color w:val="39352D" w:themeColor="text1"/>
    </w:rPr>
    <w:tblPr>
      <w:tblStyleRowBandSize w:val="1"/>
      <w:tblStyleColBandSize w:val="1"/>
      <w:tblBorders>
        <w:top w:val="single" w:sz="8" w:space="0" w:color="7A6A52" w:themeColor="accent2"/>
        <w:bottom w:val="single" w:sz="8" w:space="0" w:color="7A6A52" w:themeColor="accent2"/>
      </w:tblBorders>
    </w:tblPr>
    <w:tblStylePr w:type="firstRow">
      <w:rPr>
        <w:rFonts w:asciiTheme="majorHAnsi" w:eastAsiaTheme="majorEastAsia" w:hAnsiTheme="majorHAnsi" w:cstheme="majorBidi"/>
      </w:rPr>
      <w:tblPr/>
      <w:tcPr>
        <w:tcBorders>
          <w:top w:val="nil"/>
          <w:bottom w:val="single" w:sz="8" w:space="0" w:color="7A6A52" w:themeColor="accent2"/>
        </w:tcBorders>
      </w:tcPr>
    </w:tblStylePr>
    <w:tblStylePr w:type="lastRow">
      <w:rPr>
        <w:b/>
        <w:bCs/>
        <w:color w:val="39352D" w:themeColor="text2"/>
      </w:rPr>
      <w:tblPr/>
      <w:tcPr>
        <w:tcBorders>
          <w:top w:val="single" w:sz="8" w:space="0" w:color="7A6A52" w:themeColor="accent2"/>
          <w:bottom w:val="single" w:sz="8" w:space="0" w:color="7A6A52" w:themeColor="accent2"/>
        </w:tcBorders>
      </w:tcPr>
    </w:tblStylePr>
    <w:tblStylePr w:type="firstCol">
      <w:rPr>
        <w:b/>
        <w:bCs/>
      </w:rPr>
    </w:tblStylePr>
    <w:tblStylePr w:type="lastCol">
      <w:rPr>
        <w:b/>
        <w:bCs/>
      </w:rPr>
      <w:tblPr/>
      <w:tcPr>
        <w:tcBorders>
          <w:top w:val="single" w:sz="8" w:space="0" w:color="7A6A52" w:themeColor="accent2"/>
          <w:bottom w:val="single" w:sz="8" w:space="0" w:color="7A6A52" w:themeColor="accent2"/>
        </w:tcBorders>
      </w:tcPr>
    </w:tblStylePr>
    <w:tblStylePr w:type="band1Vert">
      <w:tblPr/>
      <w:tcPr>
        <w:shd w:val="clear" w:color="auto" w:fill="E0DAD1" w:themeFill="accent2" w:themeFillTint="3F"/>
      </w:tcPr>
    </w:tblStylePr>
    <w:tblStylePr w:type="band1Horz">
      <w:tblPr/>
      <w:tcPr>
        <w:shd w:val="clear" w:color="auto" w:fill="E0DAD1" w:themeFill="accent2" w:themeFillTint="3F"/>
      </w:tcPr>
    </w:tblStylePr>
  </w:style>
  <w:style w:type="table" w:styleId="MediumList1-Accent3">
    <w:name w:val="Medium List 1 Accent 3"/>
    <w:basedOn w:val="TableNormal"/>
    <w:uiPriority w:val="65"/>
    <w:rsid w:val="00CB0664"/>
    <w:pPr>
      <w:spacing w:after="0" w:line="240" w:lineRule="auto"/>
    </w:pPr>
    <w:rPr>
      <w:color w:val="39352D" w:themeColor="text1"/>
    </w:rPr>
    <w:tblPr>
      <w:tblStyleRowBandSize w:val="1"/>
      <w:tblStyleColBandSize w:val="1"/>
      <w:tblBorders>
        <w:top w:val="single" w:sz="8" w:space="0" w:color="D9C6A8" w:themeColor="accent3"/>
        <w:bottom w:val="single" w:sz="8" w:space="0" w:color="D9C6A8" w:themeColor="accent3"/>
      </w:tblBorders>
    </w:tblPr>
    <w:tblStylePr w:type="firstRow">
      <w:rPr>
        <w:rFonts w:asciiTheme="majorHAnsi" w:eastAsiaTheme="majorEastAsia" w:hAnsiTheme="majorHAnsi" w:cstheme="majorBidi"/>
      </w:rPr>
      <w:tblPr/>
      <w:tcPr>
        <w:tcBorders>
          <w:top w:val="nil"/>
          <w:bottom w:val="single" w:sz="8" w:space="0" w:color="D9C6A8" w:themeColor="accent3"/>
        </w:tcBorders>
      </w:tcPr>
    </w:tblStylePr>
    <w:tblStylePr w:type="lastRow">
      <w:rPr>
        <w:b/>
        <w:bCs/>
        <w:color w:val="39352D" w:themeColor="text2"/>
      </w:rPr>
      <w:tblPr/>
      <w:tcPr>
        <w:tcBorders>
          <w:top w:val="single" w:sz="8" w:space="0" w:color="D9C6A8" w:themeColor="accent3"/>
          <w:bottom w:val="single" w:sz="8" w:space="0" w:color="D9C6A8" w:themeColor="accent3"/>
        </w:tcBorders>
      </w:tcPr>
    </w:tblStylePr>
    <w:tblStylePr w:type="firstCol">
      <w:rPr>
        <w:b/>
        <w:bCs/>
      </w:rPr>
    </w:tblStylePr>
    <w:tblStylePr w:type="lastCol">
      <w:rPr>
        <w:b/>
        <w:bCs/>
      </w:rPr>
      <w:tblPr/>
      <w:tcPr>
        <w:tcBorders>
          <w:top w:val="single" w:sz="8" w:space="0" w:color="D9C6A8" w:themeColor="accent3"/>
          <w:bottom w:val="single" w:sz="8" w:space="0" w:color="D9C6A8" w:themeColor="accent3"/>
        </w:tcBorders>
      </w:tcPr>
    </w:tblStylePr>
    <w:tblStylePr w:type="band1Vert">
      <w:tblPr/>
      <w:tcPr>
        <w:shd w:val="clear" w:color="auto" w:fill="F5F0E9" w:themeFill="accent3" w:themeFillTint="3F"/>
      </w:tcPr>
    </w:tblStylePr>
    <w:tblStylePr w:type="band1Horz">
      <w:tblPr/>
      <w:tcPr>
        <w:shd w:val="clear" w:color="auto" w:fill="F5F0E9" w:themeFill="accent3" w:themeFillTint="3F"/>
      </w:tcPr>
    </w:tblStylePr>
  </w:style>
  <w:style w:type="table" w:styleId="MediumList1-Accent4">
    <w:name w:val="Medium List 1 Accent 4"/>
    <w:basedOn w:val="TableNormal"/>
    <w:uiPriority w:val="65"/>
    <w:rsid w:val="00CB0664"/>
    <w:pPr>
      <w:spacing w:after="0" w:line="240" w:lineRule="auto"/>
    </w:pPr>
    <w:rPr>
      <w:color w:val="39352D" w:themeColor="text1"/>
    </w:rPr>
    <w:tblPr>
      <w:tblStyleRowBandSize w:val="1"/>
      <w:tblStyleColBandSize w:val="1"/>
      <w:tblBorders>
        <w:top w:val="single" w:sz="8" w:space="0" w:color="A99B86" w:themeColor="accent4"/>
        <w:bottom w:val="single" w:sz="8" w:space="0" w:color="A99B86" w:themeColor="accent4"/>
      </w:tblBorders>
    </w:tblPr>
    <w:tblStylePr w:type="firstRow">
      <w:rPr>
        <w:rFonts w:asciiTheme="majorHAnsi" w:eastAsiaTheme="majorEastAsia" w:hAnsiTheme="majorHAnsi" w:cstheme="majorBidi"/>
      </w:rPr>
      <w:tblPr/>
      <w:tcPr>
        <w:tcBorders>
          <w:top w:val="nil"/>
          <w:bottom w:val="single" w:sz="8" w:space="0" w:color="A99B86" w:themeColor="accent4"/>
        </w:tcBorders>
      </w:tcPr>
    </w:tblStylePr>
    <w:tblStylePr w:type="lastRow">
      <w:rPr>
        <w:b/>
        <w:bCs/>
        <w:color w:val="39352D" w:themeColor="text2"/>
      </w:rPr>
      <w:tblPr/>
      <w:tcPr>
        <w:tcBorders>
          <w:top w:val="single" w:sz="8" w:space="0" w:color="A99B86" w:themeColor="accent4"/>
          <w:bottom w:val="single" w:sz="8" w:space="0" w:color="A99B86" w:themeColor="accent4"/>
        </w:tcBorders>
      </w:tcPr>
    </w:tblStylePr>
    <w:tblStylePr w:type="firstCol">
      <w:rPr>
        <w:b/>
        <w:bCs/>
      </w:rPr>
    </w:tblStylePr>
    <w:tblStylePr w:type="lastCol">
      <w:rPr>
        <w:b/>
        <w:bCs/>
      </w:rPr>
      <w:tblPr/>
      <w:tcPr>
        <w:tcBorders>
          <w:top w:val="single" w:sz="8" w:space="0" w:color="A99B86" w:themeColor="accent4"/>
          <w:bottom w:val="single" w:sz="8" w:space="0" w:color="A99B86" w:themeColor="accent4"/>
        </w:tcBorders>
      </w:tcPr>
    </w:tblStylePr>
    <w:tblStylePr w:type="band1Vert">
      <w:tblPr/>
      <w:tcPr>
        <w:shd w:val="clear" w:color="auto" w:fill="E9E6E1" w:themeFill="accent4" w:themeFillTint="3F"/>
      </w:tcPr>
    </w:tblStylePr>
    <w:tblStylePr w:type="band1Horz">
      <w:tblPr/>
      <w:tcPr>
        <w:shd w:val="clear" w:color="auto" w:fill="E9E6E1" w:themeFill="accent4" w:themeFillTint="3F"/>
      </w:tcPr>
    </w:tblStylePr>
  </w:style>
  <w:style w:type="table" w:styleId="MediumList1-Accent5">
    <w:name w:val="Medium List 1 Accent 5"/>
    <w:basedOn w:val="TableNormal"/>
    <w:uiPriority w:val="65"/>
    <w:rsid w:val="00CB0664"/>
    <w:pPr>
      <w:spacing w:after="0" w:line="240" w:lineRule="auto"/>
    </w:pPr>
    <w:rPr>
      <w:color w:val="39352D" w:themeColor="text1"/>
    </w:rPr>
    <w:tblPr>
      <w:tblStyleRowBandSize w:val="1"/>
      <w:tblStyleColBandSize w:val="1"/>
      <w:tblBorders>
        <w:top w:val="single" w:sz="8" w:space="0" w:color="BDA784" w:themeColor="accent5"/>
        <w:bottom w:val="single" w:sz="8" w:space="0" w:color="BDA784" w:themeColor="accent5"/>
      </w:tblBorders>
    </w:tblPr>
    <w:tblStylePr w:type="firstRow">
      <w:rPr>
        <w:rFonts w:asciiTheme="majorHAnsi" w:eastAsiaTheme="majorEastAsia" w:hAnsiTheme="majorHAnsi" w:cstheme="majorBidi"/>
      </w:rPr>
      <w:tblPr/>
      <w:tcPr>
        <w:tcBorders>
          <w:top w:val="nil"/>
          <w:bottom w:val="single" w:sz="8" w:space="0" w:color="BDA784" w:themeColor="accent5"/>
        </w:tcBorders>
      </w:tcPr>
    </w:tblStylePr>
    <w:tblStylePr w:type="lastRow">
      <w:rPr>
        <w:b/>
        <w:bCs/>
        <w:color w:val="39352D" w:themeColor="text2"/>
      </w:rPr>
      <w:tblPr/>
      <w:tcPr>
        <w:tcBorders>
          <w:top w:val="single" w:sz="8" w:space="0" w:color="BDA784" w:themeColor="accent5"/>
          <w:bottom w:val="single" w:sz="8" w:space="0" w:color="BDA784" w:themeColor="accent5"/>
        </w:tcBorders>
      </w:tcPr>
    </w:tblStylePr>
    <w:tblStylePr w:type="firstCol">
      <w:rPr>
        <w:b/>
        <w:bCs/>
      </w:rPr>
    </w:tblStylePr>
    <w:tblStylePr w:type="lastCol">
      <w:rPr>
        <w:b/>
        <w:bCs/>
      </w:rPr>
      <w:tblPr/>
      <w:tcPr>
        <w:tcBorders>
          <w:top w:val="single" w:sz="8" w:space="0" w:color="BDA784" w:themeColor="accent5"/>
          <w:bottom w:val="single" w:sz="8" w:space="0" w:color="BDA784" w:themeColor="accent5"/>
        </w:tcBorders>
      </w:tcPr>
    </w:tblStylePr>
    <w:tblStylePr w:type="band1Vert">
      <w:tblPr/>
      <w:tcPr>
        <w:shd w:val="clear" w:color="auto" w:fill="EEE9E0" w:themeFill="accent5" w:themeFillTint="3F"/>
      </w:tcPr>
    </w:tblStylePr>
    <w:tblStylePr w:type="band1Horz">
      <w:tblPr/>
      <w:tcPr>
        <w:shd w:val="clear" w:color="auto" w:fill="EEE9E0" w:themeFill="accent5" w:themeFillTint="3F"/>
      </w:tcPr>
    </w:tblStylePr>
  </w:style>
  <w:style w:type="table" w:styleId="MediumList1-Accent6">
    <w:name w:val="Medium List 1 Accent 6"/>
    <w:basedOn w:val="TableNormal"/>
    <w:uiPriority w:val="65"/>
    <w:rsid w:val="00CB0664"/>
    <w:pPr>
      <w:spacing w:after="0" w:line="240" w:lineRule="auto"/>
    </w:pPr>
    <w:rPr>
      <w:color w:val="39352D" w:themeColor="text1"/>
    </w:rPr>
    <w:tblPr>
      <w:tblStyleRowBandSize w:val="1"/>
      <w:tblStyleColBandSize w:val="1"/>
      <w:tblBorders>
        <w:top w:val="single" w:sz="8" w:space="0" w:color="F0E5D5" w:themeColor="accent6"/>
        <w:bottom w:val="single" w:sz="8" w:space="0" w:color="F0E5D5" w:themeColor="accent6"/>
      </w:tblBorders>
    </w:tblPr>
    <w:tblStylePr w:type="firstRow">
      <w:rPr>
        <w:rFonts w:asciiTheme="majorHAnsi" w:eastAsiaTheme="majorEastAsia" w:hAnsiTheme="majorHAnsi" w:cstheme="majorBidi"/>
      </w:rPr>
      <w:tblPr/>
      <w:tcPr>
        <w:tcBorders>
          <w:top w:val="nil"/>
          <w:bottom w:val="single" w:sz="8" w:space="0" w:color="F0E5D5" w:themeColor="accent6"/>
        </w:tcBorders>
      </w:tcPr>
    </w:tblStylePr>
    <w:tblStylePr w:type="lastRow">
      <w:rPr>
        <w:b/>
        <w:bCs/>
        <w:color w:val="39352D" w:themeColor="text2"/>
      </w:rPr>
      <w:tblPr/>
      <w:tcPr>
        <w:tcBorders>
          <w:top w:val="single" w:sz="8" w:space="0" w:color="F0E5D5" w:themeColor="accent6"/>
          <w:bottom w:val="single" w:sz="8" w:space="0" w:color="F0E5D5" w:themeColor="accent6"/>
        </w:tcBorders>
      </w:tcPr>
    </w:tblStylePr>
    <w:tblStylePr w:type="firstCol">
      <w:rPr>
        <w:b/>
        <w:bCs/>
      </w:rPr>
    </w:tblStylePr>
    <w:tblStylePr w:type="lastCol">
      <w:rPr>
        <w:b/>
        <w:bCs/>
      </w:rPr>
      <w:tblPr/>
      <w:tcPr>
        <w:tcBorders>
          <w:top w:val="single" w:sz="8" w:space="0" w:color="F0E5D5" w:themeColor="accent6"/>
          <w:bottom w:val="single" w:sz="8" w:space="0" w:color="F0E5D5" w:themeColor="accent6"/>
        </w:tcBorders>
      </w:tcPr>
    </w:tblStylePr>
    <w:tblStylePr w:type="band1Vert">
      <w:tblPr/>
      <w:tcPr>
        <w:shd w:val="clear" w:color="auto" w:fill="FBF8F4" w:themeFill="accent6" w:themeFillTint="3F"/>
      </w:tcPr>
    </w:tblStylePr>
    <w:tblStylePr w:type="band1Horz">
      <w:tblPr/>
      <w:tcPr>
        <w:shd w:val="clear" w:color="auto" w:fill="FBF8F4"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39352D" w:themeColor="text1"/>
    </w:rPr>
    <w:tblPr>
      <w:tblStyleRowBandSize w:val="1"/>
      <w:tblStyleColBandSize w:val="1"/>
      <w:tblBorders>
        <w:top w:val="single" w:sz="8" w:space="0" w:color="39352D" w:themeColor="text1"/>
        <w:left w:val="single" w:sz="8" w:space="0" w:color="39352D" w:themeColor="text1"/>
        <w:bottom w:val="single" w:sz="8" w:space="0" w:color="39352D" w:themeColor="text1"/>
        <w:right w:val="single" w:sz="8" w:space="0" w:color="39352D" w:themeColor="text1"/>
      </w:tblBorders>
    </w:tblPr>
    <w:tblStylePr w:type="firstRow">
      <w:rPr>
        <w:sz w:val="24"/>
        <w:szCs w:val="24"/>
      </w:rPr>
      <w:tblPr/>
      <w:tcPr>
        <w:tcBorders>
          <w:top w:val="nil"/>
          <w:left w:val="nil"/>
          <w:bottom w:val="single" w:sz="24" w:space="0" w:color="39352D" w:themeColor="text1"/>
          <w:right w:val="nil"/>
          <w:insideH w:val="nil"/>
          <w:insideV w:val="nil"/>
        </w:tcBorders>
        <w:shd w:val="clear" w:color="auto" w:fill="FFFFFF" w:themeFill="background1"/>
      </w:tcPr>
    </w:tblStylePr>
    <w:tblStylePr w:type="lastRow">
      <w:tblPr/>
      <w:tcPr>
        <w:tcBorders>
          <w:top w:val="single" w:sz="8" w:space="0" w:color="39352D"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9352D" w:themeColor="text1"/>
          <w:insideH w:val="nil"/>
          <w:insideV w:val="nil"/>
        </w:tcBorders>
        <w:shd w:val="clear" w:color="auto" w:fill="FFFFFF" w:themeFill="background1"/>
      </w:tcPr>
    </w:tblStylePr>
    <w:tblStylePr w:type="lastCol">
      <w:tblPr/>
      <w:tcPr>
        <w:tcBorders>
          <w:top w:val="nil"/>
          <w:left w:val="single" w:sz="8" w:space="0" w:color="39352D"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CEC6" w:themeFill="text1" w:themeFillTint="3F"/>
      </w:tcPr>
    </w:tblStylePr>
    <w:tblStylePr w:type="band1Horz">
      <w:tblPr/>
      <w:tcPr>
        <w:tcBorders>
          <w:top w:val="nil"/>
          <w:bottom w:val="nil"/>
          <w:insideH w:val="nil"/>
          <w:insideV w:val="nil"/>
        </w:tcBorders>
        <w:shd w:val="clear" w:color="auto" w:fill="D2CE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39352D" w:themeColor="text1"/>
    </w:rPr>
    <w:tblPr>
      <w:tblStyleRowBandSize w:val="1"/>
      <w:tblStyleColBandSize w:val="1"/>
      <w:tblBorders>
        <w:top w:val="single" w:sz="8" w:space="0" w:color="E6D2B5" w:themeColor="accent1"/>
        <w:left w:val="single" w:sz="8" w:space="0" w:color="E6D2B5" w:themeColor="accent1"/>
        <w:bottom w:val="single" w:sz="8" w:space="0" w:color="E6D2B5" w:themeColor="accent1"/>
        <w:right w:val="single" w:sz="8" w:space="0" w:color="E6D2B5" w:themeColor="accent1"/>
      </w:tblBorders>
    </w:tblPr>
    <w:tblStylePr w:type="firstRow">
      <w:rPr>
        <w:sz w:val="24"/>
        <w:szCs w:val="24"/>
      </w:rPr>
      <w:tblPr/>
      <w:tcPr>
        <w:tcBorders>
          <w:top w:val="nil"/>
          <w:left w:val="nil"/>
          <w:bottom w:val="single" w:sz="24" w:space="0" w:color="E6D2B5" w:themeColor="accent1"/>
          <w:right w:val="nil"/>
          <w:insideH w:val="nil"/>
          <w:insideV w:val="nil"/>
        </w:tcBorders>
        <w:shd w:val="clear" w:color="auto" w:fill="FFFFFF" w:themeFill="background1"/>
      </w:tcPr>
    </w:tblStylePr>
    <w:tblStylePr w:type="lastRow">
      <w:tblPr/>
      <w:tcPr>
        <w:tcBorders>
          <w:top w:val="single" w:sz="8" w:space="0" w:color="E6D2B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D2B5" w:themeColor="accent1"/>
          <w:insideH w:val="nil"/>
          <w:insideV w:val="nil"/>
        </w:tcBorders>
        <w:shd w:val="clear" w:color="auto" w:fill="FFFFFF" w:themeFill="background1"/>
      </w:tcPr>
    </w:tblStylePr>
    <w:tblStylePr w:type="lastCol">
      <w:tblPr/>
      <w:tcPr>
        <w:tcBorders>
          <w:top w:val="nil"/>
          <w:left w:val="single" w:sz="8" w:space="0" w:color="E6D2B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3EC" w:themeFill="accent1" w:themeFillTint="3F"/>
      </w:tcPr>
    </w:tblStylePr>
    <w:tblStylePr w:type="band1Horz">
      <w:tblPr/>
      <w:tcPr>
        <w:tcBorders>
          <w:top w:val="nil"/>
          <w:bottom w:val="nil"/>
          <w:insideH w:val="nil"/>
          <w:insideV w:val="nil"/>
        </w:tcBorders>
        <w:shd w:val="clear" w:color="auto" w:fill="F8F3E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39352D" w:themeColor="text1"/>
    </w:rPr>
    <w:tblPr>
      <w:tblStyleRowBandSize w:val="1"/>
      <w:tblStyleColBandSize w:val="1"/>
      <w:tblBorders>
        <w:top w:val="single" w:sz="8" w:space="0" w:color="7A6A52" w:themeColor="accent2"/>
        <w:left w:val="single" w:sz="8" w:space="0" w:color="7A6A52" w:themeColor="accent2"/>
        <w:bottom w:val="single" w:sz="8" w:space="0" w:color="7A6A52" w:themeColor="accent2"/>
        <w:right w:val="single" w:sz="8" w:space="0" w:color="7A6A52" w:themeColor="accent2"/>
      </w:tblBorders>
    </w:tblPr>
    <w:tblStylePr w:type="firstRow">
      <w:rPr>
        <w:sz w:val="24"/>
        <w:szCs w:val="24"/>
      </w:rPr>
      <w:tblPr/>
      <w:tcPr>
        <w:tcBorders>
          <w:top w:val="nil"/>
          <w:left w:val="nil"/>
          <w:bottom w:val="single" w:sz="24" w:space="0" w:color="7A6A52" w:themeColor="accent2"/>
          <w:right w:val="nil"/>
          <w:insideH w:val="nil"/>
          <w:insideV w:val="nil"/>
        </w:tcBorders>
        <w:shd w:val="clear" w:color="auto" w:fill="FFFFFF" w:themeFill="background1"/>
      </w:tcPr>
    </w:tblStylePr>
    <w:tblStylePr w:type="lastRow">
      <w:tblPr/>
      <w:tcPr>
        <w:tcBorders>
          <w:top w:val="single" w:sz="8" w:space="0" w:color="7A6A5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6A52" w:themeColor="accent2"/>
          <w:insideH w:val="nil"/>
          <w:insideV w:val="nil"/>
        </w:tcBorders>
        <w:shd w:val="clear" w:color="auto" w:fill="FFFFFF" w:themeFill="background1"/>
      </w:tcPr>
    </w:tblStylePr>
    <w:tblStylePr w:type="lastCol">
      <w:tblPr/>
      <w:tcPr>
        <w:tcBorders>
          <w:top w:val="nil"/>
          <w:left w:val="single" w:sz="8" w:space="0" w:color="7A6A5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0DAD1" w:themeFill="accent2" w:themeFillTint="3F"/>
      </w:tcPr>
    </w:tblStylePr>
    <w:tblStylePr w:type="band1Horz">
      <w:tblPr/>
      <w:tcPr>
        <w:tcBorders>
          <w:top w:val="nil"/>
          <w:bottom w:val="nil"/>
          <w:insideH w:val="nil"/>
          <w:insideV w:val="nil"/>
        </w:tcBorders>
        <w:shd w:val="clear" w:color="auto" w:fill="E0DA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39352D" w:themeColor="text1"/>
    </w:rPr>
    <w:tblPr>
      <w:tblStyleRowBandSize w:val="1"/>
      <w:tblStyleColBandSize w:val="1"/>
      <w:tblBorders>
        <w:top w:val="single" w:sz="8" w:space="0" w:color="D9C6A8" w:themeColor="accent3"/>
        <w:left w:val="single" w:sz="8" w:space="0" w:color="D9C6A8" w:themeColor="accent3"/>
        <w:bottom w:val="single" w:sz="8" w:space="0" w:color="D9C6A8" w:themeColor="accent3"/>
        <w:right w:val="single" w:sz="8" w:space="0" w:color="D9C6A8" w:themeColor="accent3"/>
      </w:tblBorders>
    </w:tblPr>
    <w:tblStylePr w:type="firstRow">
      <w:rPr>
        <w:sz w:val="24"/>
        <w:szCs w:val="24"/>
      </w:rPr>
      <w:tblPr/>
      <w:tcPr>
        <w:tcBorders>
          <w:top w:val="nil"/>
          <w:left w:val="nil"/>
          <w:bottom w:val="single" w:sz="24" w:space="0" w:color="D9C6A8" w:themeColor="accent3"/>
          <w:right w:val="nil"/>
          <w:insideH w:val="nil"/>
          <w:insideV w:val="nil"/>
        </w:tcBorders>
        <w:shd w:val="clear" w:color="auto" w:fill="FFFFFF" w:themeFill="background1"/>
      </w:tcPr>
    </w:tblStylePr>
    <w:tblStylePr w:type="lastRow">
      <w:tblPr/>
      <w:tcPr>
        <w:tcBorders>
          <w:top w:val="single" w:sz="8" w:space="0" w:color="D9C6A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9C6A8" w:themeColor="accent3"/>
          <w:insideH w:val="nil"/>
          <w:insideV w:val="nil"/>
        </w:tcBorders>
        <w:shd w:val="clear" w:color="auto" w:fill="FFFFFF" w:themeFill="background1"/>
      </w:tcPr>
    </w:tblStylePr>
    <w:tblStylePr w:type="lastCol">
      <w:tblPr/>
      <w:tcPr>
        <w:tcBorders>
          <w:top w:val="nil"/>
          <w:left w:val="single" w:sz="8" w:space="0" w:color="D9C6A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F0E9" w:themeFill="accent3" w:themeFillTint="3F"/>
      </w:tcPr>
    </w:tblStylePr>
    <w:tblStylePr w:type="band1Horz">
      <w:tblPr/>
      <w:tcPr>
        <w:tcBorders>
          <w:top w:val="nil"/>
          <w:bottom w:val="nil"/>
          <w:insideH w:val="nil"/>
          <w:insideV w:val="nil"/>
        </w:tcBorders>
        <w:shd w:val="clear" w:color="auto" w:fill="F5F0E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39352D" w:themeColor="text1"/>
    </w:rPr>
    <w:tblPr>
      <w:tblStyleRowBandSize w:val="1"/>
      <w:tblStyleColBandSize w:val="1"/>
      <w:tblBorders>
        <w:top w:val="single" w:sz="8" w:space="0" w:color="A99B86" w:themeColor="accent4"/>
        <w:left w:val="single" w:sz="8" w:space="0" w:color="A99B86" w:themeColor="accent4"/>
        <w:bottom w:val="single" w:sz="8" w:space="0" w:color="A99B86" w:themeColor="accent4"/>
        <w:right w:val="single" w:sz="8" w:space="0" w:color="A99B86" w:themeColor="accent4"/>
      </w:tblBorders>
    </w:tblPr>
    <w:tblStylePr w:type="firstRow">
      <w:rPr>
        <w:sz w:val="24"/>
        <w:szCs w:val="24"/>
      </w:rPr>
      <w:tblPr/>
      <w:tcPr>
        <w:tcBorders>
          <w:top w:val="nil"/>
          <w:left w:val="nil"/>
          <w:bottom w:val="single" w:sz="24" w:space="0" w:color="A99B86" w:themeColor="accent4"/>
          <w:right w:val="nil"/>
          <w:insideH w:val="nil"/>
          <w:insideV w:val="nil"/>
        </w:tcBorders>
        <w:shd w:val="clear" w:color="auto" w:fill="FFFFFF" w:themeFill="background1"/>
      </w:tcPr>
    </w:tblStylePr>
    <w:tblStylePr w:type="lastRow">
      <w:tblPr/>
      <w:tcPr>
        <w:tcBorders>
          <w:top w:val="single" w:sz="8" w:space="0" w:color="A99B8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9B86" w:themeColor="accent4"/>
          <w:insideH w:val="nil"/>
          <w:insideV w:val="nil"/>
        </w:tcBorders>
        <w:shd w:val="clear" w:color="auto" w:fill="FFFFFF" w:themeFill="background1"/>
      </w:tcPr>
    </w:tblStylePr>
    <w:tblStylePr w:type="lastCol">
      <w:tblPr/>
      <w:tcPr>
        <w:tcBorders>
          <w:top w:val="nil"/>
          <w:left w:val="single" w:sz="8" w:space="0" w:color="A99B8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6E1" w:themeFill="accent4" w:themeFillTint="3F"/>
      </w:tcPr>
    </w:tblStylePr>
    <w:tblStylePr w:type="band1Horz">
      <w:tblPr/>
      <w:tcPr>
        <w:tcBorders>
          <w:top w:val="nil"/>
          <w:bottom w:val="nil"/>
          <w:insideH w:val="nil"/>
          <w:insideV w:val="nil"/>
        </w:tcBorders>
        <w:shd w:val="clear" w:color="auto" w:fill="E9E6E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39352D" w:themeColor="text1"/>
    </w:rPr>
    <w:tblPr>
      <w:tblStyleRowBandSize w:val="1"/>
      <w:tblStyleColBandSize w:val="1"/>
      <w:tblBorders>
        <w:top w:val="single" w:sz="8" w:space="0" w:color="BDA784" w:themeColor="accent5"/>
        <w:left w:val="single" w:sz="8" w:space="0" w:color="BDA784" w:themeColor="accent5"/>
        <w:bottom w:val="single" w:sz="8" w:space="0" w:color="BDA784" w:themeColor="accent5"/>
        <w:right w:val="single" w:sz="8" w:space="0" w:color="BDA784" w:themeColor="accent5"/>
      </w:tblBorders>
    </w:tblPr>
    <w:tblStylePr w:type="firstRow">
      <w:rPr>
        <w:sz w:val="24"/>
        <w:szCs w:val="24"/>
      </w:rPr>
      <w:tblPr/>
      <w:tcPr>
        <w:tcBorders>
          <w:top w:val="nil"/>
          <w:left w:val="nil"/>
          <w:bottom w:val="single" w:sz="24" w:space="0" w:color="BDA784" w:themeColor="accent5"/>
          <w:right w:val="nil"/>
          <w:insideH w:val="nil"/>
          <w:insideV w:val="nil"/>
        </w:tcBorders>
        <w:shd w:val="clear" w:color="auto" w:fill="FFFFFF" w:themeFill="background1"/>
      </w:tcPr>
    </w:tblStylePr>
    <w:tblStylePr w:type="lastRow">
      <w:tblPr/>
      <w:tcPr>
        <w:tcBorders>
          <w:top w:val="single" w:sz="8" w:space="0" w:color="BDA78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DA784" w:themeColor="accent5"/>
          <w:insideH w:val="nil"/>
          <w:insideV w:val="nil"/>
        </w:tcBorders>
        <w:shd w:val="clear" w:color="auto" w:fill="FFFFFF" w:themeFill="background1"/>
      </w:tcPr>
    </w:tblStylePr>
    <w:tblStylePr w:type="lastCol">
      <w:tblPr/>
      <w:tcPr>
        <w:tcBorders>
          <w:top w:val="nil"/>
          <w:left w:val="single" w:sz="8" w:space="0" w:color="BDA78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E9E0" w:themeFill="accent5" w:themeFillTint="3F"/>
      </w:tcPr>
    </w:tblStylePr>
    <w:tblStylePr w:type="band1Horz">
      <w:tblPr/>
      <w:tcPr>
        <w:tcBorders>
          <w:top w:val="nil"/>
          <w:bottom w:val="nil"/>
          <w:insideH w:val="nil"/>
          <w:insideV w:val="nil"/>
        </w:tcBorders>
        <w:shd w:val="clear" w:color="auto" w:fill="EEE9E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39352D" w:themeColor="text1"/>
    </w:rPr>
    <w:tblPr>
      <w:tblStyleRowBandSize w:val="1"/>
      <w:tblStyleColBandSize w:val="1"/>
      <w:tblBorders>
        <w:top w:val="single" w:sz="8" w:space="0" w:color="F0E5D5" w:themeColor="accent6"/>
        <w:left w:val="single" w:sz="8" w:space="0" w:color="F0E5D5" w:themeColor="accent6"/>
        <w:bottom w:val="single" w:sz="8" w:space="0" w:color="F0E5D5" w:themeColor="accent6"/>
        <w:right w:val="single" w:sz="8" w:space="0" w:color="F0E5D5" w:themeColor="accent6"/>
      </w:tblBorders>
    </w:tblPr>
    <w:tblStylePr w:type="firstRow">
      <w:rPr>
        <w:sz w:val="24"/>
        <w:szCs w:val="24"/>
      </w:rPr>
      <w:tblPr/>
      <w:tcPr>
        <w:tcBorders>
          <w:top w:val="nil"/>
          <w:left w:val="nil"/>
          <w:bottom w:val="single" w:sz="24" w:space="0" w:color="F0E5D5" w:themeColor="accent6"/>
          <w:right w:val="nil"/>
          <w:insideH w:val="nil"/>
          <w:insideV w:val="nil"/>
        </w:tcBorders>
        <w:shd w:val="clear" w:color="auto" w:fill="FFFFFF" w:themeFill="background1"/>
      </w:tcPr>
    </w:tblStylePr>
    <w:tblStylePr w:type="lastRow">
      <w:tblPr/>
      <w:tcPr>
        <w:tcBorders>
          <w:top w:val="single" w:sz="8" w:space="0" w:color="F0E5D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E5D5" w:themeColor="accent6"/>
          <w:insideH w:val="nil"/>
          <w:insideV w:val="nil"/>
        </w:tcBorders>
        <w:shd w:val="clear" w:color="auto" w:fill="FFFFFF" w:themeFill="background1"/>
      </w:tcPr>
    </w:tblStylePr>
    <w:tblStylePr w:type="lastCol">
      <w:tblPr/>
      <w:tcPr>
        <w:tcBorders>
          <w:top w:val="nil"/>
          <w:left w:val="single" w:sz="8" w:space="0" w:color="F0E5D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8F4" w:themeFill="accent6" w:themeFillTint="3F"/>
      </w:tcPr>
    </w:tblStylePr>
    <w:tblStylePr w:type="band1Horz">
      <w:tblPr/>
      <w:tcPr>
        <w:tcBorders>
          <w:top w:val="nil"/>
          <w:bottom w:val="nil"/>
          <w:insideH w:val="nil"/>
          <w:insideV w:val="nil"/>
        </w:tcBorders>
        <w:shd w:val="clear" w:color="auto" w:fill="FBF8F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726A5A" w:themeColor="text1" w:themeTint="BF"/>
        <w:left w:val="single" w:sz="8" w:space="0" w:color="726A5A" w:themeColor="text1" w:themeTint="BF"/>
        <w:bottom w:val="single" w:sz="8" w:space="0" w:color="726A5A" w:themeColor="text1" w:themeTint="BF"/>
        <w:right w:val="single" w:sz="8" w:space="0" w:color="726A5A" w:themeColor="text1" w:themeTint="BF"/>
        <w:insideH w:val="single" w:sz="8" w:space="0" w:color="726A5A" w:themeColor="text1" w:themeTint="BF"/>
        <w:insideV w:val="single" w:sz="8" w:space="0" w:color="726A5A" w:themeColor="text1" w:themeTint="BF"/>
      </w:tblBorders>
    </w:tblPr>
    <w:tcPr>
      <w:shd w:val="clear" w:color="auto" w:fill="D2CEC6" w:themeFill="text1" w:themeFillTint="3F"/>
    </w:tcPr>
    <w:tblStylePr w:type="firstRow">
      <w:rPr>
        <w:b/>
        <w:bCs/>
      </w:rPr>
    </w:tblStylePr>
    <w:tblStylePr w:type="lastRow">
      <w:rPr>
        <w:b/>
        <w:bCs/>
      </w:rPr>
      <w:tblPr/>
      <w:tcPr>
        <w:tcBorders>
          <w:top w:val="single" w:sz="18" w:space="0" w:color="726A5A" w:themeColor="text1" w:themeTint="BF"/>
        </w:tcBorders>
      </w:tcPr>
    </w:tblStylePr>
    <w:tblStylePr w:type="firstCol">
      <w:rPr>
        <w:b/>
        <w:bCs/>
      </w:rPr>
    </w:tblStylePr>
    <w:tblStylePr w:type="lastCol">
      <w:rPr>
        <w:b/>
        <w:bCs/>
      </w:rPr>
    </w:tblStylePr>
    <w:tblStylePr w:type="band1Vert">
      <w:tblPr/>
      <w:tcPr>
        <w:shd w:val="clear" w:color="auto" w:fill="A59D8D" w:themeFill="text1" w:themeFillTint="7F"/>
      </w:tcPr>
    </w:tblStylePr>
    <w:tblStylePr w:type="band1Horz">
      <w:tblPr/>
      <w:tcPr>
        <w:shd w:val="clear" w:color="auto" w:fill="A59D8D"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ECDDC7" w:themeColor="accent1" w:themeTint="BF"/>
        <w:left w:val="single" w:sz="8" w:space="0" w:color="ECDDC7" w:themeColor="accent1" w:themeTint="BF"/>
        <w:bottom w:val="single" w:sz="8" w:space="0" w:color="ECDDC7" w:themeColor="accent1" w:themeTint="BF"/>
        <w:right w:val="single" w:sz="8" w:space="0" w:color="ECDDC7" w:themeColor="accent1" w:themeTint="BF"/>
        <w:insideH w:val="single" w:sz="8" w:space="0" w:color="ECDDC7" w:themeColor="accent1" w:themeTint="BF"/>
        <w:insideV w:val="single" w:sz="8" w:space="0" w:color="ECDDC7" w:themeColor="accent1" w:themeTint="BF"/>
      </w:tblBorders>
    </w:tblPr>
    <w:tcPr>
      <w:shd w:val="clear" w:color="auto" w:fill="F8F3EC" w:themeFill="accent1" w:themeFillTint="3F"/>
    </w:tcPr>
    <w:tblStylePr w:type="firstRow">
      <w:rPr>
        <w:b/>
        <w:bCs/>
      </w:rPr>
    </w:tblStylePr>
    <w:tblStylePr w:type="lastRow">
      <w:rPr>
        <w:b/>
        <w:bCs/>
      </w:rPr>
      <w:tblPr/>
      <w:tcPr>
        <w:tcBorders>
          <w:top w:val="single" w:sz="18" w:space="0" w:color="ECDDC7" w:themeColor="accent1" w:themeTint="BF"/>
        </w:tcBorders>
      </w:tcPr>
    </w:tblStylePr>
    <w:tblStylePr w:type="firstCol">
      <w:rPr>
        <w:b/>
        <w:bCs/>
      </w:rPr>
    </w:tblStylePr>
    <w:tblStylePr w:type="lastCol">
      <w:rPr>
        <w:b/>
        <w:bCs/>
      </w:rPr>
    </w:tblStylePr>
    <w:tblStylePr w:type="band1Vert">
      <w:tblPr/>
      <w:tcPr>
        <w:shd w:val="clear" w:color="auto" w:fill="F2E8DA" w:themeFill="accent1" w:themeFillTint="7F"/>
      </w:tcPr>
    </w:tblStylePr>
    <w:tblStylePr w:type="band1Horz">
      <w:tblPr/>
      <w:tcPr>
        <w:shd w:val="clear" w:color="auto" w:fill="F2E8DA"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A29075" w:themeColor="accent2" w:themeTint="BF"/>
        <w:left w:val="single" w:sz="8" w:space="0" w:color="A29075" w:themeColor="accent2" w:themeTint="BF"/>
        <w:bottom w:val="single" w:sz="8" w:space="0" w:color="A29075" w:themeColor="accent2" w:themeTint="BF"/>
        <w:right w:val="single" w:sz="8" w:space="0" w:color="A29075" w:themeColor="accent2" w:themeTint="BF"/>
        <w:insideH w:val="single" w:sz="8" w:space="0" w:color="A29075" w:themeColor="accent2" w:themeTint="BF"/>
        <w:insideV w:val="single" w:sz="8" w:space="0" w:color="A29075" w:themeColor="accent2" w:themeTint="BF"/>
      </w:tblBorders>
    </w:tblPr>
    <w:tcPr>
      <w:shd w:val="clear" w:color="auto" w:fill="E0DAD1" w:themeFill="accent2" w:themeFillTint="3F"/>
    </w:tcPr>
    <w:tblStylePr w:type="firstRow">
      <w:rPr>
        <w:b/>
        <w:bCs/>
      </w:rPr>
    </w:tblStylePr>
    <w:tblStylePr w:type="lastRow">
      <w:rPr>
        <w:b/>
        <w:bCs/>
      </w:rPr>
      <w:tblPr/>
      <w:tcPr>
        <w:tcBorders>
          <w:top w:val="single" w:sz="18" w:space="0" w:color="A29075" w:themeColor="accent2" w:themeTint="BF"/>
        </w:tcBorders>
      </w:tcPr>
    </w:tblStylePr>
    <w:tblStylePr w:type="firstCol">
      <w:rPr>
        <w:b/>
        <w:bCs/>
      </w:rPr>
    </w:tblStylePr>
    <w:tblStylePr w:type="lastCol">
      <w:rPr>
        <w:b/>
        <w:bCs/>
      </w:rPr>
    </w:tblStylePr>
    <w:tblStylePr w:type="band1Vert">
      <w:tblPr/>
      <w:tcPr>
        <w:shd w:val="clear" w:color="auto" w:fill="C1B5A3" w:themeFill="accent2" w:themeFillTint="7F"/>
      </w:tcPr>
    </w:tblStylePr>
    <w:tblStylePr w:type="band1Horz">
      <w:tblPr/>
      <w:tcPr>
        <w:shd w:val="clear" w:color="auto" w:fill="C1B5A3"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E2D4BD" w:themeColor="accent3" w:themeTint="BF"/>
        <w:left w:val="single" w:sz="8" w:space="0" w:color="E2D4BD" w:themeColor="accent3" w:themeTint="BF"/>
        <w:bottom w:val="single" w:sz="8" w:space="0" w:color="E2D4BD" w:themeColor="accent3" w:themeTint="BF"/>
        <w:right w:val="single" w:sz="8" w:space="0" w:color="E2D4BD" w:themeColor="accent3" w:themeTint="BF"/>
        <w:insideH w:val="single" w:sz="8" w:space="0" w:color="E2D4BD" w:themeColor="accent3" w:themeTint="BF"/>
        <w:insideV w:val="single" w:sz="8" w:space="0" w:color="E2D4BD" w:themeColor="accent3" w:themeTint="BF"/>
      </w:tblBorders>
    </w:tblPr>
    <w:tcPr>
      <w:shd w:val="clear" w:color="auto" w:fill="F5F0E9" w:themeFill="accent3" w:themeFillTint="3F"/>
    </w:tcPr>
    <w:tblStylePr w:type="firstRow">
      <w:rPr>
        <w:b/>
        <w:bCs/>
      </w:rPr>
    </w:tblStylePr>
    <w:tblStylePr w:type="lastRow">
      <w:rPr>
        <w:b/>
        <w:bCs/>
      </w:rPr>
      <w:tblPr/>
      <w:tcPr>
        <w:tcBorders>
          <w:top w:val="single" w:sz="18" w:space="0" w:color="E2D4BD" w:themeColor="accent3" w:themeTint="BF"/>
        </w:tcBorders>
      </w:tcPr>
    </w:tblStylePr>
    <w:tblStylePr w:type="firstCol">
      <w:rPr>
        <w:b/>
        <w:bCs/>
      </w:rPr>
    </w:tblStylePr>
    <w:tblStylePr w:type="lastCol">
      <w:rPr>
        <w:b/>
        <w:bCs/>
      </w:rPr>
    </w:tblStylePr>
    <w:tblStylePr w:type="band1Vert">
      <w:tblPr/>
      <w:tcPr>
        <w:shd w:val="clear" w:color="auto" w:fill="ECE2D3" w:themeFill="accent3" w:themeFillTint="7F"/>
      </w:tcPr>
    </w:tblStylePr>
    <w:tblStylePr w:type="band1Horz">
      <w:tblPr/>
      <w:tcPr>
        <w:shd w:val="clear" w:color="auto" w:fill="ECE2D3"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BEB3A4" w:themeColor="accent4" w:themeTint="BF"/>
        <w:left w:val="single" w:sz="8" w:space="0" w:color="BEB3A4" w:themeColor="accent4" w:themeTint="BF"/>
        <w:bottom w:val="single" w:sz="8" w:space="0" w:color="BEB3A4" w:themeColor="accent4" w:themeTint="BF"/>
        <w:right w:val="single" w:sz="8" w:space="0" w:color="BEB3A4" w:themeColor="accent4" w:themeTint="BF"/>
        <w:insideH w:val="single" w:sz="8" w:space="0" w:color="BEB3A4" w:themeColor="accent4" w:themeTint="BF"/>
        <w:insideV w:val="single" w:sz="8" w:space="0" w:color="BEB3A4" w:themeColor="accent4" w:themeTint="BF"/>
      </w:tblBorders>
    </w:tblPr>
    <w:tcPr>
      <w:shd w:val="clear" w:color="auto" w:fill="E9E6E1" w:themeFill="accent4" w:themeFillTint="3F"/>
    </w:tcPr>
    <w:tblStylePr w:type="firstRow">
      <w:rPr>
        <w:b/>
        <w:bCs/>
      </w:rPr>
    </w:tblStylePr>
    <w:tblStylePr w:type="lastRow">
      <w:rPr>
        <w:b/>
        <w:bCs/>
      </w:rPr>
      <w:tblPr/>
      <w:tcPr>
        <w:tcBorders>
          <w:top w:val="single" w:sz="18" w:space="0" w:color="BEB3A4" w:themeColor="accent4" w:themeTint="BF"/>
        </w:tcBorders>
      </w:tcPr>
    </w:tblStylePr>
    <w:tblStylePr w:type="firstCol">
      <w:rPr>
        <w:b/>
        <w:bCs/>
      </w:rPr>
    </w:tblStylePr>
    <w:tblStylePr w:type="lastCol">
      <w:rPr>
        <w:b/>
        <w:bCs/>
      </w:rPr>
    </w:tblStylePr>
    <w:tblStylePr w:type="band1Vert">
      <w:tblPr/>
      <w:tcPr>
        <w:shd w:val="clear" w:color="auto" w:fill="D4CDC2" w:themeFill="accent4" w:themeFillTint="7F"/>
      </w:tcPr>
    </w:tblStylePr>
    <w:tblStylePr w:type="band1Horz">
      <w:tblPr/>
      <w:tcPr>
        <w:shd w:val="clear" w:color="auto" w:fill="D4CDC2"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DBCA2" w:themeColor="accent5" w:themeTint="BF"/>
        <w:left w:val="single" w:sz="8" w:space="0" w:color="CDBCA2" w:themeColor="accent5" w:themeTint="BF"/>
        <w:bottom w:val="single" w:sz="8" w:space="0" w:color="CDBCA2" w:themeColor="accent5" w:themeTint="BF"/>
        <w:right w:val="single" w:sz="8" w:space="0" w:color="CDBCA2" w:themeColor="accent5" w:themeTint="BF"/>
        <w:insideH w:val="single" w:sz="8" w:space="0" w:color="CDBCA2" w:themeColor="accent5" w:themeTint="BF"/>
        <w:insideV w:val="single" w:sz="8" w:space="0" w:color="CDBCA2" w:themeColor="accent5" w:themeTint="BF"/>
      </w:tblBorders>
    </w:tblPr>
    <w:tcPr>
      <w:shd w:val="clear" w:color="auto" w:fill="EEE9E0" w:themeFill="accent5" w:themeFillTint="3F"/>
    </w:tcPr>
    <w:tblStylePr w:type="firstRow">
      <w:rPr>
        <w:b/>
        <w:bCs/>
      </w:rPr>
    </w:tblStylePr>
    <w:tblStylePr w:type="lastRow">
      <w:rPr>
        <w:b/>
        <w:bCs/>
      </w:rPr>
      <w:tblPr/>
      <w:tcPr>
        <w:tcBorders>
          <w:top w:val="single" w:sz="18" w:space="0" w:color="CDBCA2" w:themeColor="accent5" w:themeTint="BF"/>
        </w:tcBorders>
      </w:tcPr>
    </w:tblStylePr>
    <w:tblStylePr w:type="firstCol">
      <w:rPr>
        <w:b/>
        <w:bCs/>
      </w:rPr>
    </w:tblStylePr>
    <w:tblStylePr w:type="lastCol">
      <w:rPr>
        <w:b/>
        <w:bCs/>
      </w:rPr>
    </w:tblStylePr>
    <w:tblStylePr w:type="band1Vert">
      <w:tblPr/>
      <w:tcPr>
        <w:shd w:val="clear" w:color="auto" w:fill="DED3C1" w:themeFill="accent5" w:themeFillTint="7F"/>
      </w:tcPr>
    </w:tblStylePr>
    <w:tblStylePr w:type="band1Horz">
      <w:tblPr/>
      <w:tcPr>
        <w:shd w:val="clear" w:color="auto" w:fill="DED3C1"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3EBDF" w:themeColor="accent6" w:themeTint="BF"/>
        <w:left w:val="single" w:sz="8" w:space="0" w:color="F3EBDF" w:themeColor="accent6" w:themeTint="BF"/>
        <w:bottom w:val="single" w:sz="8" w:space="0" w:color="F3EBDF" w:themeColor="accent6" w:themeTint="BF"/>
        <w:right w:val="single" w:sz="8" w:space="0" w:color="F3EBDF" w:themeColor="accent6" w:themeTint="BF"/>
        <w:insideH w:val="single" w:sz="8" w:space="0" w:color="F3EBDF" w:themeColor="accent6" w:themeTint="BF"/>
        <w:insideV w:val="single" w:sz="8" w:space="0" w:color="F3EBDF" w:themeColor="accent6" w:themeTint="BF"/>
      </w:tblBorders>
    </w:tblPr>
    <w:tcPr>
      <w:shd w:val="clear" w:color="auto" w:fill="FBF8F4" w:themeFill="accent6" w:themeFillTint="3F"/>
    </w:tcPr>
    <w:tblStylePr w:type="firstRow">
      <w:rPr>
        <w:b/>
        <w:bCs/>
      </w:rPr>
    </w:tblStylePr>
    <w:tblStylePr w:type="lastRow">
      <w:rPr>
        <w:b/>
        <w:bCs/>
      </w:rPr>
      <w:tblPr/>
      <w:tcPr>
        <w:tcBorders>
          <w:top w:val="single" w:sz="18" w:space="0" w:color="F3EBDF" w:themeColor="accent6" w:themeTint="BF"/>
        </w:tcBorders>
      </w:tcPr>
    </w:tblStylePr>
    <w:tblStylePr w:type="firstCol">
      <w:rPr>
        <w:b/>
        <w:bCs/>
      </w:rPr>
    </w:tblStylePr>
    <w:tblStylePr w:type="lastCol">
      <w:rPr>
        <w:b/>
        <w:bCs/>
      </w:rPr>
    </w:tblStylePr>
    <w:tblStylePr w:type="band1Vert">
      <w:tblPr/>
      <w:tcPr>
        <w:shd w:val="clear" w:color="auto" w:fill="F7F1E9" w:themeFill="accent6" w:themeFillTint="7F"/>
      </w:tcPr>
    </w:tblStylePr>
    <w:tblStylePr w:type="band1Horz">
      <w:tblPr/>
      <w:tcPr>
        <w:shd w:val="clear" w:color="auto" w:fill="F7F1E9"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39352D" w:themeColor="text1"/>
    </w:rPr>
    <w:tblPr>
      <w:tblStyleRowBandSize w:val="1"/>
      <w:tblStyleColBandSize w:val="1"/>
      <w:tblBorders>
        <w:top w:val="single" w:sz="8" w:space="0" w:color="39352D" w:themeColor="text1"/>
        <w:left w:val="single" w:sz="8" w:space="0" w:color="39352D" w:themeColor="text1"/>
        <w:bottom w:val="single" w:sz="8" w:space="0" w:color="39352D" w:themeColor="text1"/>
        <w:right w:val="single" w:sz="8" w:space="0" w:color="39352D" w:themeColor="text1"/>
        <w:insideH w:val="single" w:sz="8" w:space="0" w:color="39352D" w:themeColor="text1"/>
        <w:insideV w:val="single" w:sz="8" w:space="0" w:color="39352D" w:themeColor="text1"/>
      </w:tblBorders>
    </w:tblPr>
    <w:tcPr>
      <w:shd w:val="clear" w:color="auto" w:fill="D2CEC6" w:themeFill="text1" w:themeFillTint="3F"/>
    </w:tcPr>
    <w:tblStylePr w:type="firstRow">
      <w:rPr>
        <w:b/>
        <w:bCs/>
        <w:color w:val="39352D" w:themeColor="text1"/>
      </w:rPr>
      <w:tblPr/>
      <w:tcPr>
        <w:shd w:val="clear" w:color="auto" w:fill="EDEBE8" w:themeFill="text1" w:themeFillTint="19"/>
      </w:tcPr>
    </w:tblStylePr>
    <w:tblStylePr w:type="lastRow">
      <w:rPr>
        <w:b/>
        <w:bCs/>
        <w:color w:val="39352D" w:themeColor="text1"/>
      </w:rPr>
      <w:tblPr/>
      <w:tcPr>
        <w:tcBorders>
          <w:top w:val="single" w:sz="12" w:space="0" w:color="39352D" w:themeColor="text1"/>
          <w:left w:val="nil"/>
          <w:bottom w:val="nil"/>
          <w:right w:val="nil"/>
          <w:insideH w:val="nil"/>
          <w:insideV w:val="nil"/>
        </w:tcBorders>
        <w:shd w:val="clear" w:color="auto" w:fill="FFFFFF" w:themeFill="background1"/>
      </w:tcPr>
    </w:tblStylePr>
    <w:tblStylePr w:type="firstCol">
      <w:rPr>
        <w:b/>
        <w:bCs/>
        <w:color w:val="39352D"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9352D" w:themeColor="text1"/>
      </w:rPr>
      <w:tblPr/>
      <w:tcPr>
        <w:tcBorders>
          <w:top w:val="nil"/>
          <w:left w:val="nil"/>
          <w:bottom w:val="nil"/>
          <w:right w:val="nil"/>
          <w:insideH w:val="nil"/>
          <w:insideV w:val="nil"/>
        </w:tcBorders>
        <w:shd w:val="clear" w:color="auto" w:fill="DBD7D1" w:themeFill="text1" w:themeFillTint="33"/>
      </w:tcPr>
    </w:tblStylePr>
    <w:tblStylePr w:type="band1Vert">
      <w:tblPr/>
      <w:tcPr>
        <w:shd w:val="clear" w:color="auto" w:fill="A59D8D" w:themeFill="text1" w:themeFillTint="7F"/>
      </w:tcPr>
    </w:tblStylePr>
    <w:tblStylePr w:type="band1Horz">
      <w:tblPr/>
      <w:tcPr>
        <w:tcBorders>
          <w:insideH w:val="single" w:sz="6" w:space="0" w:color="39352D" w:themeColor="text1"/>
          <w:insideV w:val="single" w:sz="6" w:space="0" w:color="39352D" w:themeColor="text1"/>
        </w:tcBorders>
        <w:shd w:val="clear" w:color="auto" w:fill="A59D8D"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39352D" w:themeColor="text1"/>
    </w:rPr>
    <w:tblPr>
      <w:tblStyleRowBandSize w:val="1"/>
      <w:tblStyleColBandSize w:val="1"/>
      <w:tblBorders>
        <w:top w:val="single" w:sz="8" w:space="0" w:color="E6D2B5" w:themeColor="accent1"/>
        <w:left w:val="single" w:sz="8" w:space="0" w:color="E6D2B5" w:themeColor="accent1"/>
        <w:bottom w:val="single" w:sz="8" w:space="0" w:color="E6D2B5" w:themeColor="accent1"/>
        <w:right w:val="single" w:sz="8" w:space="0" w:color="E6D2B5" w:themeColor="accent1"/>
        <w:insideH w:val="single" w:sz="8" w:space="0" w:color="E6D2B5" w:themeColor="accent1"/>
        <w:insideV w:val="single" w:sz="8" w:space="0" w:color="E6D2B5" w:themeColor="accent1"/>
      </w:tblBorders>
    </w:tblPr>
    <w:tcPr>
      <w:shd w:val="clear" w:color="auto" w:fill="F8F3EC" w:themeFill="accent1" w:themeFillTint="3F"/>
    </w:tcPr>
    <w:tblStylePr w:type="firstRow">
      <w:rPr>
        <w:b/>
        <w:bCs/>
        <w:color w:val="39352D" w:themeColor="text1"/>
      </w:rPr>
      <w:tblPr/>
      <w:tcPr>
        <w:shd w:val="clear" w:color="auto" w:fill="FCFAF7" w:themeFill="accent1" w:themeFillTint="19"/>
      </w:tcPr>
    </w:tblStylePr>
    <w:tblStylePr w:type="lastRow">
      <w:rPr>
        <w:b/>
        <w:bCs/>
        <w:color w:val="39352D" w:themeColor="text1"/>
      </w:rPr>
      <w:tblPr/>
      <w:tcPr>
        <w:tcBorders>
          <w:top w:val="single" w:sz="12" w:space="0" w:color="39352D" w:themeColor="text1"/>
          <w:left w:val="nil"/>
          <w:bottom w:val="nil"/>
          <w:right w:val="nil"/>
          <w:insideH w:val="nil"/>
          <w:insideV w:val="nil"/>
        </w:tcBorders>
        <w:shd w:val="clear" w:color="auto" w:fill="FFFFFF" w:themeFill="background1"/>
      </w:tcPr>
    </w:tblStylePr>
    <w:tblStylePr w:type="firstCol">
      <w:rPr>
        <w:b/>
        <w:bCs/>
        <w:color w:val="39352D"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9352D" w:themeColor="text1"/>
      </w:rPr>
      <w:tblPr/>
      <w:tcPr>
        <w:tcBorders>
          <w:top w:val="nil"/>
          <w:left w:val="nil"/>
          <w:bottom w:val="nil"/>
          <w:right w:val="nil"/>
          <w:insideH w:val="nil"/>
          <w:insideV w:val="nil"/>
        </w:tcBorders>
        <w:shd w:val="clear" w:color="auto" w:fill="FAF5F0" w:themeFill="accent1" w:themeFillTint="33"/>
      </w:tcPr>
    </w:tblStylePr>
    <w:tblStylePr w:type="band1Vert">
      <w:tblPr/>
      <w:tcPr>
        <w:shd w:val="clear" w:color="auto" w:fill="F2E8DA" w:themeFill="accent1" w:themeFillTint="7F"/>
      </w:tcPr>
    </w:tblStylePr>
    <w:tblStylePr w:type="band1Horz">
      <w:tblPr/>
      <w:tcPr>
        <w:tcBorders>
          <w:insideH w:val="single" w:sz="6" w:space="0" w:color="E6D2B5" w:themeColor="accent1"/>
          <w:insideV w:val="single" w:sz="6" w:space="0" w:color="E6D2B5" w:themeColor="accent1"/>
        </w:tcBorders>
        <w:shd w:val="clear" w:color="auto" w:fill="F2E8D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39352D" w:themeColor="text1"/>
    </w:rPr>
    <w:tblPr>
      <w:tblStyleRowBandSize w:val="1"/>
      <w:tblStyleColBandSize w:val="1"/>
      <w:tblBorders>
        <w:top w:val="single" w:sz="8" w:space="0" w:color="7A6A52" w:themeColor="accent2"/>
        <w:left w:val="single" w:sz="8" w:space="0" w:color="7A6A52" w:themeColor="accent2"/>
        <w:bottom w:val="single" w:sz="8" w:space="0" w:color="7A6A52" w:themeColor="accent2"/>
        <w:right w:val="single" w:sz="8" w:space="0" w:color="7A6A52" w:themeColor="accent2"/>
        <w:insideH w:val="single" w:sz="8" w:space="0" w:color="7A6A52" w:themeColor="accent2"/>
        <w:insideV w:val="single" w:sz="8" w:space="0" w:color="7A6A52" w:themeColor="accent2"/>
      </w:tblBorders>
    </w:tblPr>
    <w:tcPr>
      <w:shd w:val="clear" w:color="auto" w:fill="E0DAD1" w:themeFill="accent2" w:themeFillTint="3F"/>
    </w:tcPr>
    <w:tblStylePr w:type="firstRow">
      <w:rPr>
        <w:b/>
        <w:bCs/>
        <w:color w:val="39352D" w:themeColor="text1"/>
      </w:rPr>
      <w:tblPr/>
      <w:tcPr>
        <w:shd w:val="clear" w:color="auto" w:fill="F3F0ED" w:themeFill="accent2" w:themeFillTint="19"/>
      </w:tcPr>
    </w:tblStylePr>
    <w:tblStylePr w:type="lastRow">
      <w:rPr>
        <w:b/>
        <w:bCs/>
        <w:color w:val="39352D" w:themeColor="text1"/>
      </w:rPr>
      <w:tblPr/>
      <w:tcPr>
        <w:tcBorders>
          <w:top w:val="single" w:sz="12" w:space="0" w:color="39352D" w:themeColor="text1"/>
          <w:left w:val="nil"/>
          <w:bottom w:val="nil"/>
          <w:right w:val="nil"/>
          <w:insideH w:val="nil"/>
          <w:insideV w:val="nil"/>
        </w:tcBorders>
        <w:shd w:val="clear" w:color="auto" w:fill="FFFFFF" w:themeFill="background1"/>
      </w:tcPr>
    </w:tblStylePr>
    <w:tblStylePr w:type="firstCol">
      <w:rPr>
        <w:b/>
        <w:bCs/>
        <w:color w:val="39352D"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9352D" w:themeColor="text1"/>
      </w:rPr>
      <w:tblPr/>
      <w:tcPr>
        <w:tcBorders>
          <w:top w:val="nil"/>
          <w:left w:val="nil"/>
          <w:bottom w:val="nil"/>
          <w:right w:val="nil"/>
          <w:insideH w:val="nil"/>
          <w:insideV w:val="nil"/>
        </w:tcBorders>
        <w:shd w:val="clear" w:color="auto" w:fill="E6E1DA" w:themeFill="accent2" w:themeFillTint="33"/>
      </w:tcPr>
    </w:tblStylePr>
    <w:tblStylePr w:type="band1Vert">
      <w:tblPr/>
      <w:tcPr>
        <w:shd w:val="clear" w:color="auto" w:fill="C1B5A3" w:themeFill="accent2" w:themeFillTint="7F"/>
      </w:tcPr>
    </w:tblStylePr>
    <w:tblStylePr w:type="band1Horz">
      <w:tblPr/>
      <w:tcPr>
        <w:tcBorders>
          <w:insideH w:val="single" w:sz="6" w:space="0" w:color="7A6A52" w:themeColor="accent2"/>
          <w:insideV w:val="single" w:sz="6" w:space="0" w:color="7A6A52" w:themeColor="accent2"/>
        </w:tcBorders>
        <w:shd w:val="clear" w:color="auto" w:fill="C1B5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39352D" w:themeColor="text1"/>
    </w:rPr>
    <w:tblPr>
      <w:tblStyleRowBandSize w:val="1"/>
      <w:tblStyleColBandSize w:val="1"/>
      <w:tblBorders>
        <w:top w:val="single" w:sz="8" w:space="0" w:color="D9C6A8" w:themeColor="accent3"/>
        <w:left w:val="single" w:sz="8" w:space="0" w:color="D9C6A8" w:themeColor="accent3"/>
        <w:bottom w:val="single" w:sz="8" w:space="0" w:color="D9C6A8" w:themeColor="accent3"/>
        <w:right w:val="single" w:sz="8" w:space="0" w:color="D9C6A8" w:themeColor="accent3"/>
        <w:insideH w:val="single" w:sz="8" w:space="0" w:color="D9C6A8" w:themeColor="accent3"/>
        <w:insideV w:val="single" w:sz="8" w:space="0" w:color="D9C6A8" w:themeColor="accent3"/>
      </w:tblBorders>
    </w:tblPr>
    <w:tcPr>
      <w:shd w:val="clear" w:color="auto" w:fill="F5F0E9" w:themeFill="accent3" w:themeFillTint="3F"/>
    </w:tcPr>
    <w:tblStylePr w:type="firstRow">
      <w:rPr>
        <w:b/>
        <w:bCs/>
        <w:color w:val="39352D" w:themeColor="text1"/>
      </w:rPr>
      <w:tblPr/>
      <w:tcPr>
        <w:shd w:val="clear" w:color="auto" w:fill="FBF9F6" w:themeFill="accent3" w:themeFillTint="19"/>
      </w:tcPr>
    </w:tblStylePr>
    <w:tblStylePr w:type="lastRow">
      <w:rPr>
        <w:b/>
        <w:bCs/>
        <w:color w:val="39352D" w:themeColor="text1"/>
      </w:rPr>
      <w:tblPr/>
      <w:tcPr>
        <w:tcBorders>
          <w:top w:val="single" w:sz="12" w:space="0" w:color="39352D" w:themeColor="text1"/>
          <w:left w:val="nil"/>
          <w:bottom w:val="nil"/>
          <w:right w:val="nil"/>
          <w:insideH w:val="nil"/>
          <w:insideV w:val="nil"/>
        </w:tcBorders>
        <w:shd w:val="clear" w:color="auto" w:fill="FFFFFF" w:themeFill="background1"/>
      </w:tcPr>
    </w:tblStylePr>
    <w:tblStylePr w:type="firstCol">
      <w:rPr>
        <w:b/>
        <w:bCs/>
        <w:color w:val="39352D"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9352D" w:themeColor="text1"/>
      </w:rPr>
      <w:tblPr/>
      <w:tcPr>
        <w:tcBorders>
          <w:top w:val="nil"/>
          <w:left w:val="nil"/>
          <w:bottom w:val="nil"/>
          <w:right w:val="nil"/>
          <w:insideH w:val="nil"/>
          <w:insideV w:val="nil"/>
        </w:tcBorders>
        <w:shd w:val="clear" w:color="auto" w:fill="F7F3ED" w:themeFill="accent3" w:themeFillTint="33"/>
      </w:tcPr>
    </w:tblStylePr>
    <w:tblStylePr w:type="band1Vert">
      <w:tblPr/>
      <w:tcPr>
        <w:shd w:val="clear" w:color="auto" w:fill="ECE2D3" w:themeFill="accent3" w:themeFillTint="7F"/>
      </w:tcPr>
    </w:tblStylePr>
    <w:tblStylePr w:type="band1Horz">
      <w:tblPr/>
      <w:tcPr>
        <w:tcBorders>
          <w:insideH w:val="single" w:sz="6" w:space="0" w:color="D9C6A8" w:themeColor="accent3"/>
          <w:insideV w:val="single" w:sz="6" w:space="0" w:color="D9C6A8" w:themeColor="accent3"/>
        </w:tcBorders>
        <w:shd w:val="clear" w:color="auto" w:fill="ECE2D3"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39352D" w:themeColor="text1"/>
    </w:rPr>
    <w:tblPr>
      <w:tblStyleRowBandSize w:val="1"/>
      <w:tblStyleColBandSize w:val="1"/>
      <w:tblBorders>
        <w:top w:val="single" w:sz="8" w:space="0" w:color="A99B86" w:themeColor="accent4"/>
        <w:left w:val="single" w:sz="8" w:space="0" w:color="A99B86" w:themeColor="accent4"/>
        <w:bottom w:val="single" w:sz="8" w:space="0" w:color="A99B86" w:themeColor="accent4"/>
        <w:right w:val="single" w:sz="8" w:space="0" w:color="A99B86" w:themeColor="accent4"/>
        <w:insideH w:val="single" w:sz="8" w:space="0" w:color="A99B86" w:themeColor="accent4"/>
        <w:insideV w:val="single" w:sz="8" w:space="0" w:color="A99B86" w:themeColor="accent4"/>
      </w:tblBorders>
    </w:tblPr>
    <w:tcPr>
      <w:shd w:val="clear" w:color="auto" w:fill="E9E6E1" w:themeFill="accent4" w:themeFillTint="3F"/>
    </w:tcPr>
    <w:tblStylePr w:type="firstRow">
      <w:rPr>
        <w:b/>
        <w:bCs/>
        <w:color w:val="39352D" w:themeColor="text1"/>
      </w:rPr>
      <w:tblPr/>
      <w:tcPr>
        <w:shd w:val="clear" w:color="auto" w:fill="F6F5F3" w:themeFill="accent4" w:themeFillTint="19"/>
      </w:tcPr>
    </w:tblStylePr>
    <w:tblStylePr w:type="lastRow">
      <w:rPr>
        <w:b/>
        <w:bCs/>
        <w:color w:val="39352D" w:themeColor="text1"/>
      </w:rPr>
      <w:tblPr/>
      <w:tcPr>
        <w:tcBorders>
          <w:top w:val="single" w:sz="12" w:space="0" w:color="39352D" w:themeColor="text1"/>
          <w:left w:val="nil"/>
          <w:bottom w:val="nil"/>
          <w:right w:val="nil"/>
          <w:insideH w:val="nil"/>
          <w:insideV w:val="nil"/>
        </w:tcBorders>
        <w:shd w:val="clear" w:color="auto" w:fill="FFFFFF" w:themeFill="background1"/>
      </w:tcPr>
    </w:tblStylePr>
    <w:tblStylePr w:type="firstCol">
      <w:rPr>
        <w:b/>
        <w:bCs/>
        <w:color w:val="39352D"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9352D" w:themeColor="text1"/>
      </w:rPr>
      <w:tblPr/>
      <w:tcPr>
        <w:tcBorders>
          <w:top w:val="nil"/>
          <w:left w:val="nil"/>
          <w:bottom w:val="nil"/>
          <w:right w:val="nil"/>
          <w:insideH w:val="nil"/>
          <w:insideV w:val="nil"/>
        </w:tcBorders>
        <w:shd w:val="clear" w:color="auto" w:fill="EDEAE6" w:themeFill="accent4" w:themeFillTint="33"/>
      </w:tcPr>
    </w:tblStylePr>
    <w:tblStylePr w:type="band1Vert">
      <w:tblPr/>
      <w:tcPr>
        <w:shd w:val="clear" w:color="auto" w:fill="D4CDC2" w:themeFill="accent4" w:themeFillTint="7F"/>
      </w:tcPr>
    </w:tblStylePr>
    <w:tblStylePr w:type="band1Horz">
      <w:tblPr/>
      <w:tcPr>
        <w:tcBorders>
          <w:insideH w:val="single" w:sz="6" w:space="0" w:color="A99B86" w:themeColor="accent4"/>
          <w:insideV w:val="single" w:sz="6" w:space="0" w:color="A99B86" w:themeColor="accent4"/>
        </w:tcBorders>
        <w:shd w:val="clear" w:color="auto" w:fill="D4CDC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39352D" w:themeColor="text1"/>
    </w:rPr>
    <w:tblPr>
      <w:tblStyleRowBandSize w:val="1"/>
      <w:tblStyleColBandSize w:val="1"/>
      <w:tblBorders>
        <w:top w:val="single" w:sz="8" w:space="0" w:color="BDA784" w:themeColor="accent5"/>
        <w:left w:val="single" w:sz="8" w:space="0" w:color="BDA784" w:themeColor="accent5"/>
        <w:bottom w:val="single" w:sz="8" w:space="0" w:color="BDA784" w:themeColor="accent5"/>
        <w:right w:val="single" w:sz="8" w:space="0" w:color="BDA784" w:themeColor="accent5"/>
        <w:insideH w:val="single" w:sz="8" w:space="0" w:color="BDA784" w:themeColor="accent5"/>
        <w:insideV w:val="single" w:sz="8" w:space="0" w:color="BDA784" w:themeColor="accent5"/>
      </w:tblBorders>
    </w:tblPr>
    <w:tcPr>
      <w:shd w:val="clear" w:color="auto" w:fill="EEE9E0" w:themeFill="accent5" w:themeFillTint="3F"/>
    </w:tcPr>
    <w:tblStylePr w:type="firstRow">
      <w:rPr>
        <w:b/>
        <w:bCs/>
        <w:color w:val="39352D" w:themeColor="text1"/>
      </w:rPr>
      <w:tblPr/>
      <w:tcPr>
        <w:shd w:val="clear" w:color="auto" w:fill="F8F6F2" w:themeFill="accent5" w:themeFillTint="19"/>
      </w:tcPr>
    </w:tblStylePr>
    <w:tblStylePr w:type="lastRow">
      <w:rPr>
        <w:b/>
        <w:bCs/>
        <w:color w:val="39352D" w:themeColor="text1"/>
      </w:rPr>
      <w:tblPr/>
      <w:tcPr>
        <w:tcBorders>
          <w:top w:val="single" w:sz="12" w:space="0" w:color="39352D" w:themeColor="text1"/>
          <w:left w:val="nil"/>
          <w:bottom w:val="nil"/>
          <w:right w:val="nil"/>
          <w:insideH w:val="nil"/>
          <w:insideV w:val="nil"/>
        </w:tcBorders>
        <w:shd w:val="clear" w:color="auto" w:fill="FFFFFF" w:themeFill="background1"/>
      </w:tcPr>
    </w:tblStylePr>
    <w:tblStylePr w:type="firstCol">
      <w:rPr>
        <w:b/>
        <w:bCs/>
        <w:color w:val="39352D"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9352D" w:themeColor="text1"/>
      </w:rPr>
      <w:tblPr/>
      <w:tcPr>
        <w:tcBorders>
          <w:top w:val="nil"/>
          <w:left w:val="nil"/>
          <w:bottom w:val="nil"/>
          <w:right w:val="nil"/>
          <w:insideH w:val="nil"/>
          <w:insideV w:val="nil"/>
        </w:tcBorders>
        <w:shd w:val="clear" w:color="auto" w:fill="F1EDE6" w:themeFill="accent5" w:themeFillTint="33"/>
      </w:tcPr>
    </w:tblStylePr>
    <w:tblStylePr w:type="band1Vert">
      <w:tblPr/>
      <w:tcPr>
        <w:shd w:val="clear" w:color="auto" w:fill="DED3C1" w:themeFill="accent5" w:themeFillTint="7F"/>
      </w:tcPr>
    </w:tblStylePr>
    <w:tblStylePr w:type="band1Horz">
      <w:tblPr/>
      <w:tcPr>
        <w:tcBorders>
          <w:insideH w:val="single" w:sz="6" w:space="0" w:color="BDA784" w:themeColor="accent5"/>
          <w:insideV w:val="single" w:sz="6" w:space="0" w:color="BDA784" w:themeColor="accent5"/>
        </w:tcBorders>
        <w:shd w:val="clear" w:color="auto" w:fill="DED3C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39352D" w:themeColor="text1"/>
    </w:rPr>
    <w:tblPr>
      <w:tblStyleRowBandSize w:val="1"/>
      <w:tblStyleColBandSize w:val="1"/>
      <w:tblBorders>
        <w:top w:val="single" w:sz="8" w:space="0" w:color="F0E5D5" w:themeColor="accent6"/>
        <w:left w:val="single" w:sz="8" w:space="0" w:color="F0E5D5" w:themeColor="accent6"/>
        <w:bottom w:val="single" w:sz="8" w:space="0" w:color="F0E5D5" w:themeColor="accent6"/>
        <w:right w:val="single" w:sz="8" w:space="0" w:color="F0E5D5" w:themeColor="accent6"/>
        <w:insideH w:val="single" w:sz="8" w:space="0" w:color="F0E5D5" w:themeColor="accent6"/>
        <w:insideV w:val="single" w:sz="8" w:space="0" w:color="F0E5D5" w:themeColor="accent6"/>
      </w:tblBorders>
    </w:tblPr>
    <w:tcPr>
      <w:shd w:val="clear" w:color="auto" w:fill="FBF8F4" w:themeFill="accent6" w:themeFillTint="3F"/>
    </w:tcPr>
    <w:tblStylePr w:type="firstRow">
      <w:rPr>
        <w:b/>
        <w:bCs/>
        <w:color w:val="39352D" w:themeColor="text1"/>
      </w:rPr>
      <w:tblPr/>
      <w:tcPr>
        <w:shd w:val="clear" w:color="auto" w:fill="FDFCFA" w:themeFill="accent6" w:themeFillTint="19"/>
      </w:tcPr>
    </w:tblStylePr>
    <w:tblStylePr w:type="lastRow">
      <w:rPr>
        <w:b/>
        <w:bCs/>
        <w:color w:val="39352D" w:themeColor="text1"/>
      </w:rPr>
      <w:tblPr/>
      <w:tcPr>
        <w:tcBorders>
          <w:top w:val="single" w:sz="12" w:space="0" w:color="39352D" w:themeColor="text1"/>
          <w:left w:val="nil"/>
          <w:bottom w:val="nil"/>
          <w:right w:val="nil"/>
          <w:insideH w:val="nil"/>
          <w:insideV w:val="nil"/>
        </w:tcBorders>
        <w:shd w:val="clear" w:color="auto" w:fill="FFFFFF" w:themeFill="background1"/>
      </w:tcPr>
    </w:tblStylePr>
    <w:tblStylePr w:type="firstCol">
      <w:rPr>
        <w:b/>
        <w:bCs/>
        <w:color w:val="39352D"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9352D" w:themeColor="text1"/>
      </w:rPr>
      <w:tblPr/>
      <w:tcPr>
        <w:tcBorders>
          <w:top w:val="nil"/>
          <w:left w:val="nil"/>
          <w:bottom w:val="nil"/>
          <w:right w:val="nil"/>
          <w:insideH w:val="nil"/>
          <w:insideV w:val="nil"/>
        </w:tcBorders>
        <w:shd w:val="clear" w:color="auto" w:fill="FCF9F6" w:themeFill="accent6" w:themeFillTint="33"/>
      </w:tcPr>
    </w:tblStylePr>
    <w:tblStylePr w:type="band1Vert">
      <w:tblPr/>
      <w:tcPr>
        <w:shd w:val="clear" w:color="auto" w:fill="F7F1E9" w:themeFill="accent6" w:themeFillTint="7F"/>
      </w:tcPr>
    </w:tblStylePr>
    <w:tblStylePr w:type="band1Horz">
      <w:tblPr/>
      <w:tcPr>
        <w:tcBorders>
          <w:insideH w:val="single" w:sz="6" w:space="0" w:color="F0E5D5" w:themeColor="accent6"/>
          <w:insideV w:val="single" w:sz="6" w:space="0" w:color="F0E5D5" w:themeColor="accent6"/>
        </w:tcBorders>
        <w:shd w:val="clear" w:color="auto" w:fill="F7F1E9"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CE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9352D"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9352D"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9352D"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9352D"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9D8D"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9D8D"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3E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D2B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D2B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D2B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D2B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E8D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E8DA"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0DA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6A5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6A5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6A5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6A5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1B5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1B5A3"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F0E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9C6A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9C6A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9C6A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9C6A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CE2D3"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CE2D3"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E6E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9B8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9B8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9B8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9B8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CDC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CDC2"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E9E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DA78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DA78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DA78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DA78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D3C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D3C1"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8F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E5D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E5D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E5D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E5D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F1E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F1E9"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39352D" w:themeFill="text1"/>
    </w:tcPr>
    <w:tblStylePr w:type="firstRow">
      <w:rPr>
        <w:b/>
        <w:bCs/>
      </w:rPr>
      <w:tblPr/>
      <w:tcPr>
        <w:tcBorders>
          <w:top w:val="nil"/>
          <w:left w:val="nil"/>
          <w:bottom w:val="single" w:sz="18" w:space="0" w:color="FFFFFF" w:themeColor="background1"/>
          <w:right w:val="nil"/>
          <w:insideH w:val="nil"/>
          <w:insideV w:val="nil"/>
        </w:tcBorders>
        <w:shd w:val="clear" w:color="auto" w:fill="39352D" w:themeFill="text1"/>
      </w:tcPr>
    </w:tblStylePr>
    <w:tblStylePr w:type="lastRow">
      <w:tblPr/>
      <w:tcPr>
        <w:tcBorders>
          <w:top w:val="single" w:sz="18" w:space="0" w:color="FFFFFF" w:themeColor="background1"/>
          <w:left w:val="nil"/>
          <w:bottom w:val="nil"/>
          <w:right w:val="nil"/>
          <w:insideH w:val="nil"/>
          <w:insideV w:val="nil"/>
        </w:tcBorders>
        <w:shd w:val="clear" w:color="auto" w:fill="1C1A16"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A2721"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A2721" w:themeFill="text1" w:themeFillShade="BF"/>
      </w:tcPr>
    </w:tblStylePr>
    <w:tblStylePr w:type="band1Vert">
      <w:tblPr/>
      <w:tcPr>
        <w:tcBorders>
          <w:top w:val="nil"/>
          <w:left w:val="nil"/>
          <w:bottom w:val="nil"/>
          <w:right w:val="nil"/>
          <w:insideH w:val="nil"/>
          <w:insideV w:val="nil"/>
        </w:tcBorders>
        <w:shd w:val="clear" w:color="auto" w:fill="2A2721" w:themeFill="text1" w:themeFillShade="BF"/>
      </w:tcPr>
    </w:tblStylePr>
    <w:tblStylePr w:type="band1Horz">
      <w:tblPr/>
      <w:tcPr>
        <w:tcBorders>
          <w:top w:val="nil"/>
          <w:left w:val="nil"/>
          <w:bottom w:val="nil"/>
          <w:right w:val="nil"/>
          <w:insideH w:val="nil"/>
          <w:insideV w:val="nil"/>
        </w:tcBorders>
        <w:shd w:val="clear" w:color="auto" w:fill="2A2721"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E6D2B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9352D" w:themeFill="text1"/>
      </w:tcPr>
    </w:tblStylePr>
    <w:tblStylePr w:type="lastRow">
      <w:tblPr/>
      <w:tcPr>
        <w:tcBorders>
          <w:top w:val="single" w:sz="18" w:space="0" w:color="FFFFFF" w:themeColor="background1"/>
          <w:left w:val="nil"/>
          <w:bottom w:val="nil"/>
          <w:right w:val="nil"/>
          <w:insideH w:val="nil"/>
          <w:insideV w:val="nil"/>
        </w:tcBorders>
        <w:shd w:val="clear" w:color="auto" w:fill="986F3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CCA26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CCA267" w:themeFill="accent1" w:themeFillShade="BF"/>
      </w:tcPr>
    </w:tblStylePr>
    <w:tblStylePr w:type="band1Vert">
      <w:tblPr/>
      <w:tcPr>
        <w:tcBorders>
          <w:top w:val="nil"/>
          <w:left w:val="nil"/>
          <w:bottom w:val="nil"/>
          <w:right w:val="nil"/>
          <w:insideH w:val="nil"/>
          <w:insideV w:val="nil"/>
        </w:tcBorders>
        <w:shd w:val="clear" w:color="auto" w:fill="CCA267" w:themeFill="accent1" w:themeFillShade="BF"/>
      </w:tcPr>
    </w:tblStylePr>
    <w:tblStylePr w:type="band1Horz">
      <w:tblPr/>
      <w:tcPr>
        <w:tcBorders>
          <w:top w:val="nil"/>
          <w:left w:val="nil"/>
          <w:bottom w:val="nil"/>
          <w:right w:val="nil"/>
          <w:insideH w:val="nil"/>
          <w:insideV w:val="nil"/>
        </w:tcBorders>
        <w:shd w:val="clear" w:color="auto" w:fill="CCA267"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7A6A5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9352D" w:themeFill="text1"/>
      </w:tcPr>
    </w:tblStylePr>
    <w:tblStylePr w:type="lastRow">
      <w:tblPr/>
      <w:tcPr>
        <w:tcBorders>
          <w:top w:val="single" w:sz="18" w:space="0" w:color="FFFFFF" w:themeColor="background1"/>
          <w:left w:val="nil"/>
          <w:bottom w:val="nil"/>
          <w:right w:val="nil"/>
          <w:insideH w:val="nil"/>
          <w:insideV w:val="nil"/>
        </w:tcBorders>
        <w:shd w:val="clear" w:color="auto" w:fill="3C342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B4F3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B4F3D" w:themeFill="accent2" w:themeFillShade="BF"/>
      </w:tcPr>
    </w:tblStylePr>
    <w:tblStylePr w:type="band1Vert">
      <w:tblPr/>
      <w:tcPr>
        <w:tcBorders>
          <w:top w:val="nil"/>
          <w:left w:val="nil"/>
          <w:bottom w:val="nil"/>
          <w:right w:val="nil"/>
          <w:insideH w:val="nil"/>
          <w:insideV w:val="nil"/>
        </w:tcBorders>
        <w:shd w:val="clear" w:color="auto" w:fill="5B4F3D" w:themeFill="accent2" w:themeFillShade="BF"/>
      </w:tcPr>
    </w:tblStylePr>
    <w:tblStylePr w:type="band1Horz">
      <w:tblPr/>
      <w:tcPr>
        <w:tcBorders>
          <w:top w:val="nil"/>
          <w:left w:val="nil"/>
          <w:bottom w:val="nil"/>
          <w:right w:val="nil"/>
          <w:insideH w:val="nil"/>
          <w:insideV w:val="nil"/>
        </w:tcBorders>
        <w:shd w:val="clear" w:color="auto" w:fill="5B4F3D"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D9C6A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9352D" w:themeFill="text1"/>
      </w:tcPr>
    </w:tblStylePr>
    <w:tblStylePr w:type="lastRow">
      <w:tblPr/>
      <w:tcPr>
        <w:tcBorders>
          <w:top w:val="single" w:sz="18" w:space="0" w:color="FFFFFF" w:themeColor="background1"/>
          <w:left w:val="nil"/>
          <w:bottom w:val="nil"/>
          <w:right w:val="nil"/>
          <w:insideH w:val="nil"/>
          <w:insideV w:val="nil"/>
        </w:tcBorders>
        <w:shd w:val="clear" w:color="auto" w:fill="85683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B996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B9964" w:themeFill="accent3" w:themeFillShade="BF"/>
      </w:tcPr>
    </w:tblStylePr>
    <w:tblStylePr w:type="band1Vert">
      <w:tblPr/>
      <w:tcPr>
        <w:tcBorders>
          <w:top w:val="nil"/>
          <w:left w:val="nil"/>
          <w:bottom w:val="nil"/>
          <w:right w:val="nil"/>
          <w:insideH w:val="nil"/>
          <w:insideV w:val="nil"/>
        </w:tcBorders>
        <w:shd w:val="clear" w:color="auto" w:fill="BB9964" w:themeFill="accent3" w:themeFillShade="BF"/>
      </w:tcPr>
    </w:tblStylePr>
    <w:tblStylePr w:type="band1Horz">
      <w:tblPr/>
      <w:tcPr>
        <w:tcBorders>
          <w:top w:val="nil"/>
          <w:left w:val="nil"/>
          <w:bottom w:val="nil"/>
          <w:right w:val="nil"/>
          <w:insideH w:val="nil"/>
          <w:insideV w:val="nil"/>
        </w:tcBorders>
        <w:shd w:val="clear" w:color="auto" w:fill="BB9964"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A99B8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9352D" w:themeFill="text1"/>
      </w:tcPr>
    </w:tblStylePr>
    <w:tblStylePr w:type="lastRow">
      <w:tblPr/>
      <w:tcPr>
        <w:tcBorders>
          <w:top w:val="single" w:sz="18" w:space="0" w:color="FFFFFF" w:themeColor="background1"/>
          <w:left w:val="nil"/>
          <w:bottom w:val="nil"/>
          <w:right w:val="nil"/>
          <w:insideH w:val="nil"/>
          <w:insideV w:val="nil"/>
        </w:tcBorders>
        <w:shd w:val="clear" w:color="auto" w:fill="584D3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4755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4755E" w:themeFill="accent4" w:themeFillShade="BF"/>
      </w:tcPr>
    </w:tblStylePr>
    <w:tblStylePr w:type="band1Vert">
      <w:tblPr/>
      <w:tcPr>
        <w:tcBorders>
          <w:top w:val="nil"/>
          <w:left w:val="nil"/>
          <w:bottom w:val="nil"/>
          <w:right w:val="nil"/>
          <w:insideH w:val="nil"/>
          <w:insideV w:val="nil"/>
        </w:tcBorders>
        <w:shd w:val="clear" w:color="auto" w:fill="84755E" w:themeFill="accent4" w:themeFillShade="BF"/>
      </w:tcPr>
    </w:tblStylePr>
    <w:tblStylePr w:type="band1Horz">
      <w:tblPr/>
      <w:tcPr>
        <w:tcBorders>
          <w:top w:val="nil"/>
          <w:left w:val="nil"/>
          <w:bottom w:val="nil"/>
          <w:right w:val="nil"/>
          <w:insideH w:val="nil"/>
          <w:insideV w:val="nil"/>
        </w:tcBorders>
        <w:shd w:val="clear" w:color="auto" w:fill="84755E"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BDA78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9352D" w:themeFill="text1"/>
      </w:tcPr>
    </w:tblStylePr>
    <w:tblStylePr w:type="lastRow">
      <w:tblPr/>
      <w:tcPr>
        <w:tcBorders>
          <w:top w:val="single" w:sz="18" w:space="0" w:color="FFFFFF" w:themeColor="background1"/>
          <w:left w:val="nil"/>
          <w:bottom w:val="nil"/>
          <w:right w:val="nil"/>
          <w:insideH w:val="nil"/>
          <w:insideV w:val="nil"/>
        </w:tcBorders>
        <w:shd w:val="clear" w:color="auto" w:fill="67553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C805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C8054" w:themeFill="accent5" w:themeFillShade="BF"/>
      </w:tcPr>
    </w:tblStylePr>
    <w:tblStylePr w:type="band1Vert">
      <w:tblPr/>
      <w:tcPr>
        <w:tcBorders>
          <w:top w:val="nil"/>
          <w:left w:val="nil"/>
          <w:bottom w:val="nil"/>
          <w:right w:val="nil"/>
          <w:insideH w:val="nil"/>
          <w:insideV w:val="nil"/>
        </w:tcBorders>
        <w:shd w:val="clear" w:color="auto" w:fill="9C8054" w:themeFill="accent5" w:themeFillShade="BF"/>
      </w:tcPr>
    </w:tblStylePr>
    <w:tblStylePr w:type="band1Horz">
      <w:tblPr/>
      <w:tcPr>
        <w:tcBorders>
          <w:top w:val="nil"/>
          <w:left w:val="nil"/>
          <w:bottom w:val="nil"/>
          <w:right w:val="nil"/>
          <w:insideH w:val="nil"/>
          <w:insideV w:val="nil"/>
        </w:tcBorders>
        <w:shd w:val="clear" w:color="auto" w:fill="9C8054"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0E5D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9352D" w:themeFill="text1"/>
      </w:tcPr>
    </w:tblStylePr>
    <w:tblStylePr w:type="lastRow">
      <w:tblPr/>
      <w:tcPr>
        <w:tcBorders>
          <w:top w:val="single" w:sz="18" w:space="0" w:color="FFFFFF" w:themeColor="background1"/>
          <w:left w:val="nil"/>
          <w:bottom w:val="nil"/>
          <w:right w:val="nil"/>
          <w:insideH w:val="nil"/>
          <w:insideV w:val="nil"/>
        </w:tcBorders>
        <w:shd w:val="clear" w:color="auto" w:fill="A57A3B"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2B08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2B081" w:themeFill="accent6" w:themeFillShade="BF"/>
      </w:tcPr>
    </w:tblStylePr>
    <w:tblStylePr w:type="band1Vert">
      <w:tblPr/>
      <w:tcPr>
        <w:tcBorders>
          <w:top w:val="nil"/>
          <w:left w:val="nil"/>
          <w:bottom w:val="nil"/>
          <w:right w:val="nil"/>
          <w:insideH w:val="nil"/>
          <w:insideV w:val="nil"/>
        </w:tcBorders>
        <w:shd w:val="clear" w:color="auto" w:fill="D2B081" w:themeFill="accent6" w:themeFillShade="BF"/>
      </w:tcPr>
    </w:tblStylePr>
    <w:tblStylePr w:type="band1Horz">
      <w:tblPr/>
      <w:tcPr>
        <w:tcBorders>
          <w:top w:val="nil"/>
          <w:left w:val="nil"/>
          <w:bottom w:val="nil"/>
          <w:right w:val="nil"/>
          <w:insideH w:val="nil"/>
          <w:insideV w:val="nil"/>
        </w:tcBorders>
        <w:shd w:val="clear" w:color="auto" w:fill="D2B081" w:themeFill="accent6" w:themeFillShade="BF"/>
      </w:tcPr>
    </w:tblStylePr>
  </w:style>
  <w:style w:type="table" w:styleId="ColorfulShading">
    <w:name w:val="Colorful Shading"/>
    <w:basedOn w:val="TableNormal"/>
    <w:uiPriority w:val="71"/>
    <w:rsid w:val="00CB0664"/>
    <w:pPr>
      <w:spacing w:after="0" w:line="240" w:lineRule="auto"/>
    </w:pPr>
    <w:rPr>
      <w:color w:val="39352D" w:themeColor="text1"/>
    </w:rPr>
    <w:tblPr>
      <w:tblStyleRowBandSize w:val="1"/>
      <w:tblStyleColBandSize w:val="1"/>
      <w:tblBorders>
        <w:top w:val="single" w:sz="24" w:space="0" w:color="7A6A52" w:themeColor="accent2"/>
        <w:left w:val="single" w:sz="4" w:space="0" w:color="39352D" w:themeColor="text1"/>
        <w:bottom w:val="single" w:sz="4" w:space="0" w:color="39352D" w:themeColor="text1"/>
        <w:right w:val="single" w:sz="4" w:space="0" w:color="39352D" w:themeColor="text1"/>
        <w:insideH w:val="single" w:sz="4" w:space="0" w:color="FFFFFF" w:themeColor="background1"/>
        <w:insideV w:val="single" w:sz="4" w:space="0" w:color="FFFFFF" w:themeColor="background1"/>
      </w:tblBorders>
    </w:tblPr>
    <w:tcPr>
      <w:shd w:val="clear" w:color="auto" w:fill="EDEBE8" w:themeFill="text1" w:themeFillTint="19"/>
    </w:tcPr>
    <w:tblStylePr w:type="firstRow">
      <w:rPr>
        <w:b/>
        <w:bCs/>
      </w:rPr>
      <w:tblPr/>
      <w:tcPr>
        <w:tcBorders>
          <w:top w:val="nil"/>
          <w:left w:val="nil"/>
          <w:bottom w:val="single" w:sz="24" w:space="0" w:color="7A6A5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21F1B" w:themeFill="text1" w:themeFillShade="99"/>
      </w:tcPr>
    </w:tblStylePr>
    <w:tblStylePr w:type="firstCol">
      <w:rPr>
        <w:color w:val="FFFFFF" w:themeColor="background1"/>
      </w:rPr>
      <w:tblPr/>
      <w:tcPr>
        <w:tcBorders>
          <w:top w:val="nil"/>
          <w:left w:val="nil"/>
          <w:bottom w:val="nil"/>
          <w:right w:val="nil"/>
          <w:insideH w:val="single" w:sz="4" w:space="0" w:color="221F1B" w:themeColor="text1" w:themeShade="99"/>
          <w:insideV w:val="nil"/>
        </w:tcBorders>
        <w:shd w:val="clear" w:color="auto" w:fill="221F1B"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A2721" w:themeFill="text1" w:themeFillShade="BF"/>
      </w:tcPr>
    </w:tblStylePr>
    <w:tblStylePr w:type="band1Vert">
      <w:tblPr/>
      <w:tcPr>
        <w:shd w:val="clear" w:color="auto" w:fill="B7B0A3" w:themeFill="text1" w:themeFillTint="66"/>
      </w:tcPr>
    </w:tblStylePr>
    <w:tblStylePr w:type="band1Horz">
      <w:tblPr/>
      <w:tcPr>
        <w:shd w:val="clear" w:color="auto" w:fill="A59D8D" w:themeFill="text1" w:themeFillTint="7F"/>
      </w:tcPr>
    </w:tblStylePr>
    <w:tblStylePr w:type="neCell">
      <w:rPr>
        <w:color w:val="39352D" w:themeColor="text1"/>
      </w:rPr>
    </w:tblStylePr>
    <w:tblStylePr w:type="nwCell">
      <w:rPr>
        <w:color w:val="39352D" w:themeColor="text1"/>
      </w:rPr>
    </w:tblStylePr>
  </w:style>
  <w:style w:type="table" w:styleId="ColorfulShading-Accent1">
    <w:name w:val="Colorful Shading Accent 1"/>
    <w:basedOn w:val="TableNormal"/>
    <w:uiPriority w:val="71"/>
    <w:rsid w:val="00CB0664"/>
    <w:pPr>
      <w:spacing w:after="0" w:line="240" w:lineRule="auto"/>
    </w:pPr>
    <w:rPr>
      <w:color w:val="39352D" w:themeColor="text1"/>
    </w:rPr>
    <w:tblPr>
      <w:tblStyleRowBandSize w:val="1"/>
      <w:tblStyleColBandSize w:val="1"/>
      <w:tblBorders>
        <w:top w:val="single" w:sz="24" w:space="0" w:color="7A6A52" w:themeColor="accent2"/>
        <w:left w:val="single" w:sz="4" w:space="0" w:color="E6D2B5" w:themeColor="accent1"/>
        <w:bottom w:val="single" w:sz="4" w:space="0" w:color="E6D2B5" w:themeColor="accent1"/>
        <w:right w:val="single" w:sz="4" w:space="0" w:color="E6D2B5" w:themeColor="accent1"/>
        <w:insideH w:val="single" w:sz="4" w:space="0" w:color="FFFFFF" w:themeColor="background1"/>
        <w:insideV w:val="single" w:sz="4" w:space="0" w:color="FFFFFF" w:themeColor="background1"/>
      </w:tblBorders>
    </w:tblPr>
    <w:tcPr>
      <w:shd w:val="clear" w:color="auto" w:fill="FCFAF7" w:themeFill="accent1" w:themeFillTint="19"/>
    </w:tcPr>
    <w:tblStylePr w:type="firstRow">
      <w:rPr>
        <w:b/>
        <w:bCs/>
      </w:rPr>
      <w:tblPr/>
      <w:tcPr>
        <w:tcBorders>
          <w:top w:val="nil"/>
          <w:left w:val="nil"/>
          <w:bottom w:val="single" w:sz="24" w:space="0" w:color="7A6A5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8853E" w:themeFill="accent1" w:themeFillShade="99"/>
      </w:tcPr>
    </w:tblStylePr>
    <w:tblStylePr w:type="firstCol">
      <w:rPr>
        <w:color w:val="FFFFFF" w:themeColor="background1"/>
      </w:rPr>
      <w:tblPr/>
      <w:tcPr>
        <w:tcBorders>
          <w:top w:val="nil"/>
          <w:left w:val="nil"/>
          <w:bottom w:val="nil"/>
          <w:right w:val="nil"/>
          <w:insideH w:val="single" w:sz="4" w:space="0" w:color="B8853E" w:themeColor="accent1" w:themeShade="99"/>
          <w:insideV w:val="nil"/>
        </w:tcBorders>
        <w:shd w:val="clear" w:color="auto" w:fill="B8853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B8853E" w:themeFill="accent1" w:themeFillShade="99"/>
      </w:tcPr>
    </w:tblStylePr>
    <w:tblStylePr w:type="band1Vert">
      <w:tblPr/>
      <w:tcPr>
        <w:shd w:val="clear" w:color="auto" w:fill="F5ECE1" w:themeFill="accent1" w:themeFillTint="66"/>
      </w:tcPr>
    </w:tblStylePr>
    <w:tblStylePr w:type="band1Horz">
      <w:tblPr/>
      <w:tcPr>
        <w:shd w:val="clear" w:color="auto" w:fill="F2E8DA" w:themeFill="accent1" w:themeFillTint="7F"/>
      </w:tcPr>
    </w:tblStylePr>
    <w:tblStylePr w:type="neCell">
      <w:rPr>
        <w:color w:val="39352D" w:themeColor="text1"/>
      </w:rPr>
    </w:tblStylePr>
    <w:tblStylePr w:type="nwCell">
      <w:rPr>
        <w:color w:val="39352D" w:themeColor="text1"/>
      </w:rPr>
    </w:tblStylePr>
  </w:style>
  <w:style w:type="table" w:styleId="ColorfulShading-Accent2">
    <w:name w:val="Colorful Shading Accent 2"/>
    <w:basedOn w:val="TableNormal"/>
    <w:uiPriority w:val="71"/>
    <w:rsid w:val="00CB0664"/>
    <w:pPr>
      <w:spacing w:after="0" w:line="240" w:lineRule="auto"/>
    </w:pPr>
    <w:rPr>
      <w:color w:val="39352D" w:themeColor="text1"/>
    </w:rPr>
    <w:tblPr>
      <w:tblStyleRowBandSize w:val="1"/>
      <w:tblStyleColBandSize w:val="1"/>
      <w:tblBorders>
        <w:top w:val="single" w:sz="24" w:space="0" w:color="7A6A52" w:themeColor="accent2"/>
        <w:left w:val="single" w:sz="4" w:space="0" w:color="7A6A52" w:themeColor="accent2"/>
        <w:bottom w:val="single" w:sz="4" w:space="0" w:color="7A6A52" w:themeColor="accent2"/>
        <w:right w:val="single" w:sz="4" w:space="0" w:color="7A6A52" w:themeColor="accent2"/>
        <w:insideH w:val="single" w:sz="4" w:space="0" w:color="FFFFFF" w:themeColor="background1"/>
        <w:insideV w:val="single" w:sz="4" w:space="0" w:color="FFFFFF" w:themeColor="background1"/>
      </w:tblBorders>
    </w:tblPr>
    <w:tcPr>
      <w:shd w:val="clear" w:color="auto" w:fill="F3F0ED" w:themeFill="accent2" w:themeFillTint="19"/>
    </w:tcPr>
    <w:tblStylePr w:type="firstRow">
      <w:rPr>
        <w:b/>
        <w:bCs/>
      </w:rPr>
      <w:tblPr/>
      <w:tcPr>
        <w:tcBorders>
          <w:top w:val="nil"/>
          <w:left w:val="nil"/>
          <w:bottom w:val="single" w:sz="24" w:space="0" w:color="7A6A5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3F31" w:themeFill="accent2" w:themeFillShade="99"/>
      </w:tcPr>
    </w:tblStylePr>
    <w:tblStylePr w:type="firstCol">
      <w:rPr>
        <w:color w:val="FFFFFF" w:themeColor="background1"/>
      </w:rPr>
      <w:tblPr/>
      <w:tcPr>
        <w:tcBorders>
          <w:top w:val="nil"/>
          <w:left w:val="nil"/>
          <w:bottom w:val="nil"/>
          <w:right w:val="nil"/>
          <w:insideH w:val="single" w:sz="4" w:space="0" w:color="493F31" w:themeColor="accent2" w:themeShade="99"/>
          <w:insideV w:val="nil"/>
        </w:tcBorders>
        <w:shd w:val="clear" w:color="auto" w:fill="493F3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93F31" w:themeFill="accent2" w:themeFillShade="99"/>
      </w:tcPr>
    </w:tblStylePr>
    <w:tblStylePr w:type="band1Vert">
      <w:tblPr/>
      <w:tcPr>
        <w:shd w:val="clear" w:color="auto" w:fill="CDC4B5" w:themeFill="accent2" w:themeFillTint="66"/>
      </w:tcPr>
    </w:tblStylePr>
    <w:tblStylePr w:type="band1Horz">
      <w:tblPr/>
      <w:tcPr>
        <w:shd w:val="clear" w:color="auto" w:fill="C1B5A3" w:themeFill="accent2" w:themeFillTint="7F"/>
      </w:tcPr>
    </w:tblStylePr>
    <w:tblStylePr w:type="neCell">
      <w:rPr>
        <w:color w:val="39352D" w:themeColor="text1"/>
      </w:rPr>
    </w:tblStylePr>
    <w:tblStylePr w:type="nwCell">
      <w:rPr>
        <w:color w:val="39352D" w:themeColor="text1"/>
      </w:rPr>
    </w:tblStylePr>
  </w:style>
  <w:style w:type="table" w:styleId="ColorfulShading-Accent3">
    <w:name w:val="Colorful Shading Accent 3"/>
    <w:basedOn w:val="TableNormal"/>
    <w:uiPriority w:val="71"/>
    <w:rsid w:val="00CB0664"/>
    <w:pPr>
      <w:spacing w:after="0" w:line="240" w:lineRule="auto"/>
    </w:pPr>
    <w:rPr>
      <w:color w:val="39352D" w:themeColor="text1"/>
    </w:rPr>
    <w:tblPr>
      <w:tblStyleRowBandSize w:val="1"/>
      <w:tblStyleColBandSize w:val="1"/>
      <w:tblBorders>
        <w:top w:val="single" w:sz="24" w:space="0" w:color="A99B86" w:themeColor="accent4"/>
        <w:left w:val="single" w:sz="4" w:space="0" w:color="D9C6A8" w:themeColor="accent3"/>
        <w:bottom w:val="single" w:sz="4" w:space="0" w:color="D9C6A8" w:themeColor="accent3"/>
        <w:right w:val="single" w:sz="4" w:space="0" w:color="D9C6A8" w:themeColor="accent3"/>
        <w:insideH w:val="single" w:sz="4" w:space="0" w:color="FFFFFF" w:themeColor="background1"/>
        <w:insideV w:val="single" w:sz="4" w:space="0" w:color="FFFFFF" w:themeColor="background1"/>
      </w:tblBorders>
    </w:tblPr>
    <w:tcPr>
      <w:shd w:val="clear" w:color="auto" w:fill="FBF9F6" w:themeFill="accent3" w:themeFillTint="19"/>
    </w:tcPr>
    <w:tblStylePr w:type="firstRow">
      <w:rPr>
        <w:b/>
        <w:bCs/>
      </w:rPr>
      <w:tblPr/>
      <w:tcPr>
        <w:tcBorders>
          <w:top w:val="nil"/>
          <w:left w:val="nil"/>
          <w:bottom w:val="single" w:sz="24" w:space="0" w:color="A99B8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07D46" w:themeFill="accent3" w:themeFillShade="99"/>
      </w:tcPr>
    </w:tblStylePr>
    <w:tblStylePr w:type="firstCol">
      <w:rPr>
        <w:color w:val="FFFFFF" w:themeColor="background1"/>
      </w:rPr>
      <w:tblPr/>
      <w:tcPr>
        <w:tcBorders>
          <w:top w:val="nil"/>
          <w:left w:val="nil"/>
          <w:bottom w:val="nil"/>
          <w:right w:val="nil"/>
          <w:insideH w:val="single" w:sz="4" w:space="0" w:color="A07D46" w:themeColor="accent3" w:themeShade="99"/>
          <w:insideV w:val="nil"/>
        </w:tcBorders>
        <w:shd w:val="clear" w:color="auto" w:fill="A07D46"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07D46" w:themeFill="accent3" w:themeFillShade="99"/>
      </w:tcPr>
    </w:tblStylePr>
    <w:tblStylePr w:type="band1Vert">
      <w:tblPr/>
      <w:tcPr>
        <w:shd w:val="clear" w:color="auto" w:fill="EFE8DC" w:themeFill="accent3" w:themeFillTint="66"/>
      </w:tcPr>
    </w:tblStylePr>
    <w:tblStylePr w:type="band1Horz">
      <w:tblPr/>
      <w:tcPr>
        <w:shd w:val="clear" w:color="auto" w:fill="ECE2D3" w:themeFill="accent3" w:themeFillTint="7F"/>
      </w:tcPr>
    </w:tblStylePr>
  </w:style>
  <w:style w:type="table" w:styleId="ColorfulShading-Accent4">
    <w:name w:val="Colorful Shading Accent 4"/>
    <w:basedOn w:val="TableNormal"/>
    <w:uiPriority w:val="71"/>
    <w:rsid w:val="00CB0664"/>
    <w:pPr>
      <w:spacing w:after="0" w:line="240" w:lineRule="auto"/>
    </w:pPr>
    <w:rPr>
      <w:color w:val="39352D" w:themeColor="text1"/>
    </w:rPr>
    <w:tblPr>
      <w:tblStyleRowBandSize w:val="1"/>
      <w:tblStyleColBandSize w:val="1"/>
      <w:tblBorders>
        <w:top w:val="single" w:sz="24" w:space="0" w:color="D9C6A8" w:themeColor="accent3"/>
        <w:left w:val="single" w:sz="4" w:space="0" w:color="A99B86" w:themeColor="accent4"/>
        <w:bottom w:val="single" w:sz="4" w:space="0" w:color="A99B86" w:themeColor="accent4"/>
        <w:right w:val="single" w:sz="4" w:space="0" w:color="A99B86" w:themeColor="accent4"/>
        <w:insideH w:val="single" w:sz="4" w:space="0" w:color="FFFFFF" w:themeColor="background1"/>
        <w:insideV w:val="single" w:sz="4" w:space="0" w:color="FFFFFF" w:themeColor="background1"/>
      </w:tblBorders>
    </w:tblPr>
    <w:tcPr>
      <w:shd w:val="clear" w:color="auto" w:fill="F6F5F3" w:themeFill="accent4" w:themeFillTint="19"/>
    </w:tcPr>
    <w:tblStylePr w:type="firstRow">
      <w:rPr>
        <w:b/>
        <w:bCs/>
      </w:rPr>
      <w:tblPr/>
      <w:tcPr>
        <w:tcBorders>
          <w:top w:val="nil"/>
          <w:left w:val="nil"/>
          <w:bottom w:val="single" w:sz="24" w:space="0" w:color="D9C6A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5D4B" w:themeFill="accent4" w:themeFillShade="99"/>
      </w:tcPr>
    </w:tblStylePr>
    <w:tblStylePr w:type="firstCol">
      <w:rPr>
        <w:color w:val="FFFFFF" w:themeColor="background1"/>
      </w:rPr>
      <w:tblPr/>
      <w:tcPr>
        <w:tcBorders>
          <w:top w:val="nil"/>
          <w:left w:val="nil"/>
          <w:bottom w:val="nil"/>
          <w:right w:val="nil"/>
          <w:insideH w:val="single" w:sz="4" w:space="0" w:color="6A5D4B" w:themeColor="accent4" w:themeShade="99"/>
          <w:insideV w:val="nil"/>
        </w:tcBorders>
        <w:shd w:val="clear" w:color="auto" w:fill="6A5D4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A5D4B" w:themeFill="accent4" w:themeFillShade="99"/>
      </w:tcPr>
    </w:tblStylePr>
    <w:tblStylePr w:type="band1Vert">
      <w:tblPr/>
      <w:tcPr>
        <w:shd w:val="clear" w:color="auto" w:fill="DCD6CE" w:themeFill="accent4" w:themeFillTint="66"/>
      </w:tcPr>
    </w:tblStylePr>
    <w:tblStylePr w:type="band1Horz">
      <w:tblPr/>
      <w:tcPr>
        <w:shd w:val="clear" w:color="auto" w:fill="D4CDC2" w:themeFill="accent4" w:themeFillTint="7F"/>
      </w:tcPr>
    </w:tblStylePr>
    <w:tblStylePr w:type="neCell">
      <w:rPr>
        <w:color w:val="39352D" w:themeColor="text1"/>
      </w:rPr>
    </w:tblStylePr>
    <w:tblStylePr w:type="nwCell">
      <w:rPr>
        <w:color w:val="39352D" w:themeColor="text1"/>
      </w:rPr>
    </w:tblStylePr>
  </w:style>
  <w:style w:type="table" w:styleId="ColorfulShading-Accent5">
    <w:name w:val="Colorful Shading Accent 5"/>
    <w:basedOn w:val="TableNormal"/>
    <w:uiPriority w:val="71"/>
    <w:rsid w:val="00CB0664"/>
    <w:pPr>
      <w:spacing w:after="0" w:line="240" w:lineRule="auto"/>
    </w:pPr>
    <w:rPr>
      <w:color w:val="39352D" w:themeColor="text1"/>
    </w:rPr>
    <w:tblPr>
      <w:tblStyleRowBandSize w:val="1"/>
      <w:tblStyleColBandSize w:val="1"/>
      <w:tblBorders>
        <w:top w:val="single" w:sz="24" w:space="0" w:color="F0E5D5" w:themeColor="accent6"/>
        <w:left w:val="single" w:sz="4" w:space="0" w:color="BDA784" w:themeColor="accent5"/>
        <w:bottom w:val="single" w:sz="4" w:space="0" w:color="BDA784" w:themeColor="accent5"/>
        <w:right w:val="single" w:sz="4" w:space="0" w:color="BDA784" w:themeColor="accent5"/>
        <w:insideH w:val="single" w:sz="4" w:space="0" w:color="FFFFFF" w:themeColor="background1"/>
        <w:insideV w:val="single" w:sz="4" w:space="0" w:color="FFFFFF" w:themeColor="background1"/>
      </w:tblBorders>
    </w:tblPr>
    <w:tcPr>
      <w:shd w:val="clear" w:color="auto" w:fill="F8F6F2" w:themeFill="accent5" w:themeFillTint="19"/>
    </w:tcPr>
    <w:tblStylePr w:type="firstRow">
      <w:rPr>
        <w:b/>
        <w:bCs/>
      </w:rPr>
      <w:tblPr/>
      <w:tcPr>
        <w:tcBorders>
          <w:top w:val="nil"/>
          <w:left w:val="nil"/>
          <w:bottom w:val="single" w:sz="24" w:space="0" w:color="F0E5D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D6643" w:themeFill="accent5" w:themeFillShade="99"/>
      </w:tcPr>
    </w:tblStylePr>
    <w:tblStylePr w:type="firstCol">
      <w:rPr>
        <w:color w:val="FFFFFF" w:themeColor="background1"/>
      </w:rPr>
      <w:tblPr/>
      <w:tcPr>
        <w:tcBorders>
          <w:top w:val="nil"/>
          <w:left w:val="nil"/>
          <w:bottom w:val="nil"/>
          <w:right w:val="nil"/>
          <w:insideH w:val="single" w:sz="4" w:space="0" w:color="7D6643" w:themeColor="accent5" w:themeShade="99"/>
          <w:insideV w:val="nil"/>
        </w:tcBorders>
        <w:shd w:val="clear" w:color="auto" w:fill="7D664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D6643" w:themeFill="accent5" w:themeFillShade="99"/>
      </w:tcPr>
    </w:tblStylePr>
    <w:tblStylePr w:type="band1Vert">
      <w:tblPr/>
      <w:tcPr>
        <w:shd w:val="clear" w:color="auto" w:fill="E4DBCD" w:themeFill="accent5" w:themeFillTint="66"/>
      </w:tcPr>
    </w:tblStylePr>
    <w:tblStylePr w:type="band1Horz">
      <w:tblPr/>
      <w:tcPr>
        <w:shd w:val="clear" w:color="auto" w:fill="DED3C1" w:themeFill="accent5" w:themeFillTint="7F"/>
      </w:tcPr>
    </w:tblStylePr>
    <w:tblStylePr w:type="neCell">
      <w:rPr>
        <w:color w:val="39352D" w:themeColor="text1"/>
      </w:rPr>
    </w:tblStylePr>
    <w:tblStylePr w:type="nwCell">
      <w:rPr>
        <w:color w:val="39352D" w:themeColor="text1"/>
      </w:rPr>
    </w:tblStylePr>
  </w:style>
  <w:style w:type="table" w:styleId="ColorfulShading-Accent6">
    <w:name w:val="Colorful Shading Accent 6"/>
    <w:basedOn w:val="TableNormal"/>
    <w:uiPriority w:val="71"/>
    <w:rsid w:val="00CB0664"/>
    <w:pPr>
      <w:spacing w:after="0" w:line="240" w:lineRule="auto"/>
    </w:pPr>
    <w:rPr>
      <w:color w:val="39352D" w:themeColor="text1"/>
    </w:rPr>
    <w:tblPr>
      <w:tblStyleRowBandSize w:val="1"/>
      <w:tblStyleColBandSize w:val="1"/>
      <w:tblBorders>
        <w:top w:val="single" w:sz="24" w:space="0" w:color="BDA784" w:themeColor="accent5"/>
        <w:left w:val="single" w:sz="4" w:space="0" w:color="F0E5D5" w:themeColor="accent6"/>
        <w:bottom w:val="single" w:sz="4" w:space="0" w:color="F0E5D5" w:themeColor="accent6"/>
        <w:right w:val="single" w:sz="4" w:space="0" w:color="F0E5D5" w:themeColor="accent6"/>
        <w:insideH w:val="single" w:sz="4" w:space="0" w:color="FFFFFF" w:themeColor="background1"/>
        <w:insideV w:val="single" w:sz="4" w:space="0" w:color="FFFFFF" w:themeColor="background1"/>
      </w:tblBorders>
    </w:tblPr>
    <w:tcPr>
      <w:shd w:val="clear" w:color="auto" w:fill="FDFCFA" w:themeFill="accent6" w:themeFillTint="19"/>
    </w:tcPr>
    <w:tblStylePr w:type="firstRow">
      <w:rPr>
        <w:b/>
        <w:bCs/>
      </w:rPr>
      <w:tblPr/>
      <w:tcPr>
        <w:tcBorders>
          <w:top w:val="nil"/>
          <w:left w:val="nil"/>
          <w:bottom w:val="single" w:sz="24" w:space="0" w:color="BDA78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0924F" w:themeFill="accent6" w:themeFillShade="99"/>
      </w:tcPr>
    </w:tblStylePr>
    <w:tblStylePr w:type="firstCol">
      <w:rPr>
        <w:color w:val="FFFFFF" w:themeColor="background1"/>
      </w:rPr>
      <w:tblPr/>
      <w:tcPr>
        <w:tcBorders>
          <w:top w:val="nil"/>
          <w:left w:val="nil"/>
          <w:bottom w:val="nil"/>
          <w:right w:val="nil"/>
          <w:insideH w:val="single" w:sz="4" w:space="0" w:color="C0924F" w:themeColor="accent6" w:themeShade="99"/>
          <w:insideV w:val="nil"/>
        </w:tcBorders>
        <w:shd w:val="clear" w:color="auto" w:fill="C0924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0924F" w:themeFill="accent6" w:themeFillShade="99"/>
      </w:tcPr>
    </w:tblStylePr>
    <w:tblStylePr w:type="band1Vert">
      <w:tblPr/>
      <w:tcPr>
        <w:shd w:val="clear" w:color="auto" w:fill="F9F4EE" w:themeFill="accent6" w:themeFillTint="66"/>
      </w:tcPr>
    </w:tblStylePr>
    <w:tblStylePr w:type="band1Horz">
      <w:tblPr/>
      <w:tcPr>
        <w:shd w:val="clear" w:color="auto" w:fill="F7F1E9" w:themeFill="accent6" w:themeFillTint="7F"/>
      </w:tcPr>
    </w:tblStylePr>
    <w:tblStylePr w:type="neCell">
      <w:rPr>
        <w:color w:val="39352D" w:themeColor="text1"/>
      </w:rPr>
    </w:tblStylePr>
    <w:tblStylePr w:type="nwCell">
      <w:rPr>
        <w:color w:val="39352D" w:themeColor="text1"/>
      </w:rPr>
    </w:tblStylePr>
  </w:style>
  <w:style w:type="table" w:styleId="ColorfulList">
    <w:name w:val="Colorful List"/>
    <w:basedOn w:val="TableNormal"/>
    <w:uiPriority w:val="72"/>
    <w:rsid w:val="00CB0664"/>
    <w:pPr>
      <w:spacing w:after="0" w:line="240" w:lineRule="auto"/>
    </w:pPr>
    <w:rPr>
      <w:color w:val="39352D" w:themeColor="text1"/>
    </w:rPr>
    <w:tblPr>
      <w:tblStyleRowBandSize w:val="1"/>
      <w:tblStyleColBandSize w:val="1"/>
    </w:tblPr>
    <w:tcPr>
      <w:shd w:val="clear" w:color="auto" w:fill="EDEBE8" w:themeFill="text1" w:themeFillTint="19"/>
    </w:tcPr>
    <w:tblStylePr w:type="firstRow">
      <w:rPr>
        <w:b/>
        <w:bCs/>
        <w:color w:val="FFFFFF" w:themeColor="background1"/>
      </w:rPr>
      <w:tblPr/>
      <w:tcPr>
        <w:tcBorders>
          <w:bottom w:val="single" w:sz="12" w:space="0" w:color="FFFFFF" w:themeColor="background1"/>
        </w:tcBorders>
        <w:shd w:val="clear" w:color="auto" w:fill="615441" w:themeFill="accent2" w:themeFillShade="CC"/>
      </w:tcPr>
    </w:tblStylePr>
    <w:tblStylePr w:type="lastRow">
      <w:rPr>
        <w:b/>
        <w:bCs/>
        <w:color w:val="615441" w:themeColor="accent2" w:themeShade="CC"/>
      </w:rPr>
      <w:tblPr/>
      <w:tcPr>
        <w:tcBorders>
          <w:top w:val="single" w:sz="12" w:space="0" w:color="39352D"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CEC6" w:themeFill="text1" w:themeFillTint="3F"/>
      </w:tcPr>
    </w:tblStylePr>
    <w:tblStylePr w:type="band1Horz">
      <w:tblPr/>
      <w:tcPr>
        <w:shd w:val="clear" w:color="auto" w:fill="DBD7D1" w:themeFill="text1" w:themeFillTint="33"/>
      </w:tcPr>
    </w:tblStylePr>
  </w:style>
  <w:style w:type="table" w:styleId="ColorfulList-Accent1">
    <w:name w:val="Colorful List Accent 1"/>
    <w:basedOn w:val="TableNormal"/>
    <w:uiPriority w:val="72"/>
    <w:rsid w:val="00CB0664"/>
    <w:pPr>
      <w:spacing w:after="0" w:line="240" w:lineRule="auto"/>
    </w:pPr>
    <w:rPr>
      <w:color w:val="39352D" w:themeColor="text1"/>
    </w:rPr>
    <w:tblPr>
      <w:tblStyleRowBandSize w:val="1"/>
      <w:tblStyleColBandSize w:val="1"/>
    </w:tblPr>
    <w:tcPr>
      <w:shd w:val="clear" w:color="auto" w:fill="FCFAF7" w:themeFill="accent1" w:themeFillTint="19"/>
    </w:tcPr>
    <w:tblStylePr w:type="firstRow">
      <w:rPr>
        <w:b/>
        <w:bCs/>
        <w:color w:val="FFFFFF" w:themeColor="background1"/>
      </w:rPr>
      <w:tblPr/>
      <w:tcPr>
        <w:tcBorders>
          <w:bottom w:val="single" w:sz="12" w:space="0" w:color="FFFFFF" w:themeColor="background1"/>
        </w:tcBorders>
        <w:shd w:val="clear" w:color="auto" w:fill="615441" w:themeFill="accent2" w:themeFillShade="CC"/>
      </w:tcPr>
    </w:tblStylePr>
    <w:tblStylePr w:type="lastRow">
      <w:rPr>
        <w:b/>
        <w:bCs/>
        <w:color w:val="615441" w:themeColor="accent2" w:themeShade="CC"/>
      </w:rPr>
      <w:tblPr/>
      <w:tcPr>
        <w:tcBorders>
          <w:top w:val="single" w:sz="12" w:space="0" w:color="39352D"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3EC" w:themeFill="accent1" w:themeFillTint="3F"/>
      </w:tcPr>
    </w:tblStylePr>
    <w:tblStylePr w:type="band1Horz">
      <w:tblPr/>
      <w:tcPr>
        <w:shd w:val="clear" w:color="auto" w:fill="FAF5F0" w:themeFill="accent1" w:themeFillTint="33"/>
      </w:tcPr>
    </w:tblStylePr>
  </w:style>
  <w:style w:type="table" w:styleId="ColorfulList-Accent2">
    <w:name w:val="Colorful List Accent 2"/>
    <w:basedOn w:val="TableNormal"/>
    <w:uiPriority w:val="72"/>
    <w:rsid w:val="00CB0664"/>
    <w:pPr>
      <w:spacing w:after="0" w:line="240" w:lineRule="auto"/>
    </w:pPr>
    <w:rPr>
      <w:color w:val="39352D" w:themeColor="text1"/>
    </w:rPr>
    <w:tblPr>
      <w:tblStyleRowBandSize w:val="1"/>
      <w:tblStyleColBandSize w:val="1"/>
    </w:tblPr>
    <w:tcPr>
      <w:shd w:val="clear" w:color="auto" w:fill="F3F0ED" w:themeFill="accent2" w:themeFillTint="19"/>
    </w:tcPr>
    <w:tblStylePr w:type="firstRow">
      <w:rPr>
        <w:b/>
        <w:bCs/>
        <w:color w:val="FFFFFF" w:themeColor="background1"/>
      </w:rPr>
      <w:tblPr/>
      <w:tcPr>
        <w:tcBorders>
          <w:bottom w:val="single" w:sz="12" w:space="0" w:color="FFFFFF" w:themeColor="background1"/>
        </w:tcBorders>
        <w:shd w:val="clear" w:color="auto" w:fill="615441" w:themeFill="accent2" w:themeFillShade="CC"/>
      </w:tcPr>
    </w:tblStylePr>
    <w:tblStylePr w:type="lastRow">
      <w:rPr>
        <w:b/>
        <w:bCs/>
        <w:color w:val="615441" w:themeColor="accent2" w:themeShade="CC"/>
      </w:rPr>
      <w:tblPr/>
      <w:tcPr>
        <w:tcBorders>
          <w:top w:val="single" w:sz="12" w:space="0" w:color="39352D"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0DAD1" w:themeFill="accent2" w:themeFillTint="3F"/>
      </w:tcPr>
    </w:tblStylePr>
    <w:tblStylePr w:type="band1Horz">
      <w:tblPr/>
      <w:tcPr>
        <w:shd w:val="clear" w:color="auto" w:fill="E6E1DA" w:themeFill="accent2" w:themeFillTint="33"/>
      </w:tcPr>
    </w:tblStylePr>
  </w:style>
  <w:style w:type="table" w:styleId="ColorfulList-Accent3">
    <w:name w:val="Colorful List Accent 3"/>
    <w:basedOn w:val="TableNormal"/>
    <w:uiPriority w:val="72"/>
    <w:rsid w:val="00CB0664"/>
    <w:pPr>
      <w:spacing w:after="0" w:line="240" w:lineRule="auto"/>
    </w:pPr>
    <w:rPr>
      <w:color w:val="39352D" w:themeColor="text1"/>
    </w:rPr>
    <w:tblPr>
      <w:tblStyleRowBandSize w:val="1"/>
      <w:tblStyleColBandSize w:val="1"/>
    </w:tblPr>
    <w:tcPr>
      <w:shd w:val="clear" w:color="auto" w:fill="FBF9F6" w:themeFill="accent3" w:themeFillTint="19"/>
    </w:tcPr>
    <w:tblStylePr w:type="firstRow">
      <w:rPr>
        <w:b/>
        <w:bCs/>
        <w:color w:val="FFFFFF" w:themeColor="background1"/>
      </w:rPr>
      <w:tblPr/>
      <w:tcPr>
        <w:tcBorders>
          <w:bottom w:val="single" w:sz="12" w:space="0" w:color="FFFFFF" w:themeColor="background1"/>
        </w:tcBorders>
        <w:shd w:val="clear" w:color="auto" w:fill="8D7D64" w:themeFill="accent4" w:themeFillShade="CC"/>
      </w:tcPr>
    </w:tblStylePr>
    <w:tblStylePr w:type="lastRow">
      <w:rPr>
        <w:b/>
        <w:bCs/>
        <w:color w:val="8D7D64" w:themeColor="accent4" w:themeShade="CC"/>
      </w:rPr>
      <w:tblPr/>
      <w:tcPr>
        <w:tcBorders>
          <w:top w:val="single" w:sz="12" w:space="0" w:color="39352D"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0E9" w:themeFill="accent3" w:themeFillTint="3F"/>
      </w:tcPr>
    </w:tblStylePr>
    <w:tblStylePr w:type="band1Horz">
      <w:tblPr/>
      <w:tcPr>
        <w:shd w:val="clear" w:color="auto" w:fill="F7F3ED" w:themeFill="accent3" w:themeFillTint="33"/>
      </w:tcPr>
    </w:tblStylePr>
  </w:style>
  <w:style w:type="table" w:styleId="ColorfulList-Accent4">
    <w:name w:val="Colorful List Accent 4"/>
    <w:basedOn w:val="TableNormal"/>
    <w:uiPriority w:val="72"/>
    <w:rsid w:val="00CB0664"/>
    <w:pPr>
      <w:spacing w:after="0" w:line="240" w:lineRule="auto"/>
    </w:pPr>
    <w:rPr>
      <w:color w:val="39352D" w:themeColor="text1"/>
    </w:rPr>
    <w:tblPr>
      <w:tblStyleRowBandSize w:val="1"/>
      <w:tblStyleColBandSize w:val="1"/>
    </w:tblPr>
    <w:tcPr>
      <w:shd w:val="clear" w:color="auto" w:fill="F6F5F3" w:themeFill="accent4" w:themeFillTint="19"/>
    </w:tcPr>
    <w:tblStylePr w:type="firstRow">
      <w:rPr>
        <w:b/>
        <w:bCs/>
        <w:color w:val="FFFFFF" w:themeColor="background1"/>
      </w:rPr>
      <w:tblPr/>
      <w:tcPr>
        <w:tcBorders>
          <w:bottom w:val="single" w:sz="12" w:space="0" w:color="FFFFFF" w:themeColor="background1"/>
        </w:tcBorders>
        <w:shd w:val="clear" w:color="auto" w:fill="C1A272" w:themeFill="accent3" w:themeFillShade="CC"/>
      </w:tcPr>
    </w:tblStylePr>
    <w:tblStylePr w:type="lastRow">
      <w:rPr>
        <w:b/>
        <w:bCs/>
        <w:color w:val="C1A272" w:themeColor="accent3" w:themeShade="CC"/>
      </w:rPr>
      <w:tblPr/>
      <w:tcPr>
        <w:tcBorders>
          <w:top w:val="single" w:sz="12" w:space="0" w:color="39352D"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E6E1" w:themeFill="accent4" w:themeFillTint="3F"/>
      </w:tcPr>
    </w:tblStylePr>
    <w:tblStylePr w:type="band1Horz">
      <w:tblPr/>
      <w:tcPr>
        <w:shd w:val="clear" w:color="auto" w:fill="EDEAE6" w:themeFill="accent4" w:themeFillTint="33"/>
      </w:tcPr>
    </w:tblStylePr>
  </w:style>
  <w:style w:type="table" w:styleId="ColorfulList-Accent5">
    <w:name w:val="Colorful List Accent 5"/>
    <w:basedOn w:val="TableNormal"/>
    <w:uiPriority w:val="72"/>
    <w:rsid w:val="00CB0664"/>
    <w:pPr>
      <w:spacing w:after="0" w:line="240" w:lineRule="auto"/>
    </w:pPr>
    <w:rPr>
      <w:color w:val="39352D" w:themeColor="text1"/>
    </w:rPr>
    <w:tblPr>
      <w:tblStyleRowBandSize w:val="1"/>
      <w:tblStyleColBandSize w:val="1"/>
    </w:tblPr>
    <w:tcPr>
      <w:shd w:val="clear" w:color="auto" w:fill="F8F6F2" w:themeFill="accent5" w:themeFillTint="19"/>
    </w:tcPr>
    <w:tblStylePr w:type="firstRow">
      <w:rPr>
        <w:b/>
        <w:bCs/>
        <w:color w:val="FFFFFF" w:themeColor="background1"/>
      </w:rPr>
      <w:tblPr/>
      <w:tcPr>
        <w:tcBorders>
          <w:bottom w:val="single" w:sz="12" w:space="0" w:color="FFFFFF" w:themeColor="background1"/>
        </w:tcBorders>
        <w:shd w:val="clear" w:color="auto" w:fill="D8BB92" w:themeFill="accent6" w:themeFillShade="CC"/>
      </w:tcPr>
    </w:tblStylePr>
    <w:tblStylePr w:type="lastRow">
      <w:rPr>
        <w:b/>
        <w:bCs/>
        <w:color w:val="D8BB92" w:themeColor="accent6" w:themeShade="CC"/>
      </w:rPr>
      <w:tblPr/>
      <w:tcPr>
        <w:tcBorders>
          <w:top w:val="single" w:sz="12" w:space="0" w:color="39352D"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E9E0" w:themeFill="accent5" w:themeFillTint="3F"/>
      </w:tcPr>
    </w:tblStylePr>
    <w:tblStylePr w:type="band1Horz">
      <w:tblPr/>
      <w:tcPr>
        <w:shd w:val="clear" w:color="auto" w:fill="F1EDE6" w:themeFill="accent5" w:themeFillTint="33"/>
      </w:tcPr>
    </w:tblStylePr>
  </w:style>
  <w:style w:type="table" w:styleId="ColorfulList-Accent6">
    <w:name w:val="Colorful List Accent 6"/>
    <w:basedOn w:val="TableNormal"/>
    <w:uiPriority w:val="72"/>
    <w:rsid w:val="00CB0664"/>
    <w:pPr>
      <w:spacing w:after="0" w:line="240" w:lineRule="auto"/>
    </w:pPr>
    <w:rPr>
      <w:color w:val="39352D" w:themeColor="text1"/>
    </w:rPr>
    <w:tblPr>
      <w:tblStyleRowBandSize w:val="1"/>
      <w:tblStyleColBandSize w:val="1"/>
    </w:tblPr>
    <w:tcPr>
      <w:shd w:val="clear" w:color="auto" w:fill="FDFCFA" w:themeFill="accent6" w:themeFillTint="19"/>
    </w:tcPr>
    <w:tblStylePr w:type="firstRow">
      <w:rPr>
        <w:b/>
        <w:bCs/>
        <w:color w:val="FFFFFF" w:themeColor="background1"/>
      </w:rPr>
      <w:tblPr/>
      <w:tcPr>
        <w:tcBorders>
          <w:bottom w:val="single" w:sz="12" w:space="0" w:color="FFFFFF" w:themeColor="background1"/>
        </w:tcBorders>
        <w:shd w:val="clear" w:color="auto" w:fill="A6885A" w:themeFill="accent5" w:themeFillShade="CC"/>
      </w:tcPr>
    </w:tblStylePr>
    <w:tblStylePr w:type="lastRow">
      <w:rPr>
        <w:b/>
        <w:bCs/>
        <w:color w:val="A6885A" w:themeColor="accent5" w:themeShade="CC"/>
      </w:rPr>
      <w:tblPr/>
      <w:tcPr>
        <w:tcBorders>
          <w:top w:val="single" w:sz="12" w:space="0" w:color="39352D"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8F4" w:themeFill="accent6" w:themeFillTint="3F"/>
      </w:tcPr>
    </w:tblStylePr>
    <w:tblStylePr w:type="band1Horz">
      <w:tblPr/>
      <w:tcPr>
        <w:shd w:val="clear" w:color="auto" w:fill="FCF9F6" w:themeFill="accent6" w:themeFillTint="33"/>
      </w:tcPr>
    </w:tblStylePr>
  </w:style>
  <w:style w:type="table" w:styleId="ColorfulGrid">
    <w:name w:val="Colorful Grid"/>
    <w:basedOn w:val="TableNormal"/>
    <w:uiPriority w:val="73"/>
    <w:rsid w:val="00CB0664"/>
    <w:pPr>
      <w:spacing w:after="0" w:line="240" w:lineRule="auto"/>
    </w:pPr>
    <w:rPr>
      <w:color w:val="39352D" w:themeColor="text1"/>
    </w:rPr>
    <w:tblPr>
      <w:tblStyleRowBandSize w:val="1"/>
      <w:tblStyleColBandSize w:val="1"/>
      <w:tblBorders>
        <w:insideH w:val="single" w:sz="4" w:space="0" w:color="FFFFFF" w:themeColor="background1"/>
      </w:tblBorders>
    </w:tblPr>
    <w:tcPr>
      <w:shd w:val="clear" w:color="auto" w:fill="DBD7D1" w:themeFill="text1" w:themeFillTint="33"/>
    </w:tcPr>
    <w:tblStylePr w:type="firstRow">
      <w:rPr>
        <w:b/>
        <w:bCs/>
      </w:rPr>
      <w:tblPr/>
      <w:tcPr>
        <w:shd w:val="clear" w:color="auto" w:fill="B7B0A3" w:themeFill="text1" w:themeFillTint="66"/>
      </w:tcPr>
    </w:tblStylePr>
    <w:tblStylePr w:type="lastRow">
      <w:rPr>
        <w:b/>
        <w:bCs/>
        <w:color w:val="39352D" w:themeColor="text1"/>
      </w:rPr>
      <w:tblPr/>
      <w:tcPr>
        <w:shd w:val="clear" w:color="auto" w:fill="B7B0A3" w:themeFill="text1" w:themeFillTint="66"/>
      </w:tcPr>
    </w:tblStylePr>
    <w:tblStylePr w:type="firstCol">
      <w:rPr>
        <w:color w:val="FFFFFF" w:themeColor="background1"/>
      </w:rPr>
      <w:tblPr/>
      <w:tcPr>
        <w:shd w:val="clear" w:color="auto" w:fill="2A2721" w:themeFill="text1" w:themeFillShade="BF"/>
      </w:tcPr>
    </w:tblStylePr>
    <w:tblStylePr w:type="lastCol">
      <w:rPr>
        <w:color w:val="FFFFFF" w:themeColor="background1"/>
      </w:rPr>
      <w:tblPr/>
      <w:tcPr>
        <w:shd w:val="clear" w:color="auto" w:fill="2A2721" w:themeFill="text1" w:themeFillShade="BF"/>
      </w:tcPr>
    </w:tblStylePr>
    <w:tblStylePr w:type="band1Vert">
      <w:tblPr/>
      <w:tcPr>
        <w:shd w:val="clear" w:color="auto" w:fill="A59D8D" w:themeFill="text1" w:themeFillTint="7F"/>
      </w:tcPr>
    </w:tblStylePr>
    <w:tblStylePr w:type="band1Horz">
      <w:tblPr/>
      <w:tcPr>
        <w:shd w:val="clear" w:color="auto" w:fill="A59D8D" w:themeFill="text1" w:themeFillTint="7F"/>
      </w:tcPr>
    </w:tblStylePr>
  </w:style>
  <w:style w:type="table" w:styleId="ColorfulGrid-Accent1">
    <w:name w:val="Colorful Grid Accent 1"/>
    <w:basedOn w:val="TableNormal"/>
    <w:uiPriority w:val="73"/>
    <w:rsid w:val="00CB0664"/>
    <w:pPr>
      <w:spacing w:after="0" w:line="240" w:lineRule="auto"/>
    </w:pPr>
    <w:rPr>
      <w:color w:val="39352D" w:themeColor="text1"/>
    </w:rPr>
    <w:tblPr>
      <w:tblStyleRowBandSize w:val="1"/>
      <w:tblStyleColBandSize w:val="1"/>
      <w:tblBorders>
        <w:insideH w:val="single" w:sz="4" w:space="0" w:color="FFFFFF" w:themeColor="background1"/>
      </w:tblBorders>
    </w:tblPr>
    <w:tcPr>
      <w:shd w:val="clear" w:color="auto" w:fill="FAF5F0" w:themeFill="accent1" w:themeFillTint="33"/>
    </w:tcPr>
    <w:tblStylePr w:type="firstRow">
      <w:rPr>
        <w:b/>
        <w:bCs/>
      </w:rPr>
      <w:tblPr/>
      <w:tcPr>
        <w:shd w:val="clear" w:color="auto" w:fill="F5ECE1" w:themeFill="accent1" w:themeFillTint="66"/>
      </w:tcPr>
    </w:tblStylePr>
    <w:tblStylePr w:type="lastRow">
      <w:rPr>
        <w:b/>
        <w:bCs/>
        <w:color w:val="39352D" w:themeColor="text1"/>
      </w:rPr>
      <w:tblPr/>
      <w:tcPr>
        <w:shd w:val="clear" w:color="auto" w:fill="F5ECE1" w:themeFill="accent1" w:themeFillTint="66"/>
      </w:tcPr>
    </w:tblStylePr>
    <w:tblStylePr w:type="firstCol">
      <w:rPr>
        <w:color w:val="FFFFFF" w:themeColor="background1"/>
      </w:rPr>
      <w:tblPr/>
      <w:tcPr>
        <w:shd w:val="clear" w:color="auto" w:fill="CCA267" w:themeFill="accent1" w:themeFillShade="BF"/>
      </w:tcPr>
    </w:tblStylePr>
    <w:tblStylePr w:type="lastCol">
      <w:rPr>
        <w:color w:val="FFFFFF" w:themeColor="background1"/>
      </w:rPr>
      <w:tblPr/>
      <w:tcPr>
        <w:shd w:val="clear" w:color="auto" w:fill="CCA267" w:themeFill="accent1" w:themeFillShade="BF"/>
      </w:tcPr>
    </w:tblStylePr>
    <w:tblStylePr w:type="band1Vert">
      <w:tblPr/>
      <w:tcPr>
        <w:shd w:val="clear" w:color="auto" w:fill="F2E8DA" w:themeFill="accent1" w:themeFillTint="7F"/>
      </w:tcPr>
    </w:tblStylePr>
    <w:tblStylePr w:type="band1Horz">
      <w:tblPr/>
      <w:tcPr>
        <w:shd w:val="clear" w:color="auto" w:fill="F2E8DA" w:themeFill="accent1" w:themeFillTint="7F"/>
      </w:tcPr>
    </w:tblStylePr>
  </w:style>
  <w:style w:type="table" w:styleId="ColorfulGrid-Accent2">
    <w:name w:val="Colorful Grid Accent 2"/>
    <w:basedOn w:val="TableNormal"/>
    <w:uiPriority w:val="73"/>
    <w:rsid w:val="00CB0664"/>
    <w:pPr>
      <w:spacing w:after="0" w:line="240" w:lineRule="auto"/>
    </w:pPr>
    <w:rPr>
      <w:color w:val="39352D" w:themeColor="text1"/>
    </w:rPr>
    <w:tblPr>
      <w:tblStyleRowBandSize w:val="1"/>
      <w:tblStyleColBandSize w:val="1"/>
      <w:tblBorders>
        <w:insideH w:val="single" w:sz="4" w:space="0" w:color="FFFFFF" w:themeColor="background1"/>
      </w:tblBorders>
    </w:tblPr>
    <w:tcPr>
      <w:shd w:val="clear" w:color="auto" w:fill="E6E1DA" w:themeFill="accent2" w:themeFillTint="33"/>
    </w:tcPr>
    <w:tblStylePr w:type="firstRow">
      <w:rPr>
        <w:b/>
        <w:bCs/>
      </w:rPr>
      <w:tblPr/>
      <w:tcPr>
        <w:shd w:val="clear" w:color="auto" w:fill="CDC4B5" w:themeFill="accent2" w:themeFillTint="66"/>
      </w:tcPr>
    </w:tblStylePr>
    <w:tblStylePr w:type="lastRow">
      <w:rPr>
        <w:b/>
        <w:bCs/>
        <w:color w:val="39352D" w:themeColor="text1"/>
      </w:rPr>
      <w:tblPr/>
      <w:tcPr>
        <w:shd w:val="clear" w:color="auto" w:fill="CDC4B5" w:themeFill="accent2" w:themeFillTint="66"/>
      </w:tcPr>
    </w:tblStylePr>
    <w:tblStylePr w:type="firstCol">
      <w:rPr>
        <w:color w:val="FFFFFF" w:themeColor="background1"/>
      </w:rPr>
      <w:tblPr/>
      <w:tcPr>
        <w:shd w:val="clear" w:color="auto" w:fill="5B4F3D" w:themeFill="accent2" w:themeFillShade="BF"/>
      </w:tcPr>
    </w:tblStylePr>
    <w:tblStylePr w:type="lastCol">
      <w:rPr>
        <w:color w:val="FFFFFF" w:themeColor="background1"/>
      </w:rPr>
      <w:tblPr/>
      <w:tcPr>
        <w:shd w:val="clear" w:color="auto" w:fill="5B4F3D" w:themeFill="accent2" w:themeFillShade="BF"/>
      </w:tcPr>
    </w:tblStylePr>
    <w:tblStylePr w:type="band1Vert">
      <w:tblPr/>
      <w:tcPr>
        <w:shd w:val="clear" w:color="auto" w:fill="C1B5A3" w:themeFill="accent2" w:themeFillTint="7F"/>
      </w:tcPr>
    </w:tblStylePr>
    <w:tblStylePr w:type="band1Horz">
      <w:tblPr/>
      <w:tcPr>
        <w:shd w:val="clear" w:color="auto" w:fill="C1B5A3" w:themeFill="accent2" w:themeFillTint="7F"/>
      </w:tcPr>
    </w:tblStylePr>
  </w:style>
  <w:style w:type="table" w:styleId="ColorfulGrid-Accent3">
    <w:name w:val="Colorful Grid Accent 3"/>
    <w:basedOn w:val="TableNormal"/>
    <w:uiPriority w:val="73"/>
    <w:rsid w:val="00CB0664"/>
    <w:pPr>
      <w:spacing w:after="0" w:line="240" w:lineRule="auto"/>
    </w:pPr>
    <w:rPr>
      <w:color w:val="39352D" w:themeColor="text1"/>
    </w:rPr>
    <w:tblPr>
      <w:tblStyleRowBandSize w:val="1"/>
      <w:tblStyleColBandSize w:val="1"/>
      <w:tblBorders>
        <w:insideH w:val="single" w:sz="4" w:space="0" w:color="FFFFFF" w:themeColor="background1"/>
      </w:tblBorders>
    </w:tblPr>
    <w:tcPr>
      <w:shd w:val="clear" w:color="auto" w:fill="F7F3ED" w:themeFill="accent3" w:themeFillTint="33"/>
    </w:tcPr>
    <w:tblStylePr w:type="firstRow">
      <w:rPr>
        <w:b/>
        <w:bCs/>
      </w:rPr>
      <w:tblPr/>
      <w:tcPr>
        <w:shd w:val="clear" w:color="auto" w:fill="EFE8DC" w:themeFill="accent3" w:themeFillTint="66"/>
      </w:tcPr>
    </w:tblStylePr>
    <w:tblStylePr w:type="lastRow">
      <w:rPr>
        <w:b/>
        <w:bCs/>
        <w:color w:val="39352D" w:themeColor="text1"/>
      </w:rPr>
      <w:tblPr/>
      <w:tcPr>
        <w:shd w:val="clear" w:color="auto" w:fill="EFE8DC" w:themeFill="accent3" w:themeFillTint="66"/>
      </w:tcPr>
    </w:tblStylePr>
    <w:tblStylePr w:type="firstCol">
      <w:rPr>
        <w:color w:val="FFFFFF" w:themeColor="background1"/>
      </w:rPr>
      <w:tblPr/>
      <w:tcPr>
        <w:shd w:val="clear" w:color="auto" w:fill="BB9964" w:themeFill="accent3" w:themeFillShade="BF"/>
      </w:tcPr>
    </w:tblStylePr>
    <w:tblStylePr w:type="lastCol">
      <w:rPr>
        <w:color w:val="FFFFFF" w:themeColor="background1"/>
      </w:rPr>
      <w:tblPr/>
      <w:tcPr>
        <w:shd w:val="clear" w:color="auto" w:fill="BB9964" w:themeFill="accent3" w:themeFillShade="BF"/>
      </w:tcPr>
    </w:tblStylePr>
    <w:tblStylePr w:type="band1Vert">
      <w:tblPr/>
      <w:tcPr>
        <w:shd w:val="clear" w:color="auto" w:fill="ECE2D3" w:themeFill="accent3" w:themeFillTint="7F"/>
      </w:tcPr>
    </w:tblStylePr>
    <w:tblStylePr w:type="band1Horz">
      <w:tblPr/>
      <w:tcPr>
        <w:shd w:val="clear" w:color="auto" w:fill="ECE2D3" w:themeFill="accent3" w:themeFillTint="7F"/>
      </w:tcPr>
    </w:tblStylePr>
  </w:style>
  <w:style w:type="table" w:styleId="ColorfulGrid-Accent4">
    <w:name w:val="Colorful Grid Accent 4"/>
    <w:basedOn w:val="TableNormal"/>
    <w:uiPriority w:val="73"/>
    <w:rsid w:val="00CB0664"/>
    <w:pPr>
      <w:spacing w:after="0" w:line="240" w:lineRule="auto"/>
    </w:pPr>
    <w:rPr>
      <w:color w:val="39352D" w:themeColor="text1"/>
    </w:rPr>
    <w:tblPr>
      <w:tblStyleRowBandSize w:val="1"/>
      <w:tblStyleColBandSize w:val="1"/>
      <w:tblBorders>
        <w:insideH w:val="single" w:sz="4" w:space="0" w:color="FFFFFF" w:themeColor="background1"/>
      </w:tblBorders>
    </w:tblPr>
    <w:tcPr>
      <w:shd w:val="clear" w:color="auto" w:fill="EDEAE6" w:themeFill="accent4" w:themeFillTint="33"/>
    </w:tcPr>
    <w:tblStylePr w:type="firstRow">
      <w:rPr>
        <w:b/>
        <w:bCs/>
      </w:rPr>
      <w:tblPr/>
      <w:tcPr>
        <w:shd w:val="clear" w:color="auto" w:fill="DCD6CE" w:themeFill="accent4" w:themeFillTint="66"/>
      </w:tcPr>
    </w:tblStylePr>
    <w:tblStylePr w:type="lastRow">
      <w:rPr>
        <w:b/>
        <w:bCs/>
        <w:color w:val="39352D" w:themeColor="text1"/>
      </w:rPr>
      <w:tblPr/>
      <w:tcPr>
        <w:shd w:val="clear" w:color="auto" w:fill="DCD6CE" w:themeFill="accent4" w:themeFillTint="66"/>
      </w:tcPr>
    </w:tblStylePr>
    <w:tblStylePr w:type="firstCol">
      <w:rPr>
        <w:color w:val="FFFFFF" w:themeColor="background1"/>
      </w:rPr>
      <w:tblPr/>
      <w:tcPr>
        <w:shd w:val="clear" w:color="auto" w:fill="84755E" w:themeFill="accent4" w:themeFillShade="BF"/>
      </w:tcPr>
    </w:tblStylePr>
    <w:tblStylePr w:type="lastCol">
      <w:rPr>
        <w:color w:val="FFFFFF" w:themeColor="background1"/>
      </w:rPr>
      <w:tblPr/>
      <w:tcPr>
        <w:shd w:val="clear" w:color="auto" w:fill="84755E" w:themeFill="accent4" w:themeFillShade="BF"/>
      </w:tcPr>
    </w:tblStylePr>
    <w:tblStylePr w:type="band1Vert">
      <w:tblPr/>
      <w:tcPr>
        <w:shd w:val="clear" w:color="auto" w:fill="D4CDC2" w:themeFill="accent4" w:themeFillTint="7F"/>
      </w:tcPr>
    </w:tblStylePr>
    <w:tblStylePr w:type="band1Horz">
      <w:tblPr/>
      <w:tcPr>
        <w:shd w:val="clear" w:color="auto" w:fill="D4CDC2" w:themeFill="accent4" w:themeFillTint="7F"/>
      </w:tcPr>
    </w:tblStylePr>
  </w:style>
  <w:style w:type="table" w:styleId="ColorfulGrid-Accent5">
    <w:name w:val="Colorful Grid Accent 5"/>
    <w:basedOn w:val="TableNormal"/>
    <w:uiPriority w:val="73"/>
    <w:rsid w:val="00CB0664"/>
    <w:pPr>
      <w:spacing w:after="0" w:line="240" w:lineRule="auto"/>
    </w:pPr>
    <w:rPr>
      <w:color w:val="39352D" w:themeColor="text1"/>
    </w:rPr>
    <w:tblPr>
      <w:tblStyleRowBandSize w:val="1"/>
      <w:tblStyleColBandSize w:val="1"/>
      <w:tblBorders>
        <w:insideH w:val="single" w:sz="4" w:space="0" w:color="FFFFFF" w:themeColor="background1"/>
      </w:tblBorders>
    </w:tblPr>
    <w:tcPr>
      <w:shd w:val="clear" w:color="auto" w:fill="F1EDE6" w:themeFill="accent5" w:themeFillTint="33"/>
    </w:tcPr>
    <w:tblStylePr w:type="firstRow">
      <w:rPr>
        <w:b/>
        <w:bCs/>
      </w:rPr>
      <w:tblPr/>
      <w:tcPr>
        <w:shd w:val="clear" w:color="auto" w:fill="E4DBCD" w:themeFill="accent5" w:themeFillTint="66"/>
      </w:tcPr>
    </w:tblStylePr>
    <w:tblStylePr w:type="lastRow">
      <w:rPr>
        <w:b/>
        <w:bCs/>
        <w:color w:val="39352D" w:themeColor="text1"/>
      </w:rPr>
      <w:tblPr/>
      <w:tcPr>
        <w:shd w:val="clear" w:color="auto" w:fill="E4DBCD" w:themeFill="accent5" w:themeFillTint="66"/>
      </w:tcPr>
    </w:tblStylePr>
    <w:tblStylePr w:type="firstCol">
      <w:rPr>
        <w:color w:val="FFFFFF" w:themeColor="background1"/>
      </w:rPr>
      <w:tblPr/>
      <w:tcPr>
        <w:shd w:val="clear" w:color="auto" w:fill="9C8054" w:themeFill="accent5" w:themeFillShade="BF"/>
      </w:tcPr>
    </w:tblStylePr>
    <w:tblStylePr w:type="lastCol">
      <w:rPr>
        <w:color w:val="FFFFFF" w:themeColor="background1"/>
      </w:rPr>
      <w:tblPr/>
      <w:tcPr>
        <w:shd w:val="clear" w:color="auto" w:fill="9C8054" w:themeFill="accent5" w:themeFillShade="BF"/>
      </w:tcPr>
    </w:tblStylePr>
    <w:tblStylePr w:type="band1Vert">
      <w:tblPr/>
      <w:tcPr>
        <w:shd w:val="clear" w:color="auto" w:fill="DED3C1" w:themeFill="accent5" w:themeFillTint="7F"/>
      </w:tcPr>
    </w:tblStylePr>
    <w:tblStylePr w:type="band1Horz">
      <w:tblPr/>
      <w:tcPr>
        <w:shd w:val="clear" w:color="auto" w:fill="DED3C1" w:themeFill="accent5" w:themeFillTint="7F"/>
      </w:tcPr>
    </w:tblStylePr>
  </w:style>
  <w:style w:type="table" w:styleId="ColorfulGrid-Accent6">
    <w:name w:val="Colorful Grid Accent 6"/>
    <w:basedOn w:val="TableNormal"/>
    <w:uiPriority w:val="73"/>
    <w:rsid w:val="00CB0664"/>
    <w:pPr>
      <w:spacing w:after="0" w:line="240" w:lineRule="auto"/>
    </w:pPr>
    <w:rPr>
      <w:color w:val="39352D" w:themeColor="text1"/>
    </w:rPr>
    <w:tblPr>
      <w:tblStyleRowBandSize w:val="1"/>
      <w:tblStyleColBandSize w:val="1"/>
      <w:tblBorders>
        <w:insideH w:val="single" w:sz="4" w:space="0" w:color="FFFFFF" w:themeColor="background1"/>
      </w:tblBorders>
    </w:tblPr>
    <w:tcPr>
      <w:shd w:val="clear" w:color="auto" w:fill="FCF9F6" w:themeFill="accent6" w:themeFillTint="33"/>
    </w:tcPr>
    <w:tblStylePr w:type="firstRow">
      <w:rPr>
        <w:b/>
        <w:bCs/>
      </w:rPr>
      <w:tblPr/>
      <w:tcPr>
        <w:shd w:val="clear" w:color="auto" w:fill="F9F4EE" w:themeFill="accent6" w:themeFillTint="66"/>
      </w:tcPr>
    </w:tblStylePr>
    <w:tblStylePr w:type="lastRow">
      <w:rPr>
        <w:b/>
        <w:bCs/>
        <w:color w:val="39352D" w:themeColor="text1"/>
      </w:rPr>
      <w:tblPr/>
      <w:tcPr>
        <w:shd w:val="clear" w:color="auto" w:fill="F9F4EE" w:themeFill="accent6" w:themeFillTint="66"/>
      </w:tcPr>
    </w:tblStylePr>
    <w:tblStylePr w:type="firstCol">
      <w:rPr>
        <w:color w:val="FFFFFF" w:themeColor="background1"/>
      </w:rPr>
      <w:tblPr/>
      <w:tcPr>
        <w:shd w:val="clear" w:color="auto" w:fill="D2B081" w:themeFill="accent6" w:themeFillShade="BF"/>
      </w:tcPr>
    </w:tblStylePr>
    <w:tblStylePr w:type="lastCol">
      <w:rPr>
        <w:color w:val="FFFFFF" w:themeColor="background1"/>
      </w:rPr>
      <w:tblPr/>
      <w:tcPr>
        <w:shd w:val="clear" w:color="auto" w:fill="D2B081" w:themeFill="accent6" w:themeFillShade="BF"/>
      </w:tcPr>
    </w:tblStylePr>
    <w:tblStylePr w:type="band1Vert">
      <w:tblPr/>
      <w:tcPr>
        <w:shd w:val="clear" w:color="auto" w:fill="F7F1E9" w:themeFill="accent6" w:themeFillTint="7F"/>
      </w:tcPr>
    </w:tblStylePr>
    <w:tblStylePr w:type="band1Horz">
      <w:tblPr/>
      <w:tcPr>
        <w:shd w:val="clear" w:color="auto" w:fill="F7F1E9"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39352D"/>
      </a:dk1>
      <a:lt1>
        <a:srgbClr val="FFFFFF"/>
      </a:lt1>
      <a:dk2>
        <a:srgbClr val="39352D"/>
      </a:dk2>
      <a:lt2>
        <a:srgbClr val="FAF7F1"/>
      </a:lt2>
      <a:accent1>
        <a:srgbClr val="E6D2B5"/>
      </a:accent1>
      <a:accent2>
        <a:srgbClr val="7A6A52"/>
      </a:accent2>
      <a:accent3>
        <a:srgbClr val="D9C6A8"/>
      </a:accent3>
      <a:accent4>
        <a:srgbClr val="A99B86"/>
      </a:accent4>
      <a:accent5>
        <a:srgbClr val="BDA784"/>
      </a:accent5>
      <a:accent6>
        <a:srgbClr val="F0E5D5"/>
      </a:accent6>
      <a:hlink>
        <a:srgbClr val="605944"/>
      </a:hlink>
      <a:folHlink>
        <a:srgbClr val="605944"/>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1561</Words>
  <Characters>8899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Cedar Grove Day Nursery Staff Application Form</dc:title>
  <dc:subject>Staff recruitment application</dc:subject>
  <dc:creator>Cedar Grove Day Nursery Limited</dc:creator>
  <cp:keywords/>
  <dc:description>generated by python-docx</dc:description>
  <cp:lastModifiedBy>David Hysa</cp:lastModifiedBy>
  <cp:revision>2</cp:revision>
  <dcterms:created xsi:type="dcterms:W3CDTF">2026-11-04T00:00:00Z</dcterms:created>
  <dcterms:modified xsi:type="dcterms:W3CDTF">2026-11-04T11:49:00Z</dcterms:modified>
  <cp:category/>
  <cp:version>1.0</cp:version>
</cp:coreProperties>
</file>